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Spiritual Food In Due Season</w:t>
      </w:r>
    </w:p>
    <w:p>
      <w:r>
        <w:t>Date: July 18, 1965</w:t>
      </w:r>
    </w:p>
    <w:p>
      <w:r>
        <w:t>Location: Jeffersonville, Indiana USA</w:t>
      </w:r>
    </w:p>
    <w:p/>
    <w:p>
      <w:r>
        <w:t>1. Let's remain standing now, with our heads bowed.</w:t>
        <w:br/>
        <w:t>Lord, may this not only be a song, but be the very depths of our heart singing out, "Now I believe!" The disciples said one time, after Jesus had done so many mighty works, they said, "Lord, now we believe."</w:t>
        <w:br/>
        <w:t>Jesus said, "Do you now believe?"</w:t>
        <w:br/>
        <w:t>They said, "We believe that Thou knowest all things and need that no man teach Thee." So, Father, tonight we realize that You don't need our teaching, but we need Yours. So we pray that You'll teach us how to pray, how to live, and how to believe. Grant it, Lord, through this service tonight. If we lack anything, give it to us, Lord. We ask it in Jesus' name. Amen.</w:t>
      </w:r>
    </w:p>
    <w:p>
      <w:r>
        <w:t>2. I know many of you are standing again tonight. And, outside, met groups that said they couldn't get in and they're listening to the radio in the different cars. And now we'll try to make just as quick as we can tonight. On Sunday night, we give over to pray for the sick, have a prayer line as we can get one up here. But we are dedicating this service tonight for prayer for the sick.</w:t>
        <w:br/>
        <w:t>And I want you to get built up now in the holy oracles of God, in the faith, the faith of this hour. The faith… It's going to take more faith than ever was in any age, for this has to be rapturing faith, be taken up. And so we want you to believe tonight in all that you have seen, heard, the Word that you have heard preached, the signs and wonders that you have seen done. We want you to accumulate all that together in your heart, and consider it whether if that be God or not.</w:t>
        <w:br/>
        <w:t>Just like Elisha of old said, "If God be God, then serve Him." And if Jesus is the center of all things to the Christian, then I think we ought to let loose of everything else and cleave to Him. Remember, He is the center, He is the North Star, He is the ultimate, He is the absolute. And if He is the North Star… There's only one thing that'll point to the North Star, that's your compass that you're sailing with. And the compass that I'm trying you to sail with is the Word, and the Word always points to Him.</w:t>
      </w:r>
    </w:p>
    <w:p>
      <w:r>
        <w:t>3. And we feel like that we're going through a great time of distress and trials, perplexity of the time and distress between the nations, and all kinds of things happening, and sometimes I get engulfed like I… Everywhere I look it's like in a ship out on the sea. And I've been given charge of the boat. And how are we going to make it? Here comes one with a white cap, hundred times bigger than my ship. But we'll crest them, every one. We are more than victors through Him. The captain, the chief captain, has got ahold of the string on the end of the ship; He'll pull it through. We'll crest every one of them.</w:t>
      </w:r>
    </w:p>
    <w:p>
      <w:r>
        <w:t>4. Now, tonight, so we can hurry and let you get out early. We appreciate your long drives, and so forth, and how you have to drive, the sacrifice you have to make. And, see, that makes me to where I'd just like to stand and just keep talking and doing everything I can to help you. But when I'm here, I try to press in everything I possibly can to give help for that moment that we're now here. Then you take… If you give people too much at a time, they can't remember it. You've got to just take one thing and hold it right to the person until they see that. And then when they get that solid in their heart, then they'll … then teach them something else. Just step by step as we go.</w:t>
        <w:br/>
        <w:t>Now, you pray, be of a good courage, and believe now tonight for healing. I don't think there's any question in your mind about the time we're living. I don't believe there's a question in your mind about whether God is in the midst of His people or not. I believe you all believe that. And I… There's no doubt in my mind about it. And I know my people (my friends, the friends of Christ, the children of Christ) believe that.</w:t>
      </w:r>
    </w:p>
    <w:p>
      <w:r>
        <w:t>5. And it gives me great pleasure to get to see… When you know that you have a message from God, and you give it to the people and see the people respond to that, then you look back and say, "Thank You, Father." Oh, what a joy it is then to see the children eating the bread that's been sent to them. You realize that was a vision years ago right here at this Tabernacle? That's right, "The bread of life." Brother Neville, you remember it. Mighty time!</w:t>
      </w:r>
    </w:p>
    <w:p>
      <w:r>
        <w:t>6. Now, let us turn, if you want to follow the reading or mark it down, just… I don't believe it would be appropriate to have a service without reading God's Word and passing a few comments, if it's going to be a healing service or any kind. We all understand. There's no strangers among us, I suppose. But we all understand what healing is: nothing that somebody does for you, it's what God has already done for you. Salvation's on the same line. The only thing is to get the people to believe that's the truth. And God teaches it in His Word and then proves it to them who will believe it, for He said, "All things are possible to them that believe."</w:t>
        <w:br/>
        <w:t>You say, "There's nothing impossible with God." You believe that? There's nothing impossible with you, either, for "All things are possible to them [God is one person] to them that believe," see. So there's nothing impossible with you, for you, if you can only believe.</w:t>
      </w:r>
    </w:p>
    <w:p>
      <w:r>
        <w:t>7. Now, in I Kings the seventeenth chapter, I want to read the first seven verses, the Lord willing.</w:t>
        <w:br/>
        <w:t>And Elijah the Tishbite, who was of the inhabitants of Gilead, said unto Ahab, As the LORD God of Israel liveth, before whom I stand, there shall not be dew nor rain these years, but according to my word.</w:t>
        <w:br/>
        <w:t>And the word of the LORD came unto him, saying,</w:t>
        <w:br/>
        <w:t>Get thee hence, and turn eastward … turn thee eastward, and hide thyself by the brook Cherith, that is before Jordan.</w:t>
        <w:br/>
        <w:t>And it shall be, that thou shalt drink of the brook; and I have commanded the ravens to feed thee there. (Notice, "feed thee there," not somewhere else; "there!")</w:t>
        <w:br/>
        <w:t>So he went and did according unto the Lord … or the word of the LORD: for he went and dwelt by the brook Cherith, that is before Jordan.</w:t>
        <w:br/>
        <w:t>And the ravens brought him bread and flesh in the morning, and bread and flesh in the evening; and he drank of the brook.</w:t>
        <w:br/>
        <w:t>And it came to pass after a while, that the brook dried up, because there had been no rain in the land.</w:t>
      </w:r>
    </w:p>
    <w:p>
      <w:r>
        <w:t>8. The Lord add His blessings to the reading of His Word. And now, tonight, I want to take a text from there, that's called, Spiritual Food In Its Season. This morning we had a lesson on Doing God A Service … or trying to do Him a service without being the time, the season, the place, or the person. And now this is: Spiritual Food In Due Season.</w:t>
      </w:r>
    </w:p>
    <w:p>
      <w:r>
        <w:t>9. This prophet, Elijah, we know very little about him. But we know that he was God's servant, and the servant of God for that hour.</w:t>
        <w:br/>
        <w:t>And God has used His Spirit that was upon Elijah, already three times, and promises twice more; five times, for grace. He used it upon Elijah; it came on Elisha in a double portion; it was on John the Baptist; and supposed to come just to usher in the Gentile bride; and come with Moses to take the Jews home. That's right. Five times that God promises to use the Spirit of Elijah, and already done it three times.</w:t>
        <w:br/>
        <w:t>Now, this great prophet, we don't know where he come from. We know he was a Tishbite. But how he come…</w:t>
      </w:r>
    </w:p>
    <w:p>
      <w:r>
        <w:t>10. We know little about the prophets. We don't know where they come from. Very seldom there's … I don't know of any that come out of the church or had any genealogy behind him. They was just ordinary men that was fearless, and many times uneducated. And they never done any writing, themselves. Isaiah and Jeremiah, a couple of them, done some writing, but this great man Elijah never wrote one thing. Many of them didn't write, maybe they couldn't write. But they were men that were rugged. There's no man in the Bible like those ancient prophets. They defied kingdoms, kings, peoples, churches, and everything else, and stood firm on the Word of God. And God proved them to be right. They were very rugged individuals.</w:t>
        <w:br/>
        <w:t>And this Elijah was one of the ruggedest of all of them. He was a man of the wilderness. He came out of the wilderness; he lived in the wilderness. The Bible said he dressed hairy, and he had sheepskin wrapped around him, and a piece of leather, and a camel skin wrapped around his loins, very … whiskers over his face, and I'd imagine he was a very rugged-looking man to look at.</w:t>
      </w:r>
    </w:p>
    <w:p>
      <w:r>
        <w:t>11. But they didn't all die. They're not all dead. In the days of the Nicene Council … many of you people that's read The Nicene Council of the Early Church, when they wanted to make an organization out of it and break up all the other churches, and come into one, when they had that Nicene Council, rugged men like Elisha come in there from the wilderness, eating herbs alone. Great rugged men. But the dignitaries, the higher-ups, under Constantine, and so forth, stilled their voice. Because those, being prophets, knowed that the corn of wheat of the church bride had to fall in the ground, the same as a corn of wheat in the bridegroom had to fall in the ground. And there it laid for a thousand years.</w:t>
        <w:br/>
        <w:t>And that's why they're writing the books today, "Where is that silent God that could stand and look, see little children murdered and women tore to pieces by lions, and sit in the skies and say nothing about it?" They don't know the Word. That corn of wheat's got to fall in the earth. How could a righteous God stand and look at His own Son die and be spit on, and so forth? But it's according to the Word, it has to be. And that's the way it is even to this hour.</w:t>
      </w:r>
    </w:p>
    <w:p>
      <w:r>
        <w:t>12. This man, he was a great man. He had a sinful generation before him. Ahab was king, his father before him had been evil. Ever since Solomon, there's been one evil king after the other. And this man, Ahab, who reigned twenty-two years in Samaria, was the worst of all of them. He was a real modernist. He believed in religion, certainly. And he had everything in a modern trend. He had his four hundred Hebrew prophets, all of them well-schooled and trained. God sent him one and he wouldn't believe it, and that was Elijah.</w:t>
        <w:br/>
        <w:t>But Elijah, this Tishbite, was a man of the wilderness. Not a smooth man, he was a rugged man. And one day, after Ahab had sinned until God could stand it no more, He spoke to Elijah in the wilderness. And here he comes down the road to Samaria, as I've often illustrated, maybe the white whiskers sticking out around his face, his bald head shining in the sun, and little ol' narrow eyes, back there with a stick in his hand, a smile on his face, walked right up to the King of Israel, and said, "Not even dew will fall till I call for it."</w:t>
        <w:br/>
        <w:t>God, give us men like that, see, men who know what they're doing with "thus saith the Lord."</w:t>
      </w:r>
    </w:p>
    <w:p>
      <w:r>
        <w:t>13. Now, we find out that before he did this, that God had called him. God had talked to him, and therefore he wasn't afraid of anything. He wasn't afraid of his message (it wouldn't happen), he knowed it would happen. He knowed it was according to the Word of the Lord, and he knowed he was God's prophet for the hour. Therefore, whether the king would cut his head off, throw him in jail, whatever they'd do, it made no difference to him; he had a commission, "thus saith the Lord," right in the face of the king. What a rugged person! But before he did this, predicted this great drought…</w:t>
        <w:br/>
        <w:t>For God will not let sin go unpunished. There must be punishment. What good is a law without a punishment? What would it do good say, "It's against the law to run the light" and no fine behind it or no punishment behind it? It wouldn't be a law. So there's a punishment to sin. And when God makes a law and that law is defied, then there's got to be punishment for that.</w:t>
        <w:br/>
        <w:t>And this nation had violated all of His laws. Oh, they had big church, they had the temple. They had plenty of educated men. They had prophets all over the country, had schools of them, turning them out like a machine. And they had plenty of prophets, they had plenty of priests, they had plenty of scribes, and they had plenty of religion, but they were away from the Word of God. So God called a man outside of any of their ranks at all, and sent him in with "thus saith the Lord."</w:t>
      </w:r>
    </w:p>
    <w:p>
      <w:r>
        <w:t>14. And notice how He cares for His own. Before He sent this prophet with the message, He said, "Elijah, go down and tell King Ahab these things. And, now, when you do, get yourself away from him right quick, for I have made a place for you to go during the drought. I'm going to take care of you, Elijah, if you just preach my Word, do just what I tell you to do."</w:t>
        <w:br/>
        <w:t>Now I'm going to type this great ministry, tonight, of Elijah and the time of Elijah, with the hour that we're now in. I believe it's a perfect type. I think of the nations … if we had time to go back, but I want to put plenty of time in the prayer line.</w:t>
      </w:r>
    </w:p>
    <w:p>
      <w:r>
        <w:t>15. So if we could go back and see Israel, had taken Palestine upon the same basis that we took this United States. We come into this United States and drove back the occupants, which was the Indians, and possessed the land. And so did Israel come into Palestine under the leadership of Joshua, under God, and drove back the occupants and took the land.</w:t>
        <w:br/>
        <w:t>And their first kings were mighty men: David, Solomon, and great men. Our first presidents were great men: Washington, Lincoln, and so forth. Then finally the presidents … or the kings become getting more rotten all the time, and finally they ended up with this Ahab---very type, typical of our day. And the people had got so modern they didn't want to hear the true Word of the Lord.</w:t>
      </w:r>
    </w:p>
    <w:p>
      <w:r>
        <w:t>16. And you can imagine, on a modern people like that, what a real true servant of God would sound like to them. "Why, he was crazy, he was out of his mind. There couldn't be such a thing." They were religious, very religious. They had sincere men, they had sincere people. They was very religious.</w:t>
        <w:br/>
        <w:t>So he knew that it would take more than just an ordinary theology, it would take more than any ordinary message, it would take more than just preaching the Word to crack their stony hearts. He knowed it took "thus saith the Lord" to send that judgment down upon that people, so he knowed that when he went out with "thus saith the Lord."---and it was "Thus saith the Lord"---to spurn that was judgment. We see that in our day, too. We see that in any day. There's nothing left but judgment when you step over the line of mercy.</w:t>
      </w:r>
    </w:p>
    <w:p>
      <w:r>
        <w:t>17. Now, that type there that I'm going to type Elijah with the church today---the church of today. Just before judgment, he received this message. Elijah, he represented, being cared for in the natural, his natural food, because it wasn't going to rain now, according to the Word of God, for three years and six months, or until Elijah called for it. "Whatever time you say, Elijah, that's what it'll be." Therefore he walked up to the king, and said, "There'll not even be dew fall till I call for it." That's quite a load, isn't it? That's quite a message.</w:t>
        <w:br/>
        <w:t>And now we're going to type that with the spiritual drought of today. Now, we all know, we are very aware that there is a great spiritual drought in the land today, spiritually speaking. And, you know, that was predicted by the prophets, just before the second coming of Christ would be? Said, "There will come a famine in the land, and it won't be for bread alone, but for the hearing of the Word of God." And that day is now, "hearing the true Word of God." Now, this types the natural drought with the spiritual.</w:t>
        <w:br/>
        <w:t>Sin and unbelief, by false teachers and modernists in the church, had brought the place to this coming … oncoming judgment. Then they had turned from God's Word and His prophets, to a modern theological terms of the Word.</w:t>
      </w:r>
    </w:p>
    <w:p>
      <w:r>
        <w:t>18. Do you notice here it's just at that time that God always raises up something? Because (He always) He does nothing until first He reveals it to the people, and He always reveals it by His servants.</w:t>
        <w:br/>
        <w:t>Now, but Elijah, during this time, had a secret place that God had ordained for him to go to. That's the thing we want to see now just before we have the prayer line. Elijah had a secret place provided by God Himself. Now, the church never provided it for him, the king never provided it for him, he didn't provide hisself, but God provided a secret place for Elijah to be fed all the time during the drought, where his food was provided day by day. He didn't need to wonder what's going to happen tomorrow or wonder if the supply would run out. God said, "I have commanded the ravens and they'll feed you." What a wonderful thing, a type of our secret place in Christ.</w:t>
      </w:r>
    </w:p>
    <w:p>
      <w:r>
        <w:t>19. When the world council, and all that's going on today, that says, "The days of miracles is past…" The great powers of God has been taken out of the churches. They seem like, anymore, they don't have nothing but "a sounding brass and a tinkling cymbal [We know that to be the truth.] and form of godliness, and denying the power thereof."</w:t>
        <w:br/>
        <w:t>It's just the same thing that David did this morning with the ox carts, got away from the Word. When the Word was presented and give to them, they did not want it, therefore they had gotten away from it.</w:t>
        <w:br/>
        <w:t>That's what these people had done in the days of Elijah, gotten away from the Word. They thought they had the Word, but they didn't have it.</w:t>
      </w:r>
    </w:p>
    <w:p>
      <w:r>
        <w:t>20. So notice, then during the time that He was going to punish the unbeliever, He made a way for the believer. The same thing He does each time… In the days when He was going to destroy the world by water, He made a way of escape for Noah. In the days that He was going to drown Egypt, He made a way of escape across the sea for His people. How God makes His way! And where there is no way, He is that way. He is that way.</w:t>
        <w:br/>
        <w:t>Now, we realize that we are facing some of the … one of the greatest hours that history has ever known. It isn't exactly the warhead with the bright shiny missile (with a head on it) that we should be afraid of; it's the churches we should be afraid of. It's the hour that we're living that we should watch.</w:t>
      </w:r>
    </w:p>
    <w:p>
      <w:r>
        <w:t>21. Now notice, but God made a way for Elijah to escape it. And He's made a way for His believing children to escape it now, the wrath and things that is to come.</w:t>
        <w:br/>
        <w:t>Because God could not be just to judge those people and send them punishment, and sink Sodom and Gomorrah, and sink Capernaum in the middle of the sea, and condemn those generations, and Sodom and Gomorrah, and then let us do the same thing and get by with it. We're just as sure for judgment as they were sure for judgment.</w:t>
      </w:r>
    </w:p>
    <w:p>
      <w:r>
        <w:t>22. Now, we notice that when these things come up, the modern trend of that day, God rose up a man in that day … or raised up a man, rather, to combat the forces, and they wouldn't listen to it. They thought he was crazy, "He had lost his mind. He was just some old fanatic fool from the wilderness, kind of bush-crazed." But, yet, he had the Word of the Lord.</w:t>
      </w:r>
    </w:p>
    <w:p>
      <w:r>
        <w:t>23. "The Word doesn't mean what it says," they say today. "Oh, well, the Bible is a history book." I guess you've seen this, and now they claim that Eve didn't eat the apple, she ate a… What was it? I believe it was an apricot, they say now; it was an apricot. And then, that Moses never brought the children through the Red Sea. It was a big bunch of reeds up there, the end of their sea, he went through a sea of reeds. Then how did the water, w-a-t-e-r, wall up on both sides, they went through on dry land, then? Oh, such nonsense! But, you see, It takes that kind of a day to bring God's wrath down upon the people. It does it.</w:t>
        <w:br/>
        <w:t>They say there's no such a thing as these… Even church people don't believe in miracles. "I'll give you a thousand dollars," they said, "show me a miracle. Show me a miracle." Well, they couldn't see it if there was ten thousand things done before them. Why, they'd never see it.</w:t>
        <w:br/>
        <w:t>You say, "That's impossible." Oh, no, it isn't.</w:t>
      </w:r>
    </w:p>
    <w:p>
      <w:r>
        <w:t>24. Elijah one time was down at Dothan and the Syrian army had come over and surrounded the city to take him, because they knowed that's where the nation's power laid, was in that seer. Why, the king… One of the men told the king of Syria, said, "Why, you know, Elijah the prophet, the Tishbite, tells the king of Israel what you talk about in your secret chamber."</w:t>
        <w:br/>
        <w:t>Said, "Go get that guy. That's the fellow that's hindering us." And the whole Syrian army slipped in around Dothan, they was all around it.</w:t>
        <w:br/>
        <w:t>And Gehazi, the servant of the prophet, woke up, and he said, "Oh, my father, the armies is all around us here. We're completely surrounded."</w:t>
        <w:br/>
        <w:t>He said, "Why, there's more with us than there is with them." See?</w:t>
        <w:br/>
        <w:t>And Gehazi looked around, said, "I don't see nobody."</w:t>
        <w:br/>
        <w:t>He said, "Lord God, open up that boy's eyes." And his eyes opened up, and all the hills was full of angels and chariots sitting around, the unseen forces.</w:t>
      </w:r>
    </w:p>
    <w:p>
      <w:r>
        <w:t>25. Elijah walked right out there, and the Bible said, "He smote them blind." He walked out to them, they were blind to him. Walked out and said, "Are you looking for Elijah?"</w:t>
        <w:br/>
        <w:t>He said, "Yes, we're looking for him."</w:t>
        <w:br/>
        <w:t>Said, "Come on, tell you right where he's at." and led them right into ambush, right straight where the armies … and walked right out and got them.</w:t>
        <w:br/>
        <w:t>Now, the Bible said he smote them blind. That settles it. And people are so spiritual blind today, though the Lord God come down in the midst of the people and do anything, and the things He promised, they still can't see it. They are spiritually blind, don't know God, don't know His great power. Now, we notice that they did that in the days of Elijah and they still do it today. God smites them blind. They say today that there is no miracles, there is no such thing, all this is emotion.</w:t>
      </w:r>
    </w:p>
    <w:p>
      <w:r>
        <w:t>26. And they said the same thing about Elijah, because when he was taken up and Elisha took his place, a young man, went bald-headed young, the children run out behind him, said, "Old bald-head, why didn't you go up with Elijah?" See, they didn't even believe it in the beginning, the people, after so many things had been done. And this great man of God had been translated into heaven by a chariot of fire, and the people still didn't believe it. And had their little children run behind this man and say, "Old bald-head, why didn't you go up?" See, and then the prophet cursed the children, and a she bear killed forty-two of them.</w:t>
      </w:r>
    </w:p>
    <w:p>
      <w:r>
        <w:t>27. Now notice. Today, as it was then, they put their own interpretation to the Word. Now, if they want to do that, that's up to them, but they try to make us believe it. The Bible said that "This Word of God is of no private interpretation." God does His own interpreting. God confirms His Word, and that's the interpretation of it. As I've many times said, He said in the beginning, "Let there be light," and there was light. That don't need to be interpreted; it happened. He said a virgin would conceive; she did. He said He'd pour out His Spirit; He did. And He said, in the last days, the things that He would do, and He's doing it! It don't need any interpretation; God's doing His own interpreting. No matter what foolish men say, that doesn't stop God a bit.</w:t>
      </w:r>
    </w:p>
    <w:p>
      <w:r>
        <w:t>28. When Jesus was on earth, He had as much unbelief to contend with that we have today, and maybe more, but it didn't stop Him. He went right on performing and carrying out His duty, and God confirming everything He done. He said, "I'm not by myself. My Father and I are one, He dwells in me. It ain't me that doeth the works, it's the Father that dwelleth in Me. And if I do not His works, then don't believe me; but if I do the works and yet you can't believe me, believe the works." See? In other words, "Search the Scriptures," He said, "for that's where you think you got eternal life, is by knowing the Scriptures. And the Scriptures, itself, testifies of me." Amen! What a statement! "They are they [the Scriptures] that tell you who I am," Jesus said.</w:t>
        <w:br/>
        <w:t>And it's the Scripture that tell you the hour that we're living and the things that you see done, it's God Himself among His people. Nothing can raise the dead but God. Nothing can do the things that He's doing now but Him. For the Bible said, "He's the same yesterday, today, and forever."</w:t>
      </w:r>
    </w:p>
    <w:p>
      <w:r>
        <w:t>29. Now, we see that modern trend of the people then, "Oh, the days are past; there's no such a thing as miracles. The people are all emotionally worked up."</w:t>
        <w:br/>
        <w:t>Listen to that Elijah, the prophet, cry out against them and their theologians. Notice, notice, he spoke as if he was God Himself. Elijah spoke as if he was God himself, "The dew will not fall from heaven until I call for it." Amen! Yes, sir. The prophet had been so long in the presence of God…</w:t>
        <w:br/>
        <w:t>The prophets of the Old Testament, or any time, when they lived in the presence of God until they become the Word, their message is the Word itself. Remember, he said, "Thus saith the Lord!" And when those men had those messages from God, and they become so wrapped up that their own thinking… It might have been against their thinking, they might not have been able to see it right. But they were speaking the Word of God, "Thus saith the Lord!"</w:t>
        <w:br/>
        <w:t>"There will not be any rain till I call for it!" Oh, what a statement! He had been in the presence of God and been vindicated so perfect. And remember, that also follows Amos 3:7, "The Lord God will do nothing until first He reveals it to His servants the prophets." He said, "There's not going to be any rain fall!" He first…</w:t>
      </w:r>
    </w:p>
    <w:p>
      <w:r>
        <w:t>30. They laughed at him, they thought he was crazy, "That fanatic!" But, see, he had "thus saith the Lord" that it wasn't going to rain. And, God, before He did that, He revealed it to Elijah, His servant. And he was a vindicated, proven prophet, so the people ought to have repented. But, instead of that, they laughed at him, said, "Oh, we got plenty of rain. The reservoirs are full. The rivers are running good."</w:t>
        <w:br/>
        <w:t>The Bible said that "There was not even dew for three years and six months." All the brooks and waters dried up, everywhere. That wasn't that man, that was God speaking through that man! That was how it was. We always know.</w:t>
      </w:r>
    </w:p>
    <w:p>
      <w:r>
        <w:t>31. So we find out that when a man comes, sent from God, ordained of God, with the true "thus saith the Lord," the message and the messenger are one and the same, because he is sent to represent "thus saith the Lord" word by word; so he and his message is the same.</w:t>
        <w:br/>
        <w:t>A denominational man under denominational auspices, he and the church is the "one." A theologian under theology, made by some denomination, he and his message are one. Church and theology, a theologian. Correctly.</w:t>
        <w:br/>
        <w:t>Then when a man comes with "thus saith the Lord," he and the message is one. And when Elijah come with "thus saith the Lord," he and his message became one. Just as Jesus, when He come, He was the Word---St. John 1. So the Word of God and the messenger of the age was the self-same thing all the time. That's right.</w:t>
      </w:r>
    </w:p>
    <w:p>
      <w:r>
        <w:t>32. Jesus was the Word that was prophesied of. He was what the prophets said would happen, "A virgin shall conceive and bear this child." Way back in the beginning God told them and said, "The woman's seed shall bruise the serpent's head, and he'll bruise her heel." All these prophecies had been given. David crying, all the rest of the prophets down through the ages, speaking of Him. He was that Word manifested! Hallelujah!</w:t>
      </w:r>
    </w:p>
    <w:p>
      <w:r>
        <w:t>33. Now do you see where I'm trying to get to? I spoke with you pretty plain this morning. Don't you see the authority of the living God in the living church, the bride? The sick are healed, the dead are raised up, the cripples walk, the blind see, the gospel goes forth in its power, for the message and the messenger are the same. The Word is in the church, in the person.</w:t>
        <w:br/>
        <w:t>The Word of God was in Elijah when he walked up there with "thus saith the Lord," and said, "It isn't going to rain." That wasn't Elijah, that was God in Elijah.</w:t>
      </w:r>
    </w:p>
    <w:p>
      <w:r>
        <w:t>34. I said a many time, like the Christian Science lady that told me one time, I've told it many times about it, she said, "Mr. Branham, you put too much bragging on Jesus."</w:t>
        <w:br/>
        <w:t>And I said, "I hope that's the only thing I've got to answer for."</w:t>
        <w:br/>
        <w:t>And she said, "You try to make Him divine."</w:t>
        <w:br/>
        <w:t>I said, "He was divine."</w:t>
        <w:br/>
        <w:t>Said, "Oh, He was a prophet, He was a good man, but He wasn't divine."</w:t>
        <w:br/>
        <w:t>And I said, "Well, show me one Scripture that says He wasn't."</w:t>
        <w:br/>
        <w:t>And she said, "In the book of St. John, it says that He wept when He went to the grave of Lazarus."</w:t>
        <w:br/>
        <w:t>"Oh," I said, "sure, He wept. He was both human and divine. He was a man, weeping; but He had to be God to raise the dead." Right. And I said, "He was a man, hungry, but He was God, feeding five thousand with a couple of biscuits and five fishes." That's right. "He was a man, sleeping on the back of a boat; but it was God in Him that could still the waters." But why? He and His message was one.</w:t>
        <w:br/>
        <w:t>He said, "I and my Father are one. My Father dwelleth in me." He was the fullness of the Godhead bodily.</w:t>
      </w:r>
    </w:p>
    <w:p>
      <w:r>
        <w:t>35. I think it was so striking the other day, when I was bringing the seven church ages … to start off with, I couldn't make out Jesus standing there with those … with that white over Him like that, said, "His hair was white as wool." I couldn't understand how a man thirty-three years old would be snow white.</w:t>
        <w:br/>
        <w:t>I called a good theologian, Pentecostal theologian, a good dear friend. Well, it was Brother Jack Moore. He's smart, intelligent man. He said, "Brother Branham, that was Jesus glorified. That's what He looked like after He was glorified." No, I couldn't believe that. No.</w:t>
        <w:br/>
        <w:t>I said, "Well, Brother Moore, thank you."</w:t>
      </w:r>
    </w:p>
    <w:p>
      <w:r>
        <w:t>36. I got in the room there and got to speaking to God. I run my concordance to take Him back to Daniel, where it said, "And he came to the ancient of days whose hair was white as wool." I said, "Lord, I don't know what to say, and I've got the responsibility." Now, that was before the … remember, before the seven seals was opened, about a year or more before. I was praying there, "Lord, what was it?"</w:t>
        <w:br/>
        <w:t>And I looked, standing before me, and there stood a man, and he was a judge, and he had a white wig on. The old judges of ancient days used to wear a white wig to show that he was a supreme authority.</w:t>
        <w:br/>
        <w:t>And then when I seen Jesus with the white wig, I said it only vindicates the truth that we know, that He is the supreme authority. God witnessed the same thing on Mount Transfiguration, said, "This is my beloved Son, hear Him, the supreme authority!"</w:t>
      </w:r>
    </w:p>
    <w:p>
      <w:r>
        <w:t>37. Then back out there at the beginning of the seven seals, when those seven angels come down in that pyramid form, stood there and told me to return back here and speak on those seven seals, he'd be with me. He showed me what they were, the lost things. I always thought it was sealed on the back of the book and it'd be something wasn't wrote in the book, but it turned out that it was made known that He cannot do that. It isn't something that's written in the book. It's something that's been hid in the book. "For whosoever shall take one word from it or add one word to it…" So it is a mystery that's been in the book in these seven church ages. Each one of them produced a mystery, all about water baptism and these other things that they've fumbled about so long.</w:t>
        <w:br/>
        <w:t>And then when that went up, the big observatories from way down in California, plumb down in Mexico, over Tucson, everywhere, taking the picture of it. It was a mysterious sight. And Brother Fred Sothmann there, sitting right back there, and I and Brother Gene Norman, standing right there present when it went up. They took the picture; still they don't know what about it. Here sometime ago, everybody saying, "Looky here at this, looks like this, and them angels' wings, how they're folded in there."</w:t>
      </w:r>
    </w:p>
    <w:p>
      <w:r>
        <w:t>38. One day, turning it to the right, looking there was Jesus Christ just as perfect as Hofmann ever drawed Him. It was standing there with a white wig on, looking back down towards the earth, showing that He is supreme authority. The heavens declare it, the Bible declares it, the message declares it. It's all the same. Supreme authority, with the white wig on; you see, His black beard under it. Many of you have seen the picture. We got it back there. Just turn it to the right, sideways, look at it. There He is, just as perfect as if it had been photographed of Him. They're looking at it from the wrong angle. You got to look at it in the right angle. And only the Lord God can reveal which is the right angle. Turn it to your right and look at it. There He is, just as perfect as it had been photographed up there.</w:t>
        <w:br/>
        <w:t>The first time I ever seen Him, He looked like a Head of Hofmann. I had never seen that before; and Billy Sunday's tabernacle, years later, I saw it. My house has never been without one of the pictures since.</w:t>
        <w:br/>
        <w:t>Then, here in the skies, saying that the very God that I saw up in this vision out here, just a little boy out here where this schoolhouse stands, He looked like that. And here in the heavens, thirty-three years later, declare it that it's the truth. That's the way He looks; not some mystic something of somebody's idea.</w:t>
      </w:r>
    </w:p>
    <w:p>
      <w:r>
        <w:t>39. Like in the Vatican, they got a Christ drawed over there, with a little white ring of beard … or a ring of beard around His chin, about a half inch long, runs right around the top of His mouth and like this, and call that the Christ.</w:t>
        <w:br/>
        <w:t>That just puts me in mind of a Greek artist I seen one time in an ancient cathedral, showing what Adam and Eve looked like; they looked like beasts, or something. That's what the carnal mind can perceive of some spiritual thing. I think Adam was the most handsome man that ever lived, and Eve was a perfect woman in every way.</w:t>
        <w:br/>
        <w:t>Now, carnal minds wraps up the thing in their own ideas, then God sends down and unfolds the thing by His power. And that's exactly what took place here in the days of Ahab.</w:t>
      </w:r>
    </w:p>
    <w:p>
      <w:r>
        <w:t>40. Now, we find out that Elijah could say that because the message of the hour and the Word of God… Or the messenger, the message … the message, and the Word was exactly the same thing. The prophet, the Word, the message; messenger, message … and message was the same. Jesus said, "If I do not the works that's written of me, then don't believe me." That's good. Any man and his message is one.</w:t>
        <w:br/>
        <w:t>That's why today that they do not believe in doing the works of God, because they do not accept the message of God. They don't believe the message.</w:t>
        <w:br/>
        <w:t>But those who believe God's hour that we're living in, these things are hidden food. Just think, God has so hid it that they look right at it and don't see it, the same way that Elijah blinded the Syrian army, the same way that God blinds the unbeliever from the true genuine food of the child, the believer</w:t>
      </w:r>
    </w:p>
    <w:p>
      <w:r>
        <w:t>41. What they called Noah a fanatic, building an ark, his eyes were open to the Word of God and the promise. The very thing that they called fanaticism saved Noah and his family---see, the very same thing. The thing that people laugh at is the thing that we pray for. The thing that people calls crazy, we call great! What the world calls great, God calls foolish. And what the world calls foolish, God calls great! It's just exactly the contrast between the right and wrong. Jesus Christ is the same yesterday, today, and forever.</w:t>
      </w:r>
    </w:p>
    <w:p>
      <w:r>
        <w:t>42. Remember, he went into his secret place by the plan of God, by the call of God, and the Word of God. Elijah entered into his secret place by God's foreknowledge (plan), and the call upon his life, and according to the Word. If that ain't the way we entered, I don't know how we get there.</w:t>
        <w:br/>
        <w:t>And notice, before the drought begin, Elijah went into this place of secret for his living. A very type of before the judgment starts to strike the earth, the church is already called out, the bride's already chosen, and just waiting before the judgment strikes. Already waiting, eating the food of God, enjoying the blessings of God. Any man in his normal mind knows that we're headed straight … we're right in the hour of judgment.</w:t>
      </w:r>
    </w:p>
    <w:p>
      <w:r>
        <w:t>43. Look! Brother Banks and several of you men there's here tonight, that was standing out there on that mountain the morning.</w:t>
        <w:br/>
        <w:t>And I want to speak about that mountain next Sunday morning, the Lord willing. Got a great revelation, something further that I can't hardly keep from telling it tonight. But I have … see, and it's just constantly all the time one thing happening after the other, see. It'll never stop happening, for it was "thus saith the Lord."</w:t>
        <w:br/>
        <w:t>Every one of you here, thousands times thousands over the tapes, heard me stand and say, "Thus saith the Lord, 'It will be thus and thus.'" And even the newspapers and magazines have to declare it to be so. They don't know what it's all about, but they seen it. They don't know what it is, but they seen it making the Word exactly the truth.</w:t>
      </w:r>
    </w:p>
    <w:p>
      <w:r>
        <w:t>44. When we was standing down here on the river, that angel of the Lord came down that day, thirty-three years … or 1933 it was, come down and spoke the things that He did. Walked out, and many men standing upon the bank there, said, "What does that mean, Billy?"</w:t>
        <w:br/>
        <w:t>I said, "That wasn't for me; that was for you. I believe; you don't." Just went walking on.</w:t>
        <w:br/>
        <w:t>Then the pastor said to me, he said, "You mean that you, with a seventh-grade education, is going to go all over the world and pray for monarchs and potentates and kings and things? And… Oh," said, "forget it!"</w:t>
        <w:br/>
        <w:t>I couldn't forget it; it was engraved upon my heart. Now here, thirty-three years later, everything He said has happened perfectly the way He said He would do it. He's God and can't fail. He always keeps His Word. Don't never doubt it.</w:t>
      </w:r>
    </w:p>
    <w:p>
      <w:r>
        <w:t>45. Now, notice, he went in by the plan of God (foreknowledge), call of God, and the Word of God, and went in before the drought set in.</w:t>
        <w:br/>
        <w:t>Now, we know that judgment is ready to strike.</w:t>
        <w:br/>
        <w:t>Standing on the hill that day, Brother Banks Wood standing here, was walking up the hill. Maybe I'd quote it again, build your faith for this prayer line that's fixing to take place in the next ten, fifteen minutes. I was just walking ahead of Brother Banks. He was … I think he had left Sister Ruby when she was sick. And he coming behind me, I noticed his face, red. And I looked back, and I thought the hill might be a little hard for him to pull, so I kind of slowed up. Was right in them deserts, right up hills like that, right where the angels of the Lord appeared, we was heading right in that direction then, where they appeared a few months before that.</w:t>
        <w:br/>
        <w:t>And, as I went up the hill, the Spirit of God… When I turned around to look on top of the mountain, He said, "Pick up that rock and say to him, 'Thus saith the Lord, you'll see the glory of God in the next few hours.'"</w:t>
        <w:br/>
        <w:t>I just picked up the rock, and said, Brother Banks, I don't know why," throwed it up in the air, and I said, "Thus saith the Lord, you're going to see the glory of God."</w:t>
        <w:br/>
        <w:t>He said, "That meant Ruby?"</w:t>
        <w:br/>
        <w:t>I said, "No, I don't think it had anything to do with you, Banks or Ruby, either one. I just think it was just saying, 'Thus saith the Lord, something's going to happen.'"</w:t>
      </w:r>
    </w:p>
    <w:p>
      <w:r>
        <w:t>46. And the next morning when we were standing there, many of the men, I don't know how many is sitting here now, there was twelve or fourteen, fifteen of us sitting there. All of a sudden, a minister walked up to me and he said, "Brother Branham," he said, "my name is So-and-so." Said, "I was one of your sponsors in California."</w:t>
        <w:br/>
        <w:t>I said, "I'm glad to meet you, sir." Douglas McHughes. He said, "I'm…" I said, "I'm glad to meet you." Shook hands with him.</w:t>
        <w:br/>
        <w:t>He said, "Well, now, I want to ask you a question." Said… Roy Roberson, trustee here; Brother Wood, Terry and Billy, and, oh, Brother Mac Knelly, and I don't know who all was standing there. And he said, "I want to ask you something." He said, "Does the Lord ever give you visions out like this?"</w:t>
        <w:br/>
        <w:t>I said, "Yes, brother, but I come out here to kind of get away from it, to rest up." And I looked around like this, and I seen a heavyset doctor looking at him, said, "Reverend McHughes, this allergy in your eye will soon put your eye out. I've doctored you for two years, and I can do nothing about it." And I turned around to him and I said, "What you asked me that for, your doctor told you the other day, 'That allergy was in your eye.'" It was middle of the day, about eleven o'clock, and he was wearing sunglasses. And I said, "The reason… You're not wearing that because it's the sun, it's because of your eye. He told you you was going to lose that eye."</w:t>
        <w:br/>
        <w:t>And he started crying, said, "That's right."</w:t>
      </w:r>
    </w:p>
    <w:p>
      <w:r>
        <w:t>47. I turned to walk around again, had a shovel in my hand. And I looked and I seen him standing there looking at me, his eyes just as bright. I said, "But 'thus saith the Lord, you're not going to lose that eye.'" I was hunting with him this last fall, he can see better than me and anybody in the crowd. Yeah.</w:t>
        <w:br/>
        <w:t>And I seen an elderly lady pull down her stocking and raise up the side of her skirt. She said, "Son, if you see Brother Branham, tell him to pray for my feet." And I looked down there, and looked like tumors hanging on her feet, all around.</w:t>
        <w:br/>
        <w:t>I said, "Your mother's a gray-headed lady" ("my son," see). She told you before you left, if you seen me to have me to pray for her feet. She's got little tumors like, hanging all over her feet. He liked to have fainted.</w:t>
        <w:br/>
        <w:t>Said, "That's the truth."</w:t>
        <w:br/>
        <w:t>I said, "Tell her not to worry, it'll be all right."</w:t>
      </w:r>
    </w:p>
    <w:p>
      <w:r>
        <w:t>48. I started to walk around, then I heard the voice of God speak, said, "Get out of the way, quickly." Roy Roberson standing there, knowing he was a veteran of the war, I put my hand on his shoulder, I said, "Brother Roy, hide, as quick as you can!"</w:t>
        <w:br/>
        <w:t>Said, "What's the matter?"</w:t>
        <w:br/>
        <w:t>I said, "Get out of the way! Hide!"</w:t>
        <w:br/>
        <w:t>And just started walking around, put my shovel down, turned around, took off my hat. And here He come, the glory of God falling in a whirlwind that tore the side of the mountain out like that, and blasted and shook the place like that, cut the top of the bushes out just about three or four, five feet above my head. Went back up like a funnel like that, and blasted again. And, here it come, three times.</w:t>
        <w:br/>
        <w:t>Then when it left, the third time, Brother Banks come over and said, "That's what you was talking about?"</w:t>
        <w:br/>
        <w:t>I said, "Yes."</w:t>
        <w:br/>
        <w:t>Said, "What was it?"</w:t>
        <w:br/>
        <w:t>I said, "God appears in whirlwinds." I didn't know whether He wanted me to tell the people or not.</w:t>
        <w:br/>
        <w:t>Then I went on and prayed a little bit. Then He told me I could tell them. I said, "It's judgment striking the West Coast." Look at her today! Look what happened a few hours after that: Alaska sunk. And now the whole thing's going under. We're entering into the judgment; mercy's been spurned.</w:t>
      </w:r>
    </w:p>
    <w:p>
      <w:r>
        <w:t>49. But, thanks be to God, we got hidden food, spiritual food, that we're living on the goodness and mercy of the revelation of Jesus Christ in these last days, vindicating Himself among His people. Amen! They went in. Elijah went in before the drought set in. Thank God for being in before the judgment sets in. Now is a time of coming out and going in, getting out of those organizations and getting into Christ, a coming-out and going-in time for all true believers.</w:t>
        <w:br/>
        <w:t>Then, he was called, and stayed in there. Remember, he never left that brook until God called him.</w:t>
        <w:br/>
        <w:t>And after the drought was about over, He called him out of there, down to a widow's house. Notice, He called to this widow, and this widow had not associated herself with the unbelievers (took the mark of the beast during the drought), so He called her out to … called Elijah, to sustain this widow. They just had one little cake, one little thing she was holding on to. And Elijah said, "Give that to me first, for thus saith the Lord, that barrel will not go empty neither will the cruse run dry until the day that the Lord God sends rain upon the earth."---putting God first, His Word first!</w:t>
      </w:r>
    </w:p>
    <w:p>
      <w:r>
        <w:t>50. Notice, there was meal in the barrel. Every time she went after meal, there was meal in the barrel. There was oil in the cruse every time she went for it. Why? Meal represented Christ in the meal-offering. The burrs had to be set just right to grind every one of them. Every burr of this meal exactly the same, showing that He is the same yesterday, today, and forever. That was the Word, the bread of life following the message to vindicate the Word.</w:t>
        <w:br/>
        <w:t>So is it today, friends. So is it today, that the bread of life that the children eat on, follows the message of God to sustain them during the time of the drought. What if He stood in our presence today? What if He stood in our presence right now? He would act and do just exactly like He done the days when He was in flesh here on the earth. The bride is part of the husband; the church is the same as Christ. "The works that I do shall you do also." And it is the Word that done it. He told us that the things that He did that we would do also.</w:t>
      </w:r>
    </w:p>
    <w:p>
      <w:r>
        <w:t>51. We notice here again, if the Word is in us and has come to us, as it did Elijah in that day, it'll do the same thing that he did; we would feed on the secret things of God which is hid from the world. Oh! Again, it makes the message and the messenger as one. The spiritual food is ready, and it's in the season now. And each one of you can have this food if you wish it, if you are willing to steal away from all of the unbelief of this hour, if you are ready to come into Christ, come into His promise. And remember His promises in Malachi 4, Luke 17:30, also in St. John 14:12 (and how many more scriptures, telling.), Joel 2:38, and all that He would do, or 2:28, rather, what He would do in these last days. And how the prophet said that it'd be light in these last days, how it would work, what it would do … all the scriptures pointing to this last days. And that is Christ! If you can hide away in that now, in that secret place, you can eat and see the goodness and mercy of God. If you are sick, there's healing there.</w:t>
      </w:r>
    </w:p>
    <w:p>
      <w:r>
        <w:t>52. You remember when Elisha, later on, had called down… After that meal-offering that he had, Christ, and sustained the widow's house with it. Notice, later on when he called fire down out of the heavens, and so forth, and proved his sending of God, the prophet's spirit.</w:t>
        <w:br/>
        <w:t>Notice, in the wilderness, when he was laying down there under the juniper tree, an Angel come down with that same kind of meal, and baked some cakes and fed him. And a little later on He put him to sleep again, and woke him up, and he had some more meal cakes baked there for him. And he went in the strength of those cakes for forty days. Glory to God! He's the same yesterday, today, and forever. Oh, how we love Him, spiritual food in its season.</w:t>
      </w:r>
    </w:p>
    <w:p>
      <w:r>
        <w:t>53. "It's not meet to take the children's bread and give it to dogs." Didn't Jesus say the same thing to the Syrophenician women? He was sent to His own. That is right. And that's who He come… He never went to the Gentiles.</w:t>
        <w:br/>
        <w:t>And now today He visits the Gentiles in their time, and it's not meet…</w:t>
        <w:br/>
        <w:t>You say, "Why is it that the message don't go out in these great big places these big crusades, like amongst the denominations?"</w:t>
        <w:br/>
        <w:t>It's not their food; it's not the church (so-called) food. It's the bride food. It's spiritual food in season. It would make them sick at their stomach; it's too rich for them, see, see. You can't do it. But for the children, it's bread, it's life, it's Jesus Christ the same yesterday, today, and forever.</w:t>
      </w:r>
    </w:p>
    <w:p>
      <w:r>
        <w:t>54. We're going to get too late if we don't start the prayer line now, so let us bow our heads just a moment.</w:t>
        <w:br/>
        <w:t>Dear God, food in due season, spiritual food, something that the world knows nothing of. How we hear our Lord say that night … or that day down there at Samaria, the same place that Elisha walked up and said, "Why, the dew will not fall till I call for it." Here stood Jesus there telling His disciples…</w:t>
        <w:br/>
        <w:t>Said, "Master, why don't You eat?"</w:t>
        <w:br/>
        <w:t>He said, "I have food that you know not of."</w:t>
        <w:br/>
        <w:t>Truly, Lord, His food was to do the will of God, to see the works of God made manifest in His hour. He was there to see that it was done. "I do nothing except my Father shows me first. What the Father shows me, that I do."</w:t>
        <w:br/>
        <w:t>And, Father, so is it today. The church, the true believer, the body of believers, has access to food, spiritual food, that the nominals know nothing about. The world knows nothing of this food, Father. But Your church, Your people, the bride of Your Son, loves it.</w:t>
        <w:br/>
        <w:t>We have access to healing of our bodies when the doctors has failed. We have access to this. It's one of the foods of God that He gave to His church, and promised it in the last day to His believing children. Father, help us to be believing children, for all things are possible to the believers. Grant it, dear God. We ask it in Jesus' name. Amen.</w:t>
      </w:r>
    </w:p>
    <w:p>
      <w:r>
        <w:t>55. I believe Billy told me that they give out some prayer cards. If somebody would tell me the letter that's on the prayer card, that's all I want. C, all right. Let's take C, one, start off, until I get a little line started. See, now, they may be all over. Now, if everyone… Well, see, I'm going to try this. I don't know whether we can do it or not. Or either we can just have a calling line, you sit still. It doesn't matter to me. If you'd rather come up here on the platform or have calling, it doesn't matter, just either way. I'm just depending solely on the Holy Ghost. I'm depending Him to defend this Word that I've preached.</w:t>
        <w:br/>
        <w:t>Brother George Wright, I believe it. Since a little boy, coming down to your house many years ago, listen at that old whippoorwill sitting in the tree, I still believe that same message. I believe it's the same.</w:t>
      </w:r>
    </w:p>
    <w:p>
      <w:r>
        <w:t>56. All right, I see they're clearing back here for a prayer line. All right, prayer card C, number 1, 2, 3, 4, 5, come first and stand right here. If you can't get up, if you'll just raise your hands, some of them will come pack you. Yeah. Prayer card C, 1, 2, 3, 4, 5. And, now notice, you that do not have a prayer card…</w:t>
        <w:br/>
        <w:t>Now, I haven't had a prayer line of this type for a long, long time. How many remembers my commission when we built the Tabernacle here? He said, "Do the work of an evangelist." Didn't say I was an evangelist. Said, "Do the work of an evangelist," see, "for the hour will come when that's to be changed." And that hour's arriving. All right.</w:t>
        <w:br/>
        <w:t>Now, in this… You can't mix two or three different ministries together, pastor and evangelize the same time. You can't be a prophet and maybe a pastor at the same time, see, because you have different works, different ministry.</w:t>
        <w:br/>
        <w:t>But the Lord gave me what I should do in my message. But then He said, "Do the work of an evangelist, make full proof of your ministry, for the hour will arrive when they will not endure sound doctrine." If that hasn't come now! Every church denomination has turned me down, they wouldn't endure sound doctrine. "But after their own lusts they'll bring their own teachers in, and they'll be turned into fables. And they will do great things of exploits like Jannes and Jambres that withstood Moses, but their folly will be made manifest," see, see. All right, impersonations! You see how Jambres…</w:t>
      </w:r>
    </w:p>
    <w:p>
      <w:r>
        <w:t>57. And, God in heaven knows, that lays right there in the corner of that Tabernacle stone since 1933, wrote on a page of a Bible, laying right there. Look how they've done it. Look what's come to pass. Impersonations, just exact. Said, "Let them alone, their folly will be made known in the same manner as Jannes and Jambres was." Here we are in that day.</w:t>
        <w:br/>
        <w:t>And I seen the church then when we was just laying the cornerstone, people hanging in the sills and all around, standing around the walls of the Tabernacle. There you are. And they said, when it come up, the people of the city here, said, "Within the space of six months…" Us with one dollar and eighty cents to build a tabernacle… A lot of the garage people done decided it was going to be their garage. But it's still a sheep pen for God's sheep.</w:t>
      </w:r>
    </w:p>
    <w:p>
      <w:r>
        <w:t>58. One, 2, 3, 4, 5, 6, 7, 8, 9, 10. C, 6, 7,8, 9, 10. All right.</w:t>
        <w:br/>
        <w:t>Now, "I the Lord have planted it, I will water it day and night lest some should pluck it from my hand." Look at the criticism. No denomination would back it up. No church is like it around the country here. No Pentecost in the country, nothing else to sustain it. Everybody against the water baptism, everybody against all these other things. Even to my own family, my own daddy turned me away from the door; I got my clothes in a little paper sack and went and lived in New Albany. Right.</w:t>
        <w:br/>
        <w:t>But through many dangers, toils and snares,</w:t>
        <w:br/>
        <w:t>I have already come;</w:t>
        <w:br/>
        <w:t>It's grace that brought me safe this far,</w:t>
        <w:br/>
        <w:t>(I'm fifty-six years old, and soon</w:t>
        <w:br/>
        <w:t>I've got to cross the river)</w:t>
        <w:br/>
        <w:t>Grace will take me on.</w:t>
        <w:br/>
        <w:t>When I've been there ten thousand years,</w:t>
        <w:br/>
        <w:t>Bright shining as the sun;</w:t>
        <w:br/>
        <w:t>We'll have no less days to sing God's praise</w:t>
        <w:br/>
        <w:t>Than when we first begun.</w:t>
        <w:br/>
        <w:t>Oh, how I love Jesus, He's all the world to me!</w:t>
      </w:r>
    </w:p>
    <w:p>
      <w:r>
        <w:t>59. All right, how many did I … Where did I leave off, 10? Can we take some more? All right. What was that, 10? 15, all right. C, 10 to 15, wherever you are, if you can stand up and get in. What say? Huh? All right. C, 15 to 20, then. Let that be C, 15 to 20. That would be ten more people. You see where the line is standing there, we don't get them crowded. And we'll… All right.</w:t>
        <w:br/>
        <w:t>Now give me your undivided attention, we won't be long. But, now, oh, what an hour, what a time! I wish that everybody could love the Lord. I wish that we could all just come to that spot to realize the potential of this minute. Let's try it. Just give me your attention.</w:t>
      </w:r>
    </w:p>
    <w:p>
      <w:r>
        <w:t>60. What are we trying to do here? We are placing God's Word to a test. Elijah done the same thing, walked out upon the mountain after he knowed that he was sent from God to do it. He said, "Now let's prove who is God, let the God that answers by fire be God."</w:t>
        <w:br/>
        <w:t>And the heathens cut… Oh, said, "Well, sure, no…" The heathens knowed fire wasn't going to fall, so they'd scream and carry on.</w:t>
        <w:br/>
        <w:t>But Elijah knowed it was going to fall, 'cause he had a vision from the Lord.</w:t>
        <w:br/>
        <w:t>You say, "He had a vision?"</w:t>
        <w:br/>
        <w:t>Yes, sir! When he got everything laid in order, he said, "Lord, I've done all this at Your command." And then the fire begin to fall. When God's Word is kept to the letter, then it's God's business to take care of the rest of it. He just asks you to lay it out there. And be sure that you're called to lay it out there, see. If you are, He'll take care of the rest of it.</w:t>
      </w:r>
    </w:p>
    <w:p>
      <w:r>
        <w:t>61. Now, here'll be people coming through this line that I'll be praying… Well, you're just about to the wall now, all right … or to the line to start. Now, first, at least somewhere here in the building, some people… How many here is sick and don't have a prayer card, raise up your hand. See, just all over. Now, you know if our Lord---and I believe He will---if He's the same yesterday, today, and forever… He run prayer lines. People come to Him in great lines, multitudes; He touched them, blessed them. Then He stopped sometime and said, "Who touched Me?" Look around, told a woman what she touched Him for, and said her blood issue was gone; her faith had made her whole.</w:t>
        <w:br/>
        <w:t>What if she had turned around and said, "Well, I don't know, Lord, I've had this a long time"? It wouldn't have happened. No, it wouldn't have happened. No.</w:t>
        <w:br/>
        <w:t>What if…? He told the Syrophenician woman, "Because of this word that you said, your daughter, the devil's gone out of her." What if she said, "Well, now Lord, I wanted You to do it this a-way"? The devil would have still been in the girl. But she expected to find her child the way He said she'd find her.</w:t>
      </w:r>
    </w:p>
    <w:p>
      <w:r>
        <w:t>62. Now, He told us, "If thou canst believe! If you can say to this mountain, 'Be moved,' and don't doubt in your heart, but believe that what you've said will come to pass, you can have it. When you pray, believe that you receive it, it'll be given to you. What a promise!</w:t>
        <w:br/>
        <w:t>Now, the man who preaches the social gospel don't believe that at all. He'd walk up to the door, look in, or stand there, and say, "Well, just another bunch of holy rollers," and walk away, see. But he don't know that this is the hidden food. He don't know that this is the secret thing that's hid from him. He doesn't know it. It's pitiful: a mind that's naked, miserable, blind, and don't know it. That's a bad thing.</w:t>
        <w:br/>
        <w:t>O God, let me die first, but don't never get me like that. I'd rather die (yes, sir) than to do that. And I think every one of us would, wouldn't we?</w:t>
      </w:r>
    </w:p>
    <w:p>
      <w:r>
        <w:t>63. But, now, God has promised us these things in the last days. Malachi 4, said that Jesus Christ would come down and impersonate Himself in human flesh like He did at Sodom. That's right. And said the world would be in a Sodom condition. And said, "As it was then, the Son of man will be revealed that day." See, this man that come down in the form of a man, which was "Elohim," by Abraham, before this promised son came. Look what it was; Abraham said it was God. And the Bible said there was three men came to him, dust on their clothes, travel, sat down and eat like men. And Jesus said, "Just at the time the world gets in a Sodom condition, then the Son of man would reveal Himself again (not Son of God), Son of man, see, would reveal Himself."</w:t>
        <w:br/>
        <w:t>Now, mark that with what the last prophet said, "And behold I send to you Elijah the prophet, and he will restore the hearts of the children back to the fathers," see. A message to bring them back to the Bible, and the Son of man will be revealing Himself in that day. And at that day of the sounding of the last church age, the seventh angel, the mysteries of God should be made known in that day. The seven seals would be broken. The mysteries of all these churches and things, how they happened and what taken place.</w:t>
      </w:r>
    </w:p>
    <w:p>
      <w:r>
        <w:t>64. See, they don't know it. Jesus said, "You blind Pharisees!" Said, "If the blind leads the blind, don't they both fall in the ditch?" See, that's the reason those people don't see that.</w:t>
        <w:br/>
        <w:t>The mystery of it is, those seals… Each one of those churches made an organization and got into it, and that's one of the secret things that's been wrong before God. You see it, Dr. Lee? See, look. It is… That's the thing right there, that's one of the secrets. They organized and, see, and was completely out of the will of God. And that will be exposed in the last days, and lead the people, not to a creed or a denomination, but back to the true Word. And the true Word will come to a certain group of people, and the Son of man will reveal Himself in the midst of them, "the same yesterday, today, and forever."</w:t>
        <w:br/>
        <w:t>Oh, my! Oh, I love that. I love to brag on Him. I love to make Him big before the people. I don't have to make Him big, He's already big. He's so high you can't get over Him. so deep you can't get under Him, so wide you can't get around Him, and yet you got room in your heart for Him. Won't you receive Him? How wonderful our Lord is! All right.</w:t>
      </w:r>
    </w:p>
    <w:p>
      <w:r>
        <w:t>65. Now let's get real quiet, everybody. Now, we've talked about this. And now the thing of it is, is it true? Now, there may be some strangers in here. I might say to you, if Christ is the same yesterday, today, and forever, what would He do in this minute? He would do the same thing that He did when He was here before. Is that right? The people's faith would touch His garment, and He would turn. Like He did the woman at the well, and He did other places, and He perceived their thoughts.</w:t>
        <w:br/>
        <w:t>Now, you say, "Could He heal me?"</w:t>
        <w:br/>
        <w:t>His Word said He's already done that. But the thing of it is, is to make Himself known that He's here.</w:t>
      </w:r>
    </w:p>
    <w:p>
      <w:r>
        <w:t>66. Now, if He appeared here as a physical body, looked just exactly like Hofmann's Head of Christ at Thirty-three, and blood running out of His hand, and so forth, nail scars all over Him, I wouldn't accept it. No, no---no, no. When He comes, Hisself, "Every eye shall see Him, every tongue shall confess Him; and as the lightening cometh from the East unto the West, so shall it be," see. We don't believe these cults and clans. We believe God is the Word.</w:t>
        <w:br/>
        <w:t>But He embodies Himself, taking your body and my body, and gives you gifts, gives me gifts, and through these gifts He makes Hisself known. That's the secret food. No matter how much He'd make Hisself known by me, you've got to believe it; you've got to have a gift of faith, too, to believe it. Do you believe that? And now if He will manifest Himself in that manner, will you believe Him with all your heart? You'll believe Him? Oh, how wonderful, just waiting on Him, just waiting to see what He says.</w:t>
      </w:r>
    </w:p>
    <w:p>
      <w:r>
        <w:t>67. Here's a man standing here. I've never seen him in my life, as I know of. Looks like a good, strong, healthy man, and he probably is; I don't know. But he's standing there. Now, I could go lay hands on that man and pray for him, ask him if he would believe. He could stand here and tell me, say, "I want you to pray for So-and-so. And I got fallen arches. I got a headache, constantly. I got ulcers in my stomach," or something. I don't know. He could say any of those things.</w:t>
        <w:br/>
        <w:t>I'd say, "All right, sir, brother. I'll lay my hands upon you and pray for you." That would be perfectly all right. That's exactly what we've done all down through the age. Is that right?</w:t>
        <w:br/>
        <w:t>But, remember, Jesus said it would be different just at the time of His coming, like it was in the says of Sodom, and the man that came up had his back turned to the tent where Sarah was, and He said (not "Abram," now), "Abraham."</w:t>
        <w:br/>
        <w:t>See, it was Abram the day before, but he met a vision, and the Lord told him, said, "I'm going to change you name."</w:t>
        <w:br/>
        <w:t>And here is the Lord, Himself, in the form of a man, eating and drinking with him, said, "Abraham, where is your wife Sarah?" S-a-r-r-a-h; not S-a-r-r-a.</w:t>
        <w:br/>
        <w:t>He said, "She's in the tent behind You."#174 Said, "I'm going to visit you according to my promise twenty-five years ago."</w:t>
        <w:br/>
        <w:t>And Sarah kind of laughed to herself. He said, "Sarah laughed in the tent just then, saying, 'How can these things be?'" Is there anything too hard for God, see? Nothing. No.</w:t>
      </w:r>
    </w:p>
    <w:p>
      <w:r>
        <w:t>68. Now, He said, Jesus promised that "He [the Son of man] which is the Word [Do you believe that?] would come in the last days and would reveal Himself in the time that the world was like Sodom and Gomorrah." You believe that's right?</w:t>
        <w:br/>
        <w:t>Before we have one prayer, some of you out there, pray and see if the Son of man is still the same yesterday, today, and forever. Just ask if He is, say, "Lord, the man don't know me, but I know that You're the same yesterday, today, and forever," see if He tells you that. Yes, sir. Now, raise up your head just a moment.</w:t>
        <w:br/>
        <w:t>It's behind me. It's a child. It's burning up right now with a fever. It's a little girl. You're from out of town. The child has a stomach trouble. It did. Just believe.</w:t>
        <w:br/>
        <w:t>Now, is that what He said He would do? I never seen that person in my life. God in heaven knows that.</w:t>
      </w:r>
    </w:p>
    <w:p>
      <w:r>
        <w:t>69. This man here, he looks very strong and healthy. But see that shadow over him there? That means, unless God helps him, he ain't going to be here very long. You got cancer, it's in your lung. (Now, the Son of man is here.) He's got a burden on his heart for a little boy, a little child. Is that right? You believe God can tell me what's wrong with that child? He can. He has those blackout spells like a form of epilepsy. He just had one just recently. That's right, this morning. You believe you're going to live to raise that boy and he'll be all right?</w:t>
        <w:br/>
        <w:t>Where's Charlie Cox at? Where's he at? Charlie, where you at? I thought he was here tonight. Over here, Charlie. Gary, where you at? Larry, is he here? His little boy had the same thing, exactly the same thing. Where you at, Larry? Come here a minute. Well, here you are. This little boy here had the same thing. His father and mother is a very good friend of mine. Years ago I was down there and this little boy would take spells and just blackout and fade away. It was epilepsy. I caught it on the little boy, asked God to heal him; he's never had one since. That's his father, his mother is sitting here somewhere, and here's the little boy himself. Now, do you believe, sir? Thank you, Larry.</w:t>
        <w:br/>
        <w:t>You believe, sir? May the God of heaven grant the same thing to you, and you can live and raise the child. God bless you. Let's pray.</w:t>
        <w:br/>
        <w:t>Dear God, help him. I pray that Your mercy and grace will be upon him and bless him. In Jesus' name.</w:t>
        <w:br/>
        <w:t>Go back to Louisiana now happy; praise God for him.</w:t>
        <w:br/>
        <w:t>Oh, yeah, he was from Louisiana, sure was, around Lake Charles. Right. See, I can catch your thoughts now. Praise be to God!</w:t>
      </w:r>
    </w:p>
    <w:p>
      <w:r>
        <w:t>70. Well, you're asking for a good thing: you want to have a baby. You already had children, couple of children, but you want another one. May God of heaven grant it to you, my sister. Come here, I just want to lay hands.</w:t>
        <w:br/>
        <w:t>Dear God, give the woman the desire of her heart, because it's a worthy cause. In Jesus' name. Amen.</w:t>
        <w:br/>
        <w:t>Now, go, have the child.</w:t>
        <w:br/>
        <w:t>God is a good God. Do you believe that? He knows all that we have need of; He supplies our every need if we believe it. He said, "If thou canst believe."</w:t>
      </w:r>
    </w:p>
    <w:p>
      <w:r>
        <w:t>71. I shook your hand somewhere. I don't remember where it was at, but somewhere I shook your hand. I don't just exactly remember, but we was just somewhere, today somewhere, I don't know where it was at. But that's not what we're to talk about. You're here to talk about … or to pray, want me to pray for somebody else. That's right. He isn't here, he's in Georgia, sick. Not only is he sick physically, but spiritually he's sick, your cousin. You believe God will take care of this because you stood for him? Come here and let's pray together.</w:t>
        <w:br/>
        <w:t>Dear God, grant this man the desire of his heart, that he might go and find this man crying out for God. In Jesus' name I ask it. Amen.</w:t>
        <w:br/>
        <w:t>God bless you. Don't doubt, believe with all your heart.</w:t>
      </w:r>
    </w:p>
    <w:p>
      <w:r>
        <w:t>72. How do you do? It wasn't that I didn't reach for your hand to shake your hand then when you put your hand out, I was noticing something. It was a shadow, real dark and black. That's the reason I know, I caught your hand I'd find it that way, see. It's a cancer. You believe that God's able to move it? It's on your breast, left side. You want to go back to Carolina and praise the Lord for being well, don't you? Let's pray.</w:t>
        <w:br/>
        <w:t>Dear God, in the name of Jesus Christ, the One who is present now, the children eating the bread of God, may this child also enjoy the faith, the bread of God that He gives him now for his healing. May he go and be well. In Jesus' name. Amen. God bless you, brother. Believe with all your heart.</w:t>
        <w:br/>
        <w:t>How do you do?</w:t>
      </w:r>
    </w:p>
    <w:p>
      <w:r>
        <w:t>73. Isn't this a wonderful time? Looks like an awe sets down over the people; it made it sound like my ears, just like something going [Brother Branham blows into the mike, sound of a might rushing wind.], just make a noise like "whooooosssssh," like that, see. It's the children's bread, see. It's yours; it's for you. It isn't for me; it's for you. I'm very thankful right at the time, now, I don't… I'm well as far as I know, but it's bread for me, too, when I have need of. It's bread for you. It's encouragement. To you that's not even sick, it just brings our hearts up before God.#194 This is exactly in season, what He said He would do. "And as it was in the days of Sodom, so shall it be in the coming of the Son of man, when the Son of man shall be revealed," see. "And, behold, I send to you Elijah the prophet before the great and terrible day of the Lord. He shall restore the hearts of the people back to the Father," see, see.</w:t>
        <w:br/>
        <w:t>"And then the righteous shall walk out upon the wicked's ashes." They'll burn like an oven, see, the earth will. We see it's going to fall in yonder. And volcanic will spread across the earth, and the heavens will be on fire.</w:t>
        <w:br/>
        <w:t>O Rock of Ages, have mercy on me now, and then.</w:t>
      </w:r>
    </w:p>
    <w:p>
      <w:r>
        <w:t>74. How do you do? Well, one thing, you have a lady's trouble, female trouble. Have other things. You're nervous; it's that age you get nervous. Complications of all kinds. But you have a desire, too; that's to receive the Holy Ghost. That's right. You believe you're… Have you confessed everything? You believe if I lay hands upon you and ask God to do it, the Holy Ghost will come? You believe that? Let's pray.</w:t>
        <w:br/>
        <w:t>Dear God, I lay my hands upon this woman in the apostolic form, and ask that she receives the baptism of the Holy Ghost. In the name of Jesus Christ, may she receive it. Amen.</w:t>
        <w:br/>
        <w:t>Don't doubt it. It belongs to you, see. It's yours. It's the children's bread.</w:t>
        <w:br/>
        <w:t>Had a little funny feeling when I said, "female trouble," didn't you? Because that's what you had, too. Now, you believe you're going to be all right now? Go, just thanking the Lord.</w:t>
      </w:r>
    </w:p>
    <w:p>
      <w:r>
        <w:t>75. How do you do? Do you believe with all your heart? You believe you're going to be able to eat like you used to a long time ago? All right. Go, and say, "Thank You, Lord. I believe it." The presence of the Lord!</w:t>
        <w:br/>
        <w:t>You believe that back trouble's going to leave you and you're going to be well? Go, saying, "Thank you, dear God," and God will grant it.</w:t>
        <w:br/>
        <w:t>You believe you can be well, the Lord will make you well and won't have no arthritis, be well and healthy? You believe that? Go, thanking Him, say, "Lord, I accept it with all my heart, and I believe it."</w:t>
        <w:br/>
        <w:t>What do you all out there believe about it?</w:t>
      </w:r>
    </w:p>
    <w:p>
      <w:r>
        <w:t>76. You right here, lay your hand over on that woman sitting right next to you there, tell her the varicose veins and arthritis will leave her if she can just believe.</w:t>
        <w:br/>
        <w:t>Lord bless you. You believe you're going to be well now? Go home and be. God bless you. Go on your road, and say, "Thank you, Lord Jesus."</w:t>
        <w:br/>
        <w:t>How do you do? Do you believe the female trouble is going to leave you, too, and you're going to be well? Go, and say, "Thank You, Lord."</w:t>
        <w:br/>
        <w:t>How do you do? Why, my, my! I know your name. I used to … when I pastored the Baptist church. Toddin, Sister Dilly Toddin. You're suffering with back trouble now. It's going to be all right. You believe He's going to make you well? You remember what happened down there in the Milltown Baptist church years ago? He's still the same God today. God bless you. (George Wright, where you at? You remember?) My, my! You believe if I just lay my hands on you, with this anointing, you believe you'll get well? Come here. In the name of Jesus Christ may she be healed. Amen. Have faith.</w:t>
        <w:br/>
        <w:t>Well, you all believe with all your heart?</w:t>
      </w:r>
    </w:p>
    <w:p>
      <w:r>
        <w:t>77. Now, how well that brings old memories, to see that lady. I can't think of her name yet, but I … Toddin---Toddin, that's right. Oh, yes, her daughter was Gertie, that's right. That's exactly right. Don't think I'm beyond myself; I'm just kind of a little, you know, it's kind of a … I can't explain it.</w:t>
        <w:br/>
        <w:t>But your back trouble's gone, lady. Go, praise the Lord, and say, "Thank You, Lord."</w:t>
        <w:br/>
        <w:t>You believe your heart trouble will be all right, too? Just go, rejoicing, say, "Thank You, Lord Jesus," and believe it. All right. Have faith now, don't doubt.</w:t>
        <w:br/>
        <w:t>Come, lady. You believe with all your heart? You got many things wrong with you. You've got back trouble, too. You believe that God's going to make you well? All right, just go rejoicing. That's Him that makes you feel that way. Thank the Lord.</w:t>
        <w:br/>
        <w:t>God bless you, sister.</w:t>
      </w:r>
    </w:p>
    <w:p>
      <w:r>
        <w:t>78. Hi, sonny. You believe that God's going to heal the nervousness of that child and make it well? You believe it? All right. Hi, buddy, let me shake your hand.</w:t>
        <w:br/>
        <w:t>Dear God, take that evil thing off of this little boy, and may he live and be normal. In Jesus' name. Amen.</w:t>
        <w:br/>
        <w:t>God bless you, brother. You believe that, don't you? He'll get all right, don't doubt at all.</w:t>
        <w:br/>
        <w:t>Mighty young to have heart trouble. You believe that God will make you well? Go, say, "Thank You, Lord, for healing me."</w:t>
        <w:br/>
        <w:t>You believe God will heal the stomach trouble and make you well? Go on, rejoice, and say, "Thank You, Lord."</w:t>
        <w:br/>
        <w:t>He's still God, isn't He? The only thing you have to do is just believe. Isn't that right? Do you believe the Son of man in the last days?</w:t>
      </w:r>
    </w:p>
    <w:p>
      <w:r>
        <w:t>79. There was something happened here a few minutes ago, and I can't … trying to find where it was at. Somebody had faith and done something. Or maybe I'll get them next Sunday, or when I can. Are you… There it is again. You got your hand up. Do you believe God can heal that heart trouble, make you well, heal your daughter out there with… You believe it? Mrs. Neff, you believe that God… Leo Neff. I don't know you, but that's who you are. You got heart trouble, and your little daughter's got a kidney trouble. You believe she's going to get well? Your faith makes you whole. Believe with all your heart.</w:t>
        <w:br/>
        <w:t>You back there in the pool, standing back there with stomach trouble, Jesus Christ make you well.</w:t>
        <w:br/>
        <w:t>You believe? He's the same yesterday, today, and forever. Let's lay our hands over one each other now. Oh, think of the hour where we're at, think of the time. Think that we're in the very presence of Jesus Christ, the Son of God. He promised He would do this in the last days. I got hands laying on the handkerchiefs.</w:t>
        <w:br/>
        <w:t>Dear God, I pray that You'll bless these handkerchiefs to the healing of the people's bodies, through Jesus Christ's name.</w:t>
      </w:r>
    </w:p>
    <w:p>
      <w:r>
        <w:t>80. Now, with your hands on one another, each one of you are members of the body of Christ. The same Holy Spirit that promised to reveal the secrets of the hearts and do these things, He is in you. You are a part of Him, and He's a part of you. Now, He said this, "These signs shall follow them that believe." That's you. "If they lay their hands on the sick, they shall recover." Now, don't pray for yourself, pray for the one that you got your hands on, because they're praying for you. Now let's pray together, and may there not be a feeble person in this building. Why would we wait any longer, my dear brother, sister, here it is, the Holy Spirit, God, right here, the very thing we've talked about.</w:t>
      </w:r>
    </w:p>
    <w:p>
      <w:r>
        <w:t>81. Dear Jesus, we are recognizing Your presence. You brought that little baby back to life the other day (after it being dead) by the prayer of faith. Dear God, there's many here we couldn't get to---the time's passing---but they got their hands on one another. They're believers. We're sitting in the presence of the Lord Jesus Christ, raised from the dead, the same yesterday, today, and forever.</w:t>
        <w:br/>
        <w:t>Satan, you are defeated! Jesus Christ defeated you! He rose from the dead and stands among us tonight, vindicating this message of the last day. Come out of this people! Leave them, in the name of Jesus Christ! "In my name they shall cast out devils," and you are cast out! In the name of Jesus Christ, leave this congregation!</w:t>
      </w:r>
    </w:p>
    <w:p>
      <w:r>
        <w:t>82. Every one of you now that accept your healing, stand on your feet. Everybody that accepts healing, stand on your feet. Raise your hands now and give Him praise. "I now accept my healing," say that to God. "I now accept my healing. You are the same yesterday, today, and forever, Christ. I now believe You, help Thou my unbelief." Amen.</w:t>
        <w:br/>
        <w:t>I will praise Him, I will praise Him,</w:t>
        <w:br/>
        <w:t>Praise the Lamb for sinners slain;</w:t>
        <w:br/>
        <w:t>Give Him glory all ye people,</w:t>
        <w:br/>
        <w:t>For His blood has washed away each stain.</w:t>
        <w:br/>
        <w:t>Don't you love Him? Let's praise Him then. Everybody, with your hands up, give Him praise while the brother comes here to dismiss.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