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Questions And Answers #2</w:t>
      </w:r>
    </w:p>
    <w:p>
      <w:r>
        <w:t>Date: August 23, 1964</w:t>
      </w:r>
    </w:p>
    <w:p>
      <w:r>
        <w:t>Location: Jeffersonville, Indiana, USA</w:t>
      </w:r>
    </w:p>
    <w:p/>
    <w:p>
      <w:r>
        <w:t>1. Let us remain standing just a moment for prayer.</w:t>
        <w:br/>
        <w:t>Dear God, we thank Thee tonight for, first, for Jesus Christ, our Saviour. We thank Thee because that He is the same yesterday, today, and forever. We thank Thee for people who believe that. We're so glad that we have a God, not just an imaginary God, an imaginary idol, an imaginary spirit; there's nothing imaginary about it---a true and living God who lives with us and in us and works through us. Not making a statue to God, but we being living images of God… The Holy Spirit, not speaking through a statue, but speaking through a redeemed vessel---God manifested in flesh. How we thank Thee for this, the great pillar of fire following us, or we following it, rather, and for all the great manifestations of the same Spirit doing the same work that it's always done when it come to the earth. What a consolation it gives us.</w:t>
        <w:br/>
        <w:t>We have assembled tonight, Lord, for no other purpose but to know how and to learn how, by thy help, to be better Christians and better fit subjects for this hour that we're approaching. Won't you help us, Lord; we need You. In Jesus' name. Amen. You may be seated.</w:t>
      </w:r>
    </w:p>
    <w:p>
      <w:r>
        <w:t>2. With about another thirty or forty questions, I don't know how I'd ever get to them. I tried hard this afternoon to see if I could even get them down to normal, but I couldn't do it. But I want to say that I'm going to do the very best that I can to answer these questions, because they're fine questions, coming from the hearts of Christians. And I certainly want to do everything that I know how to answer them just as sensibly as I know how to answer them. And I want to thank the Lord for how He's helped this morning in helping us to get a hold of these questions and to … the answers that He did give us.</w:t>
        <w:br/>
        <w:t>Now, I've just got them all in here mixed up, I guess 150 more. And we got to about twenty, I guess, this morning. And so now, before we start, I would just like to say that if anybody wanted to see this article on A Church Rocks as the Drums Roll, the Presbyterian minister here leading his congregation in rock-and-roll, a program for the sacrament … Let me just see just a minute.</w:t>
      </w:r>
    </w:p>
    <w:p>
      <w:r>
        <w:t>3. "Youthful members swing out to jazz---jazz. Passion play tells of the crucifixion in modern i-d-i-o-m, rock-and-roll." The pastor here leading all the teen-agers up there and going through the passions of Christ, the crucifixion played out in rock-and-roll and jazz. Well … It's in Maryland. Now, isn't that something?</w:t>
        <w:br/>
        <w:t>And then, here is the picture of those … I was telling you this morning of those Beatles, "Return of Beatles," and there's the articles; you just should read it out of the magazine and all of the different things. "…as it were, had founded a new religion." Now, their manager … I've got a note out of the paper here. You haven't got time… If anybody wants to read these---or I can put them on the bulletin board, then you can read them. And I just want to show you the hour that we're living in is shocking. You might not understand it, but, people, try to understand it, that---what these things are! I've asked Brother Capps---he's got a good education and can read better than I. I've asked him to read this article from the manager of the Beatles. Can you do it, Brother Capps, at this time?</w:t>
      </w:r>
    </w:p>
    <w:p>
      <w:r>
        <w:t>4. [Brother Capps reads the article on the Beatles.] States that:</w:t>
        <w:br/>
        <w:t>The Beatles wonder about themselves and draw no answers. "It's incredible, absolutely incredible!" says Derek Taylor, the Beatles' press officer, "Here are these four boys from Liverpool. They're rude; they're profane; they're vulgar; and they've taken over the world. It's as if they'd founded a new religion. They're completely antichrist. I mean, I'm antichrist as well; but they're so antichrist they shock me, which isn't an easy thing. But I'm obsessed with them. Isn't everybody? I'm obsessed with their honesty, and the people who like them most are the people who should be outraged most."</w:t>
        <w:br/>
        <w:t>"In Australia, for example, each time we'd arrive at an airport, it was as if de Gaulle had landed, or better yet, the Messiah. The routes were lined solid. Cripples threw away their sticks. Sick people rushed up to the car, as if a touch from one of the boys would make them well again. Old women stood watching with their grandchildren as we'd pass by. I could see the look on their faces. It was as if some saviour had arrived and all these people were happy and relieved, as if things somehow were going to be better now." Taylor paused and stuck a cigarette in his mouth, "The only thing left for the Beatles," he said, "is to go on a healing tour."</w:t>
      </w:r>
    </w:p>
    <w:p>
      <w:r>
        <w:t>5. Isn't that what He said? "Many shall come to me in that day and say, 'Lord have not I…'" See? Now, can't you see that you can't put your trust in healing campaigns? You can't put your trust in any kind of a sign like that. The only thing you can put your trust in is thus saith the Lord from the Bible. Now, church, that is exactly where I have tried to keep you, my children. And if something happens to me and God takes me out of this earth, don't you never fail. Remember this with all your heart: stay with that Word! Don't you leave that Word! Anything contrary to it, leave it alone, no matter what it is. Then you know it's right, see.</w:t>
        <w:br/>
        <w:t>A healing campaign now! Sinful men that even shock their own managers with their vulgar, and dirt, and filth; and people throw away their crutches and get healed by looking at these boys. It's so filthy, and dirty, and antichrist! You see, it's Satan on a mock campaign, see. He does anything that the Christ can do, but he can't confirm the Word, see. He'll take part of it here and part of it here, but he can't take it altogether, see. He can't get it together. So you see, no wonder the Bible said that would almost fool the very elected if it was possible---the antichrist spirit.</w:t>
        <w:br/>
        <w:t>Now, even their own press manager here, press agent, he's for them, believes in them, and said he's possessed of the same thing, because they've won him over.</w:t>
      </w:r>
    </w:p>
    <w:p>
      <w:r>
        <w:t>6. Them evil things, them … Now, don't you see, women, why I am trying to tell you about this short-wearing, hair cutting, bobbing, and things. It's a spirit. It is a spirit! Here it is right in our leading magazines and everything of what's shown out---rock-and-roll and stuff in the church. Why, it's a setup exactly for Satan, and they're still churches and denominations.</w:t>
        <w:br/>
        <w:t>Back to the Word, children, as fast as you know; and don't you dare to leave it! You stay right with that Word.</w:t>
        <w:br/>
        <w:t>See, how that antichrist spirit, it can speak in tongues can show signs and wonders; it can heal the sick; it can do all these things. See? Them people thinking they're approaching God, that them boys are God sent, because the church has let down on the Word.</w:t>
        <w:br/>
        <w:t>Those boys belong to church. Elvis Presley is a Pentecostal. Pat Boone is a Church of Christ. Look at them guys, Pentecostals, Church of Christ, and all those like that with them evils spirits on them. Red Foley, a golden voice, Church of Christ, sing the religious songs like nobody can sing them and rock-and-roll in the next voice. By their fruits you know them. Look what churches they belong to. Elvis Presley a member of the Assemblies of God. There you are, each one of them wanted that, and Satan give it to them.</w:t>
        <w:br/>
        <w:t>Don't you see, friends, how… Don't let loose of that Word. See, it's a spirit that gets on you.</w:t>
      </w:r>
    </w:p>
    <w:p>
      <w:r>
        <w:t>7. And I tell these women, when they make themselves look sexy in these dresses, that God's going to make you answer for committing adultery. If you believe me to be what you say, God's servant, a prophet, listen to what I'm telling you, see. You might not be able to understand it, and if you can't, then you just do what I tell you to do. God will hold me responsible for what I say, see. You listen real close, and remember that those things are spirit.</w:t>
        <w:br/>
        <w:t>Ordinarily, maybe the person don't… You remember, God covered with skin, I preached on not long ago (see, see?)---God with skin on it? Now, just remember, some of us are sent to this world to break into these realms to tell us these things, see. It's the foreknowledge; it's God speaking, showing. When you judge anything by the flesh, why, they're innocent (looky here), fine people, honest, wouldn't tell you a lie nor nothing. And the whole thing is the devil. Religious, even starting a healing campaign, see. Just exactly antichrist, see. And there's Presbyterian and all that. You see them denominations, how they do---right in the same thing?</w:t>
      </w:r>
    </w:p>
    <w:p>
      <w:r>
        <w:t>8. Why, here in London, England, just recently they had a rock-and-roll team to impersonate Christ, and Judas, and all that, and … They called Christ "Daddy-o" and talk to all those words them crazy kids talk. See? The teen-age kids took over the world. Now, you know that the Bible predicts that: Unthankful, unholy, without natural affections, truce breakers, false accusers, disobedient to parents (see?), teen-age taking over the world, and it's done it.</w:t>
        <w:br/>
        <w:t>I went into a place the other day; they was playing this---one of these old, dirty jukeboxes, all of that stuff. I didn't even want to take my family. I said to that lady, "How much does them records cost?"</w:t>
        <w:br/>
        <w:t>"Ten cents a piece."</w:t>
        <w:br/>
        <w:t>"How many will it play in a hour." She told me. I said, "Here's the money; unplug it!"</w:t>
        <w:br/>
        <w:t>"Well," she said, "I couldn't do that. Them kids come in here to play that."</w:t>
        <w:br/>
        <w:t>Then I couldn't spend no money there; I went somewhere else, see. Well, that stuff would make you nervous; you'd have to go down and get a bunch of tranquilizers to take after hearing the crazy stuff. That just irks a Christian. If you like that kind of stuff, you know what's wrong with you? You need to get saved, 'cause what's in you is feeding on something besides the Word. It's feeding on…</w:t>
        <w:br/>
        <w:t>You couldn't imagine Jesus doing a thing like that could you? Could you imagine one of the prophets doing such a thing? Don't you see, friends, the whole thing all over is the devil. And the Bible said how he would come in form of religion and just do just exactly like the Christ. See? But the only way you'll ever be able to tell it, is not join this church, or join that church, is stay with the Word; He is the Word.</w:t>
      </w:r>
    </w:p>
    <w:p>
      <w:r>
        <w:t>9. Now, the Lord bless you each. We're going right straight to the questions. And now, for about---till about a hour and fifteen minutes … I'll not be able to get through all these questions. There's just piles of them. I think they're good questions. They're very fine. I'll just reach down and pick out one here and there as I go along. And now … answer it.</w:t>
        <w:br/>
        <w:t>I would---I thought tonight I'd just come down, let somebody read them, say, "yes" or "no," "yes" or "no," on… That isn't doing the people just. They asked those questions to have them answered. And I wouldn't do that, because I'll get what I can; and what I can't, I'll get the next time around.</w:t>
        <w:br/>
        <w:t>And now, about next Sunday, I don't know. I tell you; if you'll get a hold of Billy sometime between now and Wednesday… We may have to leave.</w:t>
      </w:r>
    </w:p>
    <w:p>
      <w:r>
        <w:t>10. Now, here's one thing. I'm way behind in the interviews. Billy showed me a pile of interviews that high, that's been waiting, some of them, for months. Well, while I'm in, I've got to catch some of those, catch some of the meeting, do everything I can to kind of balance it up. I'm going to pray this week while I'm gone and ask the Lord, "What will You have me do, finish up these or take the interviews?" If I take the interviews, then I'll just run---come home on Sunday and run the interviews right through somewhere, and go right on through the day with interviews. And if I don't, why, I'll have to put the interviews off till I'm back again. If I don't, then I'll answer … I'll… Billy will send you a card.</w:t>
        <w:br/>
        <w:t>And I tell you; it's nice, these dear kids, to tell you how they like one another, the love they have for one another. One will tell the other one and the one one will tell… Billy just calls one in a section, about a hundred and fifty miles, and the rest of them gets a hold of the rest of them. They love one another. They don't want to miss anything. They have---want to be here at every minute to see what goes on; for if the Lord should give something, they want to be here to receive it. And I appreciate them.</w:t>
      </w:r>
    </w:p>
    <w:p>
      <w:r>
        <w:t>11. Now remember, dear friends, this morning I made a statement on some of the questions. And I notice some of these (yeah!) yet---got in this morning, is more about people moving out to Arizona. See? I thought I would---better make that clear, so that you'd understand.</w:t>
        <w:br/>
        <w:t>Now, don't think that I'm trying to tell people that where they can live, and what they can do, and… Now, I'm not saying that, my dear brother. There's honest people that wants to move out to Ariz… Well, anybody that wants to move, I'd sure be glad, as long as I'm there which---as much as I'm there… I'm here about ten times what I am there. I've got… Between now and Christmas, I got about four days to be there. Then immediately after that, I leave for overseas. I'll be here at the tabernacle maybe two or three weeks before I go overseas in a revival, as I usually do this spring. And then from there, I've only got one meeting in all Arizona, and that comes off in January at Phoenix, two nights with the Christian Businessmen, see. I don't… If the people out there … Could you flip that tape?</w:t>
      </w:r>
    </w:p>
    <w:p>
      <w:r>
        <w:t>12. Now, as we're starting in on these questions tonight, I'll pick up one here and… Are you enjoying them? Say, "Amen!" I think it's profitable for us at this time. And oh, I believe shortly at… Looking this morning before coming down here at some texts and some places in the Bible, I thought, "Oh, what a wonderful thing it would be… While we're waiting for the coming of the Lord, what a wonderful thing it would be to take back through all those Old Testament characters, through Job and through there, and run series of meetings on them (wouldn't that be wonderful?), just to show how they type right into the day (the whole Word ties together), and all about the destructions of the---and the ancient times and how they type up with today; how everything in the Old Testament speaks of the coming of the Lord Jesus."</w:t>
      </w:r>
    </w:p>
    <w:p>
      <w:r>
        <w:t>13. QUESTION: Now, first question I pulled out of here: Brother Branham, is it wrong for a Christian to put her hair in pin curls? Also, what length should her sleeves be? Thank you. A sister.</w:t>
        <w:br/>
        <w:t>Now, that's---means a whole lot to that woman. Now, to some of us brothers we might think, "Oh, the silly woman." But it's not silly to her; she wants to know.</w:t>
        <w:br/>
        <w:t>Now, about putting hair in what was it, pigtails or something another? I'm sorry. I didn't… It … I'm sorry. Pin curls. Excuse me. Pin sets---pigtails! That's what the girls used to wear years ago. You remember, kind… Wasn't that right? They called them pigtails, just kind of curls hanging down? No, pin curls, excuse me, friends.</w:t>
        <w:br/>
        <w:t>"What length sleeves should she wear?" Now, I don't think that it is anything about that. I don't know. See? What I can't back up with the Bible, I don't want to say much about it.</w:t>
      </w:r>
    </w:p>
    <w:p>
      <w:r>
        <w:t>14. Now, I'm just telling you this for me, 'cause I have no Scripture to back this up. The only thing I have for the ladies about their hair is not to cut it. How they want to wear it, that's up to them. And about the pin curls, actually, I don't know what they are, unless it's these things look like clothespins that they stick in their hair. As I … the only thing that I know…</w:t>
        <w:br/>
        <w:t>And the lengths of the sleeves, I think, being a Christian, God would tell you what to do about those things. You see? I believe as a Christian person you'd know about how to do that. I don't think God cuts any certain lengths or whatever it is. As long as you're decent and look honorable and clean, I think that's all right. Don't you? see? Now, that's just my opinion. Now, this is me, see, 'cause I can't back nothing else up with the Scripture.</w:t>
      </w:r>
    </w:p>
    <w:p>
      <w:r>
        <w:t>15. I believe this morning the question come up about painting the hair, you know, with a color. Now, I can't say nothing about that. I don't know, but I have no scripture to say not to color your hair. Now, that's…</w:t>
        <w:br/>
        <w:t>You women, you like to look nice, and you should look nice. And Brother Branham's not against you children. You're my children; I love you, and I don't want to be bawling you out. I wouldn't do it for nothing; I'm only trying to help you.</w:t>
        <w:br/>
        <w:t>But now, look, let me just ask… Let me say this in answer to that question. Now, are you ready? And to you on the tape, here it is, sisters: If there is a question in it, don't do it. But if you're filled with God's Spirit and led to go do it, as long as it don't interfere with the Scripture and don't interfere with a question, you're perfectly satisfied that that's the will of the Lord, then go ahead and do it, see, 'cause there's no scripture to say no, see, about it. I don't… Don't say nothing like that in the Bible.</w:t>
      </w:r>
    </w:p>
    <w:p>
      <w:r>
        <w:t>16. I know Isaiah 5, I believe it is, talked about women, how they will wear changeable apparel and everything like that; but that was pride and stuff, put-on. If you do that for pride, then it's wrong, see. Examine your heart before God. If there's no scripture for it, and the way the Spirit leads you, you go ahead and do it. But now, when it comes to whether you should have long hair or short hair, you have long hair; that's the Bible.</w:t>
        <w:br/>
        <w:t>There's a question here; I might answer it right now. It's in here; I seen it this morning or sometime. Said, "You're always harping about women, how they mustn't wear their hair, but you never say nothing about the men."</w:t>
      </w:r>
    </w:p>
    <w:p>
      <w:r>
        <w:t>17. If I seen a man come in here with long hair hanging down his back like a woman, I'd say, "Mister, why don't you go to the barber shop? You look like a woman." See? But men usually don't do that. See? Not as man… Now, not as the infallibility of man, they're just as guilty as the woman.</w:t>
        <w:br/>
        <w:t>And by the way, a man that'll let his wife do that, he's guilty double of it, 'cause he's supposed to be the one that has the say-so in the house. And that man can't even rule his own house; how could he do it in the house of God? See?</w:t>
        <w:br/>
        <w:t>I'm so thankful for our group of women that we have coming here. I say this with respects and love, and now, God knows this the truth. I used to have a preacher friend down South that had one of the cleanest looking churches I ever seen. Where come to women, the most beautiful women I ever seen set there saintly, godly, with long hair. And I always admired going to that church. And the Lord Jesus has give me a church today here that outshines that one a hundred miles---my women</w:t>
        <w:br/>
        <w:t>I'm not scolding you to be mean; I'm only so happy for you. I just don't want Satan to get a foot in anywhere. See? I want you to move upward, not backward. Don't never let no man deceive you by some enchantments, or something another like that, or something saying, "Oh well, it don't…" See? That's the way Satan interpreted the Word to Eve. See? You believe just what the Word says. All right.</w:t>
      </w:r>
    </w:p>
    <w:p>
      <w:r>
        <w:t>18. QUESTION: Very urgent. Brother Branham, knowing that time is ending and eternity setting in, what would be your advice for a couple planning marriage?</w:t>
        <w:br/>
        <w:t>Go right ahead and get married, see. Go right on just like if you was going to live for another hundred years here on earth. Just go right on; keep your heart set on Christ, not your hearts on these things of the world, but on Christ, see. Go right on; get married, children. God bless you in your wedding.</w:t>
      </w:r>
    </w:p>
    <w:p>
      <w:r>
        <w:t>19. QUESTION: Dear Brother Branham, I have been baptized in Jesus' name. The Word says you shall receive the gift of the Holy Ghost. Does this mean the baptism, the Holy Spirit, or does it mean I should receive the gift---definite---I should receive a definite experience with the baptism? I am anxious to be filled with the Spirit. Please excuse the long note as I have been wanting to ask you this question for a long time. Thank you. And the person has their name signed. They're out-of-town people.</w:t>
        <w:br/>
        <w:t>Now, there's a good question. Now, the baptism with the Holy Spirit is a definite experience that a person must receive. Now let me kind of clear that up just for a minute, see. Now, many people have the idea … I believe it's twisted. And maybe right here to the church and to the church that's listening, there might be a question. Now, when I speak of not believing the initial evidence of the Holy Ghost is speaking with tongues (I do not accept that) I believe with God's help I can prove it in the Bible that that's wrong (see?), "cause the speaking in tongues is a gift of the Holy Ghost. How many knows that? Divine healing is a gift of the Holy Ghost, and here Beatles are doing it, see.</w:t>
        <w:br/>
        <w:t>Satan can impersonate any of those gifts. Witches, wizards can speak in tongues and interpret it. The jungle land, many times a wizard will speak in tongues, drink blood out of a human skull, and interpret unknown tongues.</w:t>
      </w:r>
    </w:p>
    <w:p>
      <w:r>
        <w:t>20. Out in Arizona when they have the old festival dance of the corn dance, the Indians wrap these bull snakes around them when they're trying to pray to God to send them rain for their corn. They call it the corn dance. They take the tassel of the corn, place it around them, and make a little cloud, and they dance. And the witch doctor comes out with horns on his head, buffalo horns. And they dance with these bull snakes around them, and the wizards and many of the pipe smokers and things around the place… They won't let a white man around at that time, but I've watched them through binoculars, and have Indian friends who's went to their dances; that's the ones that not Christians, of course. And they dance this corn dance holding these snakes. And the wizard comes out, and cuts himself with knives, and everything else, and finally they get into the spirit, and speak in tongues and interpret it.</w:t>
        <w:br/>
        <w:t>I have---could take you right within three or four hours from now, where a medium will lay a pencil on the table, and go into a trance and all kinds of things, and wave their hands; and that pencil will raise up and write in unknown tongues, and the wizard will stand and tell you what it says.</w:t>
      </w:r>
    </w:p>
    <w:p>
      <w:r>
        <w:t>21. Now, that's no evidence of the Holy Ghost, see. You can't rely upon that. You can't rely upon the fruit of the Spirit, because the first fruit of the Spirit is love. And the Christian Science exercise more love than anybody I know of, and they even deny Jesus Christ being divine, see. There's only one evidence of the Holy Spirit that I know of, and that is a genuine faith in the promised Word of the hour!</w:t>
        <w:br/>
        <w:t>Now, those Jews come; they had more religion than the disciples had. They were better trained men in the Scriptures than the disciples was, because they were fishermen, tax collectors, and so forth. And they had real faith and genuine faith in what they were doing. Now, listen closely now; don't miss this? See? When it come to being fruits of the Spirit, kind and gentle, I guess there wasn't a one of those priests but what could outshine Jesus Christ in it. He went to the temple, plaited ropes, looked upon them with anger, and turned over the tables, and run them out of the place. Is that right? The Bible said He looked upon them with anger. The Bible said that. That's exactly right.</w:t>
      </w:r>
    </w:p>
    <w:p>
      <w:r>
        <w:t>22. So see, those priests were gentle, meek, understanding men. When it come to the fruits of the Spirit, they could show more fruits of the Spirit than Jesus ever could. When it comes to theology, they didn't have a school that He come out of. "Whence cometh this man? Where did he come from? What fellowship card does he have? What organization does he belong to? We don't know where he come from. He was just absolutely an outcast guy that was borned a illegitimate birth. Why, we could down him here in a few minutes and show you by the laws…" They had a right to do what they did when it come to that. Why? Because they failed to see that He was that promised Word of the hour. The only way they recognized it, when Jesus performed the Word by being able to tell them what they had in their hearts, what they had been doing … He was a Prophet according to the Word of God. What He said come to pass, every word, word by word.</w:t>
      </w:r>
    </w:p>
    <w:p>
      <w:r>
        <w:t>23. He was God's prophet, servant, God the prophet. Not… It was before there, the prophet of God, and this is God the Prophet, not the prophet of God. That was Malachi, Jeremiah, and Isaiah, and Elijah, and so forth, but this was God the Prophet, not the prophet of God. You get it now?</w:t>
        <w:br/>
        <w:t>All the prophets that portrayed his life in portions, played their part, but in Him was the fullness of all the prophets. The prophets, the Word of the Lord came to them, the prophets, but this was the Word and the prophet, the same person, see.</w:t>
      </w:r>
    </w:p>
    <w:p>
      <w:r>
        <w:t>24. Now, now, when a man receives Christ in the manner that He is in, you can't accept it as being… See? Now, some of them say, "Well, I'm a Lutheran." Well, there's nothing against that, but the eagles don't feed on that. See? That was as far as it was; that was fresh food of that day.</w:t>
        <w:br/>
        <w:t>"I'm a Wesleyan." That's all right, but you're living in the past. See?</w:t>
        <w:br/>
        <w:t>Now, those people said, "Why, we have Abraham unto our father.</w:t>
        <w:br/>
        <w:t>That prophet said, "God's able of these stones to rise children to Abraham." See?</w:t>
        <w:br/>
        <w:t>"We belong to this. We belong to that."</w:t>
        <w:br/>
        <w:t>That had nothing… He said, "You generation of snakes, who's warned you to flee from the wrath? Don't begin to say, 'We have Abraham to our father,' 'cause God's able of these stones to rise children to Abraham." See?</w:t>
        <w:br/>
        <w:t>So being a well-trained theologian had nothing to do with it. Being meek and gentle had nothing to do with it. What made Him different? He was the Word made flesh, not the Word for the day of Moses, Moses was that day---Word; not the Word for the days of Noah, Noah was the Word for that day; not the day---the Word for the day of Elijah, Elijah was that Word for that day; but He was the present tense Word, and they were living in the back.</w:t>
      </w:r>
    </w:p>
    <w:p>
      <w:r>
        <w:t>25. The same thing repeats! That's the evidence of the Holy Ghost, when God reveals to you and you see it, thus saith the Lord and accept it. Not what you are, what you was, or nothing about it, it's what God has done for you now. There's the evidence.</w:t>
        <w:br/>
        <w:t>Jesus said… He give us the evidence of the Holy Ghost, John 14. He said, "I have many things to tell you. I haven't got time to do it, but when the Holy Ghost comes, He will tell you, bring to your memory the things that I told you about, and will also show you things that is to come." Don't you see? There's the evidence. That's foretelling and being---having the divine interpretation of the written Word. Now, isn't that the evidence of a prophet?</w:t>
        <w:br/>
        <w:t>A seer in the Bible was a man that could foretell and it'd be perfectly, exactly, not somebody laid hands on him, that's a gift. A prophet is predestinated and born to be a prophet, see. All the whole life it was a prophet, that's a office. That's where the people…</w:t>
      </w:r>
    </w:p>
    <w:p>
      <w:r>
        <w:t>26. Many of the questions here on: "Well, will the bride…?" "Will this…?" "The church and…" See? You can't divide what they are. The bride is the elected of God. The church goes through… That's the ones it says, "Whosoever will, let him come." But the bride is the elected of God.</w:t>
        <w:br/>
        <w:t>There is five offices elected of God. "For God has set in the church apostles, prophets, teachers, pastors, evangelists." God did that. Man has deacons and so forth, and everything else, but you see, but God set in the church for the perfecting of the church---can't divide it.</w:t>
        <w:br/>
        <w:t>Now, the Holy Spirit, when it comes, it is a witness unto you, see, that this Word is right, the Word for today, not the Word for Luther, the Word, not for Moses. We witness it's the truth, but it's another day.</w:t>
      </w:r>
    </w:p>
    <w:p>
      <w:r>
        <w:t>27. Now, what if Jesus would come and said, "Now, as Moses come taking you all out of Egypt, I've come taking you somewhere else"? What if He said, "Let's go to work and build an ark. I'm the Lord God, I'm going to float the world away now. I'm going to drown the world, all of them"? Why, He'd been out of the … see, the Scripture never said He'd come like that. See? He wouldn't have been the Messiah. No matter how much ark He'd built, or whatever He had done. He's still now---He'd have not qualified the Messiah. Hallelujah! There you are! It's qualification! Yes, sir!</w:t>
        <w:br/>
        <w:t>I Corinthians 13 says this: "When that which is perfect is come, that which is in part shall be done away with." So all these little things of jumping up-and-down like a kid, trying to talk in tongues, and all these other things, when that which is perfect… And we do have today, by God's help, the perfect interpretation of the Word with divine vindication! Then that which is in part is done away with. "When I was a child, I spake as a child, I understood as a child; but when I become a man, I put away childish things." Amen! I go to preaching and then don't get to these things.</w:t>
      </w:r>
    </w:p>
    <w:p>
      <w:r>
        <w:t>28. QUESTION: Brother Branham … (Did I finish that? Did I get about the baptism of the Holy… Yes, that was about it, wasn't it? All right. Excuse me, if I don't get it, just forgive me. I… These are such wonderful questions. You could just stay one whole night just on one question, brother, and then not even touch it.) I appreciate you as a servant of God, the believe---and I believe the message of truth. My wife won't hear me---says anything---say anything about this message, and will not listen to any tape. I am in nervous trouble on my job also. I want my wife to believe too and pray for my children. Brother Branham, I want to be friend of God's---I want to be found in God's will for my life. I want to be his servant. (And the person signs "over." Wait a minute.) When I was small, I told everyone that I wanted to be a preacher. I don't know what God wants me to do. I'm willing to do anything for the Lord. Yours in the Lord.</w:t>
        <w:br/>
        <w:t>Now, a good question. And the man is sincere. His wife, his companion that's a part of him… May I add something here to that? My brethren, I say this in the name of the Lord. One of these days, the Lord willing, I think I'll just go ahead and make that tape on marriage and divorce, see, bring it right here at the tabernacle. If it separates, it'll just have to separate. But we're going to prove it's the Word of the Lord.</w:t>
      </w:r>
    </w:p>
    <w:p>
      <w:r>
        <w:t>29. Look, my brethren. Listen to this. Do you know many times you get the wrong mate here in the earth? Some pretty pair of brown, or blue, or gray eyes vamps you into a place that you---that you shouldn't have listened. Many men realizes that.</w:t>
        <w:br/>
        <w:t>A man getting married should first approach it prayerfully. You should not pick a woman by being beautiful on the outside, but beautiful on the inside, one that'll be a mother to your children.</w:t>
      </w:r>
    </w:p>
    <w:p>
      <w:r>
        <w:t>30. I know this is going to sound awful for a minister to say this at the pulpit. But I used to go with---with buyers of cattle when in the West. We'd buy breeder cattle, and they'd want to start a herd. And I learned a whole lot there that---while I noticed those auctioneers and the things they were doing, those buyers. I used to go with an old fellow, come here to church with me, and I led to Christ, a perfect infidel to begin with, Mr. Jeffries. Many of you remember him a rancher out of Colorado. We'd go, and they'd come into---a cow.</w:t>
        <w:br/>
        <w:t>I seen a little breeder calf one day sell for eleven thousand dollars, just a small calf; she had never been bred yet. And I said---and Jeff said, "If I had the money, I'd place it in that calf."</w:t>
        <w:br/>
        <w:t>And I thought, "Now, he's a rancher; he understands his business." I said, "Jeff, why would you … what is the qualification? She's a Hereford. That one sold awhile ago for three hundred dollars, to me, looked like a bigger calf and everything."</w:t>
        <w:br/>
        <w:t>He said, "Look, Billy, there's one thing you do not understand in cattle buying." Said, "I think you ought to hold to your road preaching." But said, "You don't understand cattle." He said, "Now, look at that calf down there." We walked down there. Said, "See that wild stare in her eyes?"</w:t>
        <w:br/>
        <w:t>I said, "Yeah."</w:t>
        <w:br/>
        <w:t>Said, "Her children, and her grandchildren, and her great, great, grandchildren will still have that wild stare." And said, "They'll run theirself poor. They'll never be a mother to their calves." And said, "You never could fatten them; they'll never make beef." He said, "Look at this little calf here that's sold. Look how gentle she looks. Look at that peaceful look in her face, that kind look, no stare in her eyes." Said, "She'll be a real mammy to her calf; and her calf's calf, and calf's calf will continue to be that way." And said, "They'll all of them be mammies, if they can get the right kind of a breeder bull to that calf (see?), that'll make their children. But that starey look in the face will always make a poor herd of cattle, if a man's trying to buy cattle."</w:t>
        <w:br/>
        <w:t>I said, "Yes, sir! Thank you."</w:t>
      </w:r>
    </w:p>
    <w:p>
      <w:r>
        <w:t>31. And the same thing applies by women. You take one of them painted-faced and starey-eyes, look like some kind of an animal, trying to disfigure herself from a human being, she'll never make anything. She'll run all the time. And Christianity is not beauty on the outside, it's on the inside: of peace, quiet, adorn themselves in a peaceful, quiet spirit, which is a great price before the Lord. That's what we want to look for on women, and on men, and whoever it is. Now…</w:t>
      </w:r>
    </w:p>
    <w:p>
      <w:r>
        <w:t>32. QUESTION: Brother Branham: Questions: Should a Christian woman wear simple jewelry, as necklaces or pearls?</w:t>
        <w:br/>
        <w:t>Well, Sister, I know this means a lot to you, and it means a lot for me for you to place your confidence I'd tell you the truth. Now remember, the Bible said, "When you adorn, do not adorn with costly jewels, and pearls, and all kinds of wearing of jewelry, but let that be the adorning of a peace, and quiet, and meek spirit (which I just quoted), which is a great price before the Lord."</w:t>
        <w:br/>
        <w:t>Now, I don't mean by that, Sister, that if you had a pin … now, this is me not the Lord. If you had a pin that you wanted to wear, or a little necklace your husband give you, or maybe your---something like that that you wore, now, to me, I don't think that's bad. Now, that's just me. Now remember, I make myself clear; that's my opinion. But I think it's the approach to it; it's the way you do it. See? It's the motive behind it. And when you see it's getting a hold of you, then leave the thing alone. But I think if you wore your wedding ring…</w:t>
      </w:r>
    </w:p>
    <w:p>
      <w:r>
        <w:t>33. Now, I know you Nazarene people, it used to be that you wouldn't even baptize a woman with a wedding ring on, see. I don't believe that as necessary. In the Bible they wore wedding rings, only it was a tablet they called it, around their head, nine pieces of coin in it. But I … to show they were married. Now, I think that's all right.</w:t>
        <w:br/>
        <w:t>If women want to dress and make themselves look decent, clean, ladylike, why, I think there's not a thing to that, to me. But when you get to going to put that thing into making it a little pride, then you're wrong. It's your attitude.</w:t>
        <w:br/>
        <w:t>Do you women remember here not long ago they had what they called "scandal skirts"? I think they're coming out again, or they got---supposed to be… They're scandalous now instead of scandal. But they used to have a play back not long ago. They had the girls, young women, and course, the old ones would do it too, 'cause they're---all want to be young. I don't mean you sisters, I mean the women of the world. And they'd cut their skirt up high, about a foot high every time, then wear some kind of a underneath garment look pretty. And when they would make a step, it would show this underneath garment with the lace, and frills, or whatever it was on it. Which, you know…</w:t>
      </w:r>
    </w:p>
    <w:p>
      <w:r>
        <w:t>34. There was a girl come to me, which was a Dunkard girl, had just received the Holy Ghost. She belonged to the Assemblies of God, and that was in Fort Wayne, Indiana, where I was married at. And she come to me, a fine little lady, and she said, "Brother Branham, I want to ask you a question."</w:t>
        <w:br/>
        <w:t>I said, "All right, Sister, what is it?"</w:t>
        <w:br/>
        <w:t>She said, "Do you think it's wrong for a girl to---Christian girl to wear a scandal skirt?"</w:t>
        <w:br/>
        <w:t>I said, "Sister, this is one thing I just can't understand. What is a scandal skirt?" And she told me what it was. I…</w:t>
        <w:br/>
        <w:t>She said, "It shows the underskirt."</w:t>
        <w:br/>
        <w:t>I said, "What is in a woman that would make her want to show her underneath clothes to some man? What would… What business has a Christian girl got doing a thing like that? Could you imagine a Christian?"</w:t>
      </w:r>
    </w:p>
    <w:p>
      <w:r>
        <w:t>35. Now, look, a man, there's not much to him when it comes to a body. And he, if he went half naked, it would---there wouldn't be no scandal to it. Not holding for men, but they… You know that ---what kind of a woman would be tempted by a man with his shirt off and shorts on or whatever he had? The big old burly-looking thing, it looks sloppy and sickly, I … horrible. See these men out here… Well, I think it'd make a woman vomit to look at such a thing. If she had … But now, you take a woman and put her like that, that's a different temple. You understand? All right.</w:t>
        <w:br/>
        <w:t>But I think as far as a necklace, or… Now, if you go to loading yourself up like you went through the ten-cent store down here with a magnet on you, I think that… Excuse that, I didn't mean to say that like that, but that's wrong.</w:t>
      </w:r>
    </w:p>
    <w:p>
      <w:r>
        <w:t>36. If anything turned me the first time against my---made me ashamed of America, was… I was in Switzerland one day, and Brother Arganbright and I had found a good place way down by Lausanne where we could get a big, fine steak, about so big around, weighed about three-quarters of a pound, I think, for around thirty cents in American money. Oh, we were living like kings! Every day we'd go down there. And all of them there drink wine, you know; their water's no good. And I wouldn't drink that wine, so I got me a little jug from the drug store that had distilled water. And I packed that jug wherever I went. I guess everybody thought, "That boy carries his own brand." So I had it in my hand. We went down there to this place where all the---selling these steaks, and one day Miss America drove up: About a '28 model Chevy, had a poodle dog sitting on the lap and brought that in there, and she had enough… Them two women had enough ten cent store jewelry, great big, long things, and earrings, and hanging way down, and paint; and both of them fifty years old, as old as me. And you'd thought they wanted to be fifteen. But what are they trying to do? They're trying to drive life's road looking through a rear view mirror, looking back to what they used to be.</w:t>
      </w:r>
    </w:p>
    <w:p>
      <w:r>
        <w:t>37. Now, Christian don't do that. A Christian don't try to be what he used to be; he's not looking where he's been, he's looking where he's going. See, see? Don't pay no attention to what you was then; you've done lived that out. You'll never return to it; that's in the past. And any man that drives life's road looking through a rear view mirror will go to wreck; and so will you on this Christian road. Don't look back what you was, look what you're going to be. Paul said, "Forgetting those things which are in the past, I press towards the mark of the high calling."</w:t>
        <w:br/>
        <w:t>Now, but it made you ashamed. They brought this little, old stinking dog in there and set it upon the table! Now, that would make anybody vomit! And fooling with that dog right there, sitting it up there with her hands, and then going to eat with them same hands! And the waiter come over there, and blabbed off something. Dr. Guggenbuhl was with me; he started laughing, and turned his head.</w:t>
        <w:br/>
        <w:t>I said, "What's---what'd say?"</w:t>
        <w:br/>
        <w:t>Said, "The waiter said, 'Take that off!'"</w:t>
        <w:br/>
        <w:t>They said, "No, she's an American; let her alone." In other words, "She don't know any better." See?</w:t>
        <w:br/>
        <w:t>When I come to Saint Angelo at Rome (now, think of this), at the Vatican in Rome, Italy, they had a sign up at Saint Angelo: "To the American women: Before entering this catacomb, please put on clothes to honor the dead"---the Catholic church, see.</w:t>
      </w:r>
    </w:p>
    <w:p>
      <w:r>
        <w:t>38. QUESTION: Question: Brother Branham, where will the bride be when the earth explodes and burns up? Will it be in a place like the children of Israel were in Goshen when the plagues fell? Will the bride be on earth while this takes place? If so, where? And will the bride all be in one place at the time of the rapture?</w:t>
        <w:br/>
        <w:t>The bride, when the earth explodes… The time of the rapture will be the awakening of the dead and the get-to-gathering of the living, for---with the living, for the rapture to take place. Now, but the bride… Now, see, one of them is a rapture way back here before the millennium. And when the earth burns up is back here after the millennium and after the white throne judgment, see. The saints will be camped upon the breadth of the earth when Satan comes up around the beloved city and God rains fire and brimstone from heaven and destroys them. All right. Now, that's Scripture.</w:t>
      </w:r>
    </w:p>
    <w:p>
      <w:r>
        <w:t>39. QUESTION: Also, Brother Branham, I believe a woman should be subject to her husband. But if a Christian woman has a sinner husband who does not even to one of your services---come to one of your services and won't---and wants his wife to be doing things, cutting her hair, wearing shorts, and going to ungodly places, is this woman supposed to be subject to this man in this way? Please explain this more clearly, as this is a question that is asked often.</w:t>
        <w:br/>
        <w:t>No, Sister, you are not subject to such a person. No indeedy. For this cause you'll leave everything and cleave to God. Now, the thing… If you want---that man wants to live with you, and you be---stay a Christian… But if he's going to make you wear shorts, cut your hair, and do all these other things, and ungodly places, you seek first the kingdom of God and his righteousness. You're not bound to such a person as that. "But as long," the Bible says, "as she is pleased and he is pleased to dwell together (you remember that?), let them…"</w:t>
        <w:br/>
        <w:t>And now, these, I didn't put the scriptures down, 'cause I just picked them up (you see?) a few minutes ago. I pick up one now and then that I haven't got time…</w:t>
      </w:r>
    </w:p>
    <w:p>
      <w:r>
        <w:t>40. But Paul said that as long as they---unbelieving husband has an unbelieving---or believing wife or so forth, let the believing wife remain with the believing husband, as long as it's not contrary now to God. If he's pleased to dwell with her … "Go ahead, Honey, if you want to go to church, that's all right; but I ain't going. I don't believe in it; don't have nothing to do with it. But you go ahead; that's all right." But when he says, "You can't do it," now there's a different thing. You're not bound to that then; you separate everything for God.</w:t>
      </w:r>
    </w:p>
    <w:p>
      <w:r>
        <w:t>41. QUESTION: Brother Branham, is it (Let's see.) … for a person who has a---who has a living, divorced mate who remarry before coming into the message to minister?</w:t>
        <w:br/>
        <w:t>Well, in I Timothy 3:2, if you want to put that down, and Titus 1 to 6 (I wrote that one down), I want you to read that for this question. See? If a man desires the office of a bishop or a preacher (something another in church), he's got to have just one wife. That's right! A minister. Now, that's I Timothy 3:2, and Titus 1 to 6. Now, Titus 1 to 6, yeah! All right. Now, notice that the Bible said that that man that's a minister in the house of God will have one wife. Now.</w:t>
      </w:r>
    </w:p>
    <w:p>
      <w:r>
        <w:t>42. QUESTION: Dear Brother Branham, approximately ten years ago God met me now and healed what the gift of love---or revealed what the gift of love was, and same then my prayer is for---that I will return. Will I receive it before I die? Will my husband hear the Word, and what am I to do?</w:t>
        <w:br/>
        <w:t>That's more of a question. Now, she said … Now, what it is here, or---she said, "My husband," so I suppose it would have to be the woman that said this. Now, she lost her first love, see. She got cold in the Spirit. Now, Sister, maybe 'cause you still come to church and do what's right, you haven't lost your salvation, but you've lost the joy of your salvation. David cried to the Lord one time, "Lord, restore to me the joy of my salvation." You still are a Christian, but I---what you want to do, Sister, is turn loose of everything that you know how, and seek God, and pray.</w:t>
        <w:br/>
        <w:t>"Will my husband hear the Word, and what am I to do?" As I said this morning, just be salty: "Ye are the salt of the earth." Your husband will watch your chaste life, and the husband that's a unbeliever will be sanctified to the Lord by the believing wife. Just seek the Lord, stay humble, and pray all the time, giving God praise, and being kind to your husband as long as he's willing to live with you that way.</w:t>
      </w:r>
    </w:p>
    <w:p>
      <w:r>
        <w:t>43. QUESTION: For Sunday services: If a woman commits a wrong with a … (Now, wait a minute; I better read this first to myself. You see? All right. This is all right.) If a woman commits a wrong with a married man, repents and makes it right with her husband according to the Scriptures, does she need to go to the wife of the man involved, ever if this wife doesn't know anything of it; or is it the man's duty to tell her first; or does she need to be hurt at all? How far can we go with this restitution when it is over and done, and when friendship is involved?</w:t>
        <w:br/>
        <w:t>Well, my dear Sister, there's only one thing that you have done which is right. You was involved, I guess, or somebody that you know of was involved, in a wrong act, that you taken another woman's companion and had a social act. And when you did, there you fell from your grace. Then you repented, and you could not repent until you go back to this man and make it right. You've got to take your husband and go to that man, which you did. And that was the thing you should have done; that's Scripture---you should've done.</w:t>
      </w:r>
    </w:p>
    <w:p>
      <w:r>
        <w:t>44. A lady come to me not long ago from right here in Louisville, that… She's a young woman. She run with a man and then she… She knowed she was doing wrong. And she left the city, and went to another city way away, and changed her name, lived with some people. And this man followed her and told her when he got over there, he had the goods on her. She'd still have to remain to being a common-law wife to him or he would tell. (And when she was over there, she got married to a fine Christian man.) And said if she didn't, he would explode the whole thing---threatened her; therefore, she had to live with both men, which she done wrong, instead of showing her colors at the beginning. And she had a baby, and now, the girl's about eighteen years old and don't know which one of them really is her father. Now, she comes into menopause, and it's caught up with her. Now, what can she do? I said, "There's only one…"</w:t>
        <w:br/>
        <w:t>She said, "If I tell my husband, he'll leave me; and if I---my daughter knows it, she'll commit suicide."</w:t>
        <w:br/>
        <w:t>And I said, "If you hold it in your heart, you'll go to hell. Now, suit yourself." There's only one thing to do, is clean your slate. That's exactly right. Be honest.</w:t>
      </w:r>
    </w:p>
    <w:p>
      <w:r>
        <w:t>45. You know, many times in the visions, how the people come, women and men; the Holy Spirit digs up them things that they've done down in life and (you've heard of it and you seen it, you know, see.)---and tell them things that they've got to do it.</w:t>
        <w:br/>
        <w:t>They say, "Well, I---I've already made it right with the Lord." but you owe it to your husband or to your wife to go tell them. That's right. You're supposed to confess that.</w:t>
        <w:br/>
        <w:t>Now, this person, if she's the one that's guilty, she has did it; she went to her husband. Now, you've cleared yourself, Sister, because between… You committed adultery against your husband. You went to your husband and cleared yourself to your husband, then you went to the man and the husband and cleared yourself there. You are clear. If your husband continues to want to live with you, that's up to him. He don't have to do it now, but he---but if he wants to live with you and forgives you, then you be lady enough to never be guilty of such a thing again. But if he doesn't forgive you, then that's his own business. He can put you away. Exactly right.</w:t>
        <w:br/>
        <w:t>But now, the man that you had the act with, now, he's the one's got to go to his wife and take his wife and come back to you. You've done your part, now it's his time to do his part, see. The second party…</w:t>
      </w:r>
    </w:p>
    <w:p>
      <w:r>
        <w:t>46. This woman had the act with the man, and she took her husband, confessed it, and went to the man and confessed it, and made it right. Now, the next man was a married man also; now, he's got to go to his wife and take the wife and come back to this wife. Then it's all right. See what I mean? It's made up then. But outside of that, you'll still be guilty, and down in your heart you'll be condemned.</w:t>
        <w:br/>
        <w:t>I had a woman not long ago up there that had that since the First World War. And she said, "Oh, Brother Branham." She'd spent hundreds of dollars on psychiatrists and everything. I was setting there watching her in the room. Meda brought her up there. She was setting there ringing a handkerchief through her hands like that, said, "I feel the world's going to burst, and I…" all like this.</w:t>
        <w:br/>
        <w:t>I just kept setting there. I said, "Now, there's something about… You've got something in your life somewhere?"</w:t>
        <w:br/>
        <w:t>"No, I'm a Sunday school teacher."</w:t>
        <w:br/>
        <w:t>I said, "All right." Set there a little bit and watched. I said, "I see a little green car, and you're with a blond headed man. And a train almost hits the car."</w:t>
        <w:br/>
        <w:t>She said, "Don't you tell nobody that!"</w:t>
        <w:br/>
        <w:t>I said, "Your husband was in the army at the time."</w:t>
        <w:br/>
        <w:t>She started crying, jumped up, "Don't you say that to nobody." See? That was way down in her subconscious. She said, "I've confessed that to God long ago."</w:t>
        <w:br/>
        <w:t>I said, "But wait a minute. You never done a wrong against God. You done a wrong against your marriage vow. You've got to go back to your husband and make that right first."</w:t>
        <w:br/>
        <w:t>She said, "He'll leave me."</w:t>
        <w:br/>
        <w:t>I said, "God has left you anyhow. So now, which one do you want to leave you?" I said, "Go to him."</w:t>
        <w:br/>
        <w:t>And she said, "Oh, I … he'd do this, and I got two children."</w:t>
        <w:br/>
        <w:t>I said, "Well, that's all I can tell you. Psychiatrists never pulled that out of you, but the Holy Spirit has revealed; and I never seen you in my life."</w:t>
        <w:br/>
        <w:t>She said, "That's exactly right!" Said, "Well, I just can't tell him."</w:t>
        <w:br/>
        <w:t>I said, "Well, I … glad I met you." Went on in the other room, and she come back in there.</w:t>
        <w:br/>
        <w:t>Meda said, "She wants you in there again."</w:t>
        <w:br/>
        <w:t>I went there; and I said, "What do you want?"</w:t>
        <w:br/>
        <w:t>And she said, "Brother Branham, I can't tell that to my husband!"</w:t>
        <w:br/>
        <w:t>I said, "Your husband's a black headed man."</w:t>
        <w:br/>
        <w:t>"Yeah!"</w:t>
        <w:br/>
        <w:t>I said, "He's got the same thing to confess to you."</w:t>
        <w:br/>
        <w:t>She said, "Oh, not my husband!"</w:t>
        <w:br/>
        <w:t>I said, "You'd better go get him and come here." I said, "Do you know a certain woman, that wears a pink dress, that works in the office of a certain kind of automobile company?"</w:t>
        <w:br/>
        <w:t>She said, "Sure!"</w:t>
        <w:br/>
        <w:t>I said, "Don't they call her a certain name?"</w:t>
        <w:br/>
        <w:t>"Yeah!"</w:t>
        <w:br/>
        <w:t>I said, "Two weeks ago they sat under a beech tree with a---sitting in a little brown Chevrolet car with license number so-and-so, and was in the same act."</w:t>
        <w:br/>
        <w:t>She said, "Not my husband!"</w:t>
        <w:br/>
        <w:t>I said, "All right, you go get him and come here."</w:t>
        <w:br/>
        <w:t>She left. A few minutes, here they come back. He said, "It's the truth!"</w:t>
        <w:br/>
        <w:t>I said, "You see? Now go tell God!"</w:t>
      </w:r>
    </w:p>
    <w:p>
      <w:r>
        <w:t>47. But first, when you come to the altar and remember there's aught, go first and make that right. And as long as this other party here is guilty of not telling his wife … This wife has made herself clear. Now, it's up to her and her husband. But this other man and his wife has to come clear in it. And you cannot… No matter what you do, it'll haunt you as long as you live until you wash it clean. There's only one way to do it: Confess it. If it takes the skin off of you, do it anyhow. Tell the truth, then you've got it right. Amen!</w:t>
        <w:br/>
        <w:t>I can hear plenty on the tape saying, "That's wrong." But you just try it one time and see if it isn't. All right.</w:t>
      </w:r>
    </w:p>
    <w:p>
      <w:r>
        <w:t>48. QUESTION: Question for Sunday morning: (Sorry it's this time, but…) At the instant of receiving the Holy Ghost, or the baptism of the Holy Ghost, is there a difference? Does a person speak with tongues? If not always, what manifestation is known?</w:t>
        <w:br/>
        <w:t>Well, could you imagine a mother giving birth to a baby and not knowing it? She'd have to be unconscious not to know it. Neither can you receive the Holy Ghost without knowing it. There's something takes place in you. See? There's something that changes you. Your whole system, your whole spiritual system is made new again, and you become a new creature in Christ, as the Bible puts it, a new creation in Christ. You know it.</w:t>
        <w:br/>
        <w:t>Now, you say, "Brother Branham, then you don't believe that a man should speak with tongues to receive the Holy Ghost." Not to prove he's got the Holy Ghost.</w:t>
      </w:r>
    </w:p>
    <w:p>
      <w:r>
        <w:t>49. I would that every member of my church spoke with tongues. I would like for them to do that, and if---I believe if you ask God, God will grant it to you. But let me tell you; I know plenty people that speak in tongues and hasn't got the Holy Ghost. And there's not a minister that's true with himself and with his congregation but what'll tell his congregation the same. The devil can impersonate that.</w:t>
        <w:br/>
        <w:t>Paul said, "Though I speak with tongue of men and angels, though I give my body to be burned as a sacrifice, though I understand all the mysteries of the Word, though I give all my goods to the poor, and all these things, and have not charity, I still am nothing. I have faith that I can move mountains and so forth; I'm still nothing." Then he said, "That which is in part will be done away with when that which is perfect is come," or when that which is perfect is made known.</w:t>
        <w:br/>
        <w:t>Now, I've got a question on that. I hope we get to it tonight, about what happened when the seals opened. And I think maybe that'll get it right to you on this question.</w:t>
      </w:r>
    </w:p>
    <w:p>
      <w:r>
        <w:t>50. QUESTION: Question: Brother Branham, what shall we do? Something has settled over me that I cannot break through. Last fall, I dreamed I was lost in white sand. It was getting dark; I couldn't find my way. This dream has stayed with me since last fall. Now, I am as one groping in darkness. My son E-r-v-… Ervin, and wife were included in my dream. Now, they are also in darkness. We are in desperate---we are in desperation. I believe God will show you what is in our hearts now. (Mrs… Oh, all right.) If we are wrong or sinning places, tell us. We want to be right.</w:t>
        <w:br/>
        <w:t>I don't know the lady, but I just feel if you're here, lady that here is your trouble. You have let something happen to you that's made you nervous, because being in "white sands" represents purity and righteous. And you're just letting Satan put one over on you. Your dream proved that there's nothing wrong. You're only nervous, and by doing this and thinking this, you're making the rest of your family nervous. Stop doing it; claim your God given rights. Your dream proves by the interpretation that you are in white sands. Everything's all right. It's you, yourself, nervous.</w:t>
        <w:br/>
        <w:t>And you let one member of the family get nervous, it goes to the next member, and the next member, and the first thing you're all fussing and going on. And one member of the family gets kind of upset about something, it upsets the other, and the other, and the other, the first thing you know the whole family's upset. It's Satan. Then if one member of the family rejoices, let the rest of them rejoice with it. So every one of the family try to do that.</w:t>
      </w:r>
    </w:p>
    <w:p>
      <w:r>
        <w:t>51. Try, each one of you children, to help your papa, mama. Mama, you … Papa, you try to help the children. Don't let that gloomy, unbelieving spirit get around you . You are Christians. You are borned of the Spirit of God. You're the salt of the earth. You have God given rights. And the Bible said, "If there be any praise, if there be any virtue, think on these things." Don't think about the wrong thing.</w:t>
        <w:br/>
        <w:t>And Sister, I think that's your trouble, Sister dear.</w:t>
        <w:br/>
        <w:t>I could dwell on that a long time, but according to what I promised, just twenty minutes… And I 'd like to get just as many of these … if it ain't, put it back on the desk and I'll get it again.</w:t>
      </w:r>
    </w:p>
    <w:p>
      <w:r>
        <w:t>52. QUESTION: Some say Brother Branham is the Son of man. I thought the pillar of fire was the Son of man. Am I mistaken?</w:t>
        <w:br/>
        <w:t>Well, that's a good question, very good. But I am not the Son of man, but a son of man. There's quite a difference. Jesus Christ was the Son of man, the Son of God, the Son of man, the Son of David.</w:t>
        <w:br/>
        <w:t>Now, the reason that question probably was asked this person or been said, because people regard me as a seer, which I have never… I've got a question in here just blasting me on that. See? But I … you… When I read these questions you'll see why I answer things the way I do. Until I am definitely led to do something, see, then I'll say what I must say. But that hour hasn't arrived.</w:t>
        <w:br/>
        <w:t>So I am not the anointed Son of man. I don't claim to be his prophet. Many times I've said it when I didn't think I said it, catch myself on the tape. But I say that sometimes, because if you want to give it in terms, a prophet is in the English term is merely "a preacher." Anybody knows that; get the dictionary. See? A prophet is "a preacher" under the English dictionary. But under the Hebrew or the Greek, a prophet is "a seer, one who foresees things and foretells things." But under the English interpretation, a prophet is "a seer."</w:t>
        <w:br/>
        <w:t>So I don't want to call myself anything but your brother. I am your brother, and you just regard me as Brother Bill, or Brother Branham, or whatever you want to do about that. That's fine. That's any … what you believe, keep that to yourself. You see?</w:t>
      </w:r>
    </w:p>
    <w:p>
      <w:r>
        <w:t>53. And now, what was that other question? I get so wound up in these, I forget what the things were. One of them was, "Was I the Son of man?" and… Here it is I believe. "…the Son of man or was the pillar of fire the Son of man?" No! The pillar of fire is the anointing.</w:t>
        <w:br/>
        <w:t>The pillar of fire… Now, this may go a little deep unless it's some of you theologians, Dr. Vayle, probably brother here, and some of these ministers here from Arkansas, and my good friends around, they'd probably know.</w:t>
        <w:br/>
        <w:t>Now, that pillar of fire, is the Logos that went out of God. The Logos, which is actually the attribute of the fullness of God. When God become into a form to where it could be seen, it was the anointing of the great Spirit that went forth, its condescending, coming down, God, the Father, the Logos that was up over Israel, that … He was holy, could not bear sin. There had to be a blood offering right in Eden. Then that Logos become flesh and dwelt among us; and where this Logos dwelt in a human body, which was the sacrifice…</w:t>
      </w:r>
    </w:p>
    <w:p>
      <w:r>
        <w:t>54. When man was made in the image of God… And then God came down in the image of man to redeem man; that brought man and God together. Heavens and earth hugged and kissed each other; God and man embraced each other as Fatherhood and sonship when the Logos became flesh and dwelt among us.</w:t>
        <w:br/>
        <w:t>Jesus said, "I came from God, and I go to God." Is that right? After his death, burial, resurrection, and ascension, when the body was taken up to set at the right hand of God… Now, I don't mean God's got a right hand, God's a spirit. But at the right hand means "in power and authority of God." That in that name everything in Heaven is named after it and subject to it. Everything in earth is named after it and subject to it, a name above all names, Jesus Christ.</w:t>
        <w:br/>
        <w:t>Now, this Logos that was in Him, which was the Spirit of God, the anointing, through the sanctifying grace of the blood, brought many sons to God, which is anointed with this same Logos.</w:t>
      </w:r>
    </w:p>
    <w:p>
      <w:r>
        <w:t>55. Now, on the day of Pentecost it come down, that pillar of fire, and broke apart like that, and tongues of fire set upon each of them, not their tongues, but tongues of fire set upon each of them, a elected, selected group, identified by this pillar of fire, showing that God had separated Himself into man. Do you get it? God, the Logos, separating Himself into man. God, not in one person, He's in his church universal. That's the reason Jesus said, "The works that I do shall you also, more." Now, I know the King James says, "greater," but the right translation there is "more than this shall you do." God was bottled and confined in one man, Jesus Christ. But now He's bottled and confined in the whole universal church of the living God.</w:t>
        <w:br/>
        <w:t>Right now, while God is here speaking with us in our hearts, He's in Africa, He's in Asia, He's in Europe, He's in England. Wherever believers are gathered together, there He is in the midst of them.</w:t>
      </w:r>
    </w:p>
    <w:p>
      <w:r>
        <w:t>56. Now, after his death, burial, and ascension, and the coming of the Holy Ghost, Paul on his road down---which was Saul---to Damascus, he was struck down by a pillar of fire, the Logos. And that Jew would've never called that pillar of fire, "Lord," unless he knew it was the same Logos that his people followed through the wilderness. See? Now, that was not the Son of man, that was the Logos.</w:t>
        <w:br/>
        <w:t>Now, we say this with reverence, and love, and respect, see. As Jesus Christ the same yesterday, today, and forever, and also that in the last days, as it was before Lot's time, or in Lot's time in Sodom, so shall it be in the day that the Son of man reveals Himself again, revealing Himself. Now, in this last days the Logos that was upon Jesus---which He has become from that back to the pillar of fire again and has descended down on the earth to (I was going to say something, but I watch the tape. They wouldn't believe that if you told them. It wouldn't make any difference. They… People wouldn't believe it, but I'll omit that)---but has come down for, like an investigating judgment goes on.</w:t>
      </w:r>
    </w:p>
    <w:p>
      <w:r>
        <w:t>57. And now, this great pillar of fire that's absolutely identified even by scientific cameras, that's here on the earth today… There's the picture of it hanging there. I believe it's still there, isn't that right? Is it there? Scientifically proven by the best we got. George J. Lacy, the head of the FBI for fingerprint and documents, said, "I called it psychology myself, Reverend Branham, but," said, "The light struck the lens. I put it under ultra ray lights and had an examination here for four or five days. And the light struck the lens. And this lens won't take psychology!" Now, that's identified.</w:t>
        <w:br/>
        <w:t>Then watch the works of it. It, among us, proves the same Jesus that once lived in Palestine, the same Spirit was upon Him has come up through a body until it's come back to headship again, which He's coming soon to claim the body. Amen! The head's coming to the body. You get it? That will be the Son of God, the Son of man, the Son of David, the I am, the rose of Sharon, the lily of the valley, the morning star.</w:t>
      </w:r>
    </w:p>
    <w:p>
      <w:r>
        <w:t>58. I am not He; I am his servant. And the pillar of fire is not He; it's in Spirit form, see, which was upon the Son of man and has come now to anoint sons of men, to bring back a ministry just exactly like He said it would be, in order for the head and the rest of the body to connect together.</w:t>
        <w:br/>
        <w:t>Just like the pyramid as Enoch built. And we find in that pyramid, they never did get the headstone on it. Why? The headstone's yet to come. The seven steps in the pyramid… We'll go through that some day, and I'd just like to show you how it really is perfectly with the Scripture.</w:t>
      </w:r>
    </w:p>
    <w:p>
      <w:r>
        <w:t>59. And now, if you notice on your American dollar bill, that great headstone, an eye, says, "The Great Seal." It will come.</w:t>
        <w:br/>
        <w:t>And notice those stones… Was anybody here ever at the pyramids in Egypt? Well, if you notice … there, there's hands there that's up back there. All right. Those stones are laying in there so perfect, and that top, where the cupola like in the top of it, when that stone comes, it'll be like a great diamond fitting right down in there just perfect with it.</w:t>
        <w:br/>
        <w:t>Now, that stone would not fit down there on that bottom foundation, neither will it fit on the second foundation or the third foundation. It'll only fit on the top foundation, when the entire building has become fitted to the stone. And Jesus cannot come until the church, a body of believers and the ministry that He once left will have to be the same then as it was then to… And then, that brings … "Them without us is not made perfect," Paul said, Hebrews 11. "Without us they cannot be perfected." They must have this ministry to raise up the Lutheran, Wesleys, and all of them down through their ages. When that come, when that part of the---where the eagles gathered … "Just as the carcass is the eagles will be gathered," the question was. Oh, it's just perfect. I hope that answered the question.</w:t>
      </w:r>
    </w:p>
    <w:p>
      <w:r>
        <w:t>60. QUESTION: Brother Branham, can Satan use the gift of tongues or prophecy in a person who has the Holy Ghost?</w:t>
        <w:br/>
        <w:t>That's a good one isn't it? Yes, sir! It must be watched very, very close. If you'll notice in I Corinthians 14:29, you who wants to put it down… See? The person who wrote this never signed their name; they just said, "God bless you." See? In I Corinthians 14:29 we find out that any gift in the church has got to be judged first, see. You have to watch, 'cause evil spirits slip in. Because remember, the rain falls on the just and the unjust. The same rain that was sent to ripen the wheat also ripens the weed, the same water. How many knows that? Now, that ought to clear the serpent's seed to you then, how that this son come. I'm trying to pick it out here to get it before my time runs out, but I can't find it: so, how that son was about the serpent's seed, see.</w:t>
        <w:br/>
        <w:t>God has a law. Now, on this, in this law of the Spirit of life you have to watch, because Satan slips in.</w:t>
        <w:br/>
        <w:t>And Paul, when something was revealed to somebody, it had to have at least two or three judges before it could be told before the church.</w:t>
      </w:r>
    </w:p>
    <w:p>
      <w:r>
        <w:t>61. Now, also in here I might bring this out. I see my … I don't think my brother's here tonight, but somebody made fun of somebody leaving the tabernacle and went down to Brother Junior Jackson's for a church. Said, "They went down amongst the dead birds." Aren't you ashamed to make a remark like that? Ever who you are, if you're my kid here in Christ, I'm ashamed of you. Don't do a thing like that. Junior Jackson is my brother. Don Ruddell is my brother.</w:t>
        <w:br/>
        <w:t>Well, the reason of it, because when I set the church here in a certain order, when I come back, to see if I could get the manifestation of the gifts, half of them pulled away from it. Because when you would start to speak, or preach, or something, it got… It was getting in such a place that you could hardly preach 'less there was somebody spoke in tongues, somebody interpreting, somebody give the interpretation; and half of it never even come to pass.</w:t>
      </w:r>
    </w:p>
    <w:p>
      <w:r>
        <w:t>62. Now, I believe in speaking in tongues. I believe in interpretation, but it must be something directed to the church, not, "The Lord is coming soon," or something---which is all right. But, "Don't use vain repetitions," as Jesus said, "as heathens do."</w:t>
        <w:br/>
        <w:t>It must be something. "Go tell Brother So-and-so a certain thing he done and to get…" "Why, go tell Brother, Sister So-and-so, when she did a certain thing down there the other day, she transgressed the laws of her husband's---the vow to her husband. Unless she makes this right, the Holy Spirit will cut her off." There you've got thus saith the Lord!</w:t>
        <w:br/>
        <w:t>Then bring that sin in. That's when we got a church like it was when Ananias and Sapphira come in. Then we got a church that stands solid.</w:t>
        <w:br/>
        <w:t>"Oh," you say, "Brother Branham…" One guy, I told him that; he said, "Well, you put us too much on the spot."</w:t>
        <w:br/>
        <w:t>I said, "Ain't I on the spot up there to strangers I never seen in my life? But I got faith and confidence in my God who sent me to do this, and never one time has it been wrong or it never will be as long as it's God." That's right.</w:t>
      </w:r>
    </w:p>
    <w:p>
      <w:r>
        <w:t>63. Not speaking in tongues and things like that… I believe that those tongues and people that's got them gifts, that they're real genuine Christians and interested in it, they'll meet themselves together, because---and give the tongues and interpretations and see what they can do to further the kingdom of God. They got a ministry of their own, but it don't belong here in the middle of the audience where the sinners are being dealt with and so forth. The Bible said, "They'll say you're unlearned."</w:t>
        <w:br/>
        <w:t>Sometimes they get so irreverent with it and so forth… Not our gang hadn't, but I let them go ahead awhile. I said, "Watch it."</w:t>
      </w:r>
    </w:p>
    <w:p>
      <w:r>
        <w:t>64. Now, I told the brethren (there's witnesses here know this), I said, "Let it alone. After awhile I'll---we'll find out whether it's of God or not. If it cannot stand chastisement, then it's a bastard child." That's exactly what the Bible said. And when the chastisement come, what happened? Did I tell you that long ago? See? Ask the pastor here.</w:t>
        <w:br/>
        <w:t>He said, "What about this and that?"</w:t>
        <w:br/>
        <w:t>I said, "Just let it alone! They're babies. We can't judge it, but watch when it really comes to pin down to the Word."</w:t>
        <w:br/>
        <w:t>Now, Brother Junior Jackson had a right to disagree with that. He wants his church… The people all want to speak with tongues and things in the audience. That's Brother Junior's troubles; that's up to him. But Junior Jackson believes this message the same as the---any of the rest of us does. He's one of us. And it's not a "dead bird" to go there. Junior Jackson is a man of God that I love with all my heart. And is not here tonight, so I can really pour it on the way I want to.</w:t>
      </w:r>
    </w:p>
    <w:p>
      <w:r>
        <w:t>65. And Don Ruddell … I don't think Don's here tonight, 'cause they got a church of their own. But if I seen every person come to this tabernacle, walk out and go to Don Ruddell, or Brother J. T. Parnell, or Brother---any of these brothers here that's our brothers here and fellow citizens of the kingdom, I'd be so happy I wouldn't know what to do. I'd say, "Lord, fill this one back up again. Let's pour it out and fill up another one." I'd love it. I'd love to see those boys… They're my children.</w:t>
        <w:br/>
        <w:t>Now, J. T. or any of the rest of them don't have to believe just like I do; they don't have to do that. As I told you this morning, I don't even agree with my wife, or she don't agree with me. What if I went to the table and Junior got apple pie and I got cherry pie. Brother, we're both eating pie, we'll agree to that, but… And we both preach the same gospel. His church discipline…</w:t>
      </w:r>
    </w:p>
    <w:p>
      <w:r>
        <w:t>66. You know, Peter and Paul had differences, not in their doctrines, but the way Peter was behaving hisself. They had a little difference in it, but it never separated them. They were brothers. Why, sure we're going to have differences, not differences … I disagree with the Assemblies of God. I disagree with their systems, but there's a many Assembly of God man that's a precious brother. I disagree with the oneness doctrine, but there's a many of those men are precious men.</w:t>
        <w:br/>
        <w:t>I agree---disagree with the Baptists, with the Presbyterians and their systems, but in there, there's genuine Christians.</w:t>
      </w:r>
    </w:p>
    <w:p>
      <w:r>
        <w:t>67. Somehow or another this afternoon I picked up a telegram. I missed it. A brother, a Baptist preacher, said he'd been seeking for a long time to come to a place---or get to a place where men respected God, instead of respecting one another.</w:t>
        <w:br/>
        <w:t>And a precious brother comes to this church said, "I'll take you to such a place." He was longing to get here, a Baptist. You see, they're scattered everywhere. I wouldn't agree with their system, but I certainly love the party. So don't say that about the brother.</w:t>
        <w:br/>
        <w:t>Now in here, these gifts are---got to be watched. No gift… Have to watch it. Satan can impersonate any gift. Look at these Beatles now going to impersonate divine healing---filthy, dirty, rotten, borned out of hell. See? All right.</w:t>
      </w:r>
    </w:p>
    <w:p>
      <w:r>
        <w:t>68. QUESTION: Was Daniel the fourth man in the fiery furnace because he was the prophet in that age?</w:t>
        <w:br/>
        <w:t>No, it was Jesus. The fourth man was the---like the Son of God. I don't think it was the prophet, 'cause he was in the lion's den; but I wouldn't believe that Daniel was in the fiery furnace. I can't hardly… Now, there you could be right, but that's just my opinion.</w:t>
      </w:r>
    </w:p>
    <w:p>
      <w:r>
        <w:t>69. QUESTION: Brother Branham, in Genesis 6 and verse 12, God said that all flesh had corrupted his way. Does this have reference to divorce and marriage? If so, didn't Jesus have reference to the same thing when He said that, "As it was in the days of Noah, so shall it be when the Son of man will be revealed" in Matthew 24, verse 38 and 39?</w:t>
      </w:r>
    </w:p>
    <w:p>
      <w:r>
        <w:t>70. QUESTION: Brother Branham, will there be any children born during the millennium---thousand years---millennium, one thousand years reign of Christ here on earth? Or will there be any sign on earth---any sin (pardon me) on earth during that time; and will there be people on earth in corporal bodies during that time?</w:t>
        <w:br/>
        <w:t>I'll try to just run through them right quick. Now, in Genesis the 6th chapter, 12th verse, God said all flesh had corrupted… Yeah, that was marriage, divorce, and everything else. The Bible said, "As it was in the days of Noah, how they married, and give in marriage," and so forth like that. That is one of the signs of the end time, just one of the signs.</w:t>
        <w:br/>
        <w:t>Now, if that's all the world was doing, I couldn't call it the evidence of the end time, no more than I can call speaking in tongues the evidence of the Holy Ghost. It is true that there's supposed to come a time when marriage and divorce is just like it was in the days of Noah, but there's so many other things goes with it; it's just one of the signs.</w:t>
      </w:r>
    </w:p>
    <w:p>
      <w:r>
        <w:t>71. And speaking in tongues is one of the signs of the Holy Spirit, but not an infallible sign of the Holy Spirit, no more than just women and men marrying and divorcing and marrying again. That wouldn't be the only sign. If that's the only one there was, I couldn't call it that. See? Other things has to go with speaking in tongues or any other gift to make it God.</w:t>
        <w:br/>
        <w:t>Now, "Will children be born during the thousand years millennium reign?" That's the question in my mind, that I told you the other day. I don't know. It looks a whole lot like it could be; it looks a whole lot like it couldn't be. I'm going to be as honest with you as I know how to be. I don't know to this time. If God ever reveals it, I will tell you. But wait; it has to come from God. You're my children. I wouldn't tell you. I don't know whether there will be or whether there will not be. I can't say.</w:t>
      </w:r>
    </w:p>
    <w:p>
      <w:r>
        <w:t>72. "…or will there be sin on earth during that time?" No! There will not be no sin on earth. Satan is bound.</w:t>
        <w:br/>
        <w:t>"And will their be people on earth in corporal bodies during that time?" Yes, sir! We will have our glorified body right here on earth, eating, drinking, building houses, and living just like we do now for a thousand years. It's the honeymoon of the bride and groom.</w:t>
      </w:r>
    </w:p>
    <w:p>
      <w:r>
        <w:t>73. QUESTION: Brother Branham, what did Jesus mean in Matthew 12, verse 32, where Jesus said, "Whosoever speaketh a word against the Holy Ghost, it shall not be forgiven him, neither in this world, neither in the world to come"? Please explain these verses of Scripture for me. Thank you. And it's got the man's name; he's a minister. All right.</w:t>
        <w:br/>
        <w:t>Brother, I'm---you're a theologian, I'm not. But I'd like to say this, that Jesus said, "Whosoever speaketh against the Holy Ghost it shall not be forgiven him." In other words to put it with the rest of the Scripture. "All manner of sin shall be forgiven men, but blaspheming the Holy Ghost shall not be forgiven unto men." Blaspheme of the Holy Ghost is to make fun of, talk about, ridicule, do something like that is when you cross the line between right and wrong.</w:t>
      </w:r>
    </w:p>
    <w:p>
      <w:r>
        <w:t>74. Now, if you see the Holy Spirit… For instance, what if the Holy Spirit would come down here and discern like it does, and what if that would be the Holy Ghost, and you didn't believe it was, and you went out and made fun of it and talked about it; I don't care what you ever do, you're finished. And you cannot do it. That proves right there that you're not of God, because the seed of God remains in the man and he cannot sin. And what is sin? Unbelief. When he sees the Word made manifest, he'll believe it. And he can only…</w:t>
        <w:br/>
        <w:t>See, there's only one sin, only one sin. How many knows that? That's unbelief. That's right. Committing adultery's not a sin. Smoking cigarettes, telling lies, swearing, that's not sin. That's attributes of unbelief. You do it, because you're not a believer. That's right. So, see, there's only one sin, and that's unbelief. "He that believeth not is condemned already." No matter what he does or nothing, he's condemned to start with. All right.</w:t>
      </w:r>
    </w:p>
    <w:p>
      <w:r>
        <w:t>75. QUESTION: Brother Branham, is it wrong for a young unmarried (didn't say what) to cut her---their hair? I imagine it's a woman.</w:t>
        <w:br/>
        <w:t>Yes! It's wrong for any woman to cut her hair.</w:t>
        <w:br/>
        <w:t>That's just a little short question. Are you getting sleepy? Well, we'll hurry just as quick as we possibly can. I was trying to get to that serpent's seed so bad.</w:t>
        <w:br/>
        <w:t>QUESTION: Pray for our son in…</w:t>
        <w:br/>
        <w:t>That's a prayer request. I just picked these up and run, just…</w:t>
      </w:r>
    </w:p>
    <w:p>
      <w:r>
        <w:t>76. QUESTION: Brother Branham, are women allowed to work in public affairs when they have a healthy husband and children? I am asking this question for someone else.</w:t>
        <w:br/>
        <w:t>Well, I don't know about that. I can't say. But I just have this feeling. Let me say this: I believe, if I was a woman and I knowed that my husband was healthy and had a good job, working, I believe it would be a great pleasure to me to stay home, take care of my children and make the … and take care of my children and raise them up, and to love the Lord. And if I had any time from my washing and things that I was going to do, I think I would teach my children how to serve the Lord.</w:t>
      </w:r>
    </w:p>
    <w:p>
      <w:r>
        <w:t>77. Now, if you've got a debt or something that you're trying to help your husband pay for, or something that you have to do that… Well, I think that's fine if you'll try to help him. And you live a lady. And I think it's hard. No man that's got good understanding wants his wife to get in a bunch, where there's a bunch of vulgar, dirty men and things like that. But if the woman has to get in that, I think that she ought to---her husband ought to know that she's a genuine Christian that can be trusted, a trustworthy woman.</w:t>
        <w:br/>
        <w:t>But now, as to say that she shouldn't work, I don't know. See, there's not scripture to back that up. I'm just passing that opinion. But I think if a woman wants to work and she wants to work…</w:t>
      </w:r>
    </w:p>
    <w:p>
      <w:r>
        <w:t>78. Now, I'm certainly against women working in these offices where all these businessmen … they carry on, tell them dirty jokes. And a nice, clean woman setting there, and all these smutty dirty things told around like that, I'm against that. I think you ought to come out from among such stuff as that.</w:t>
        <w:br/>
        <w:t>But now, if a woman can hold herself as a real lady and trying to help her husband do something to meet---some clothes for the kids to go to school, or pay off a bill, or something like that, and she wants to work till that's over… Now, that's not the Lord, 'cause I don't have no scripture for this. I'm just saying that'd be my opinion; but otherwise, I wouldn't think just 'cause she wants to work just to run around and have---or---more money to spend, run around, and run to barrooms, or drink, smoke, and carry on; I don't think she should do it. I think she should stay home, try to be a lady, and take care of her house.</w:t>
      </w:r>
    </w:p>
    <w:p>
      <w:r>
        <w:t>79. QUESTION: If Jesus in a second… (No!) If Jesus---if you in a second marriage where both parties are divorced, the … it r-e-p-e-n-… repentance---it… Is repentance enough, or do you have to end, do you have to end your marriage relationship to be right?</w:t>
        <w:br/>
        <w:t>"If you're in a second marriage where both parties are divorced…" I think I've already answered that. See? Yes, already answered that. Where both parties are, I just…</w:t>
        <w:br/>
        <w:t>I wish we didn't have to go through these things, people. I got friends sitting right here, out in this audience here that I know… It just nearly kills me to say that, but I got to say it. See? And the world is in such a corruptible condition.</w:t>
        <w:br/>
        <w:t>Some poor, little, old woman make a mistake and marry some alcoholic and they turn that way, or some poor man married some streetwalker and not know it, and then be bound to that woman or man as long as they live. That's a horrible thing. Marriage is a sacred thing.</w:t>
        <w:br/>
        <w:t>Many times sinner kids run in and do those things, and then they wonder what it's all about. I---It's … I believe, if the Lord will permit me to explain this marriage and divorce the way it should be, I believe it'll clear up a whole lot of that. It's all … [blank spot on tape]</w:t>
      </w:r>
    </w:p>
    <w:p>
      <w:r>
        <w:t>80. QUESTION: We see… Why can't we sell our house? Thank you. We… P.S. We have prayed and fasted and … to sell it, yet no results.</w:t>
        <w:br/>
        <w:t>Well now, Brother or Sister (they don't sign their name), but ever who it is, now, you're trying to sell your property and you've done what you… You want to sell it and probably for to buy some more or whatever you want to do, I don't know. If your objective is right, you're trying to buy a home… If you got children or something like that, you want to get them a better home or something … I don't know what it's all about, but I'd say this: If you're trying to sell it, and fasting and trying to sell it, then commit it to the Lord and forget about it, see. Because it might be that God… You might move in somewhere else, and it might not be right, see.</w:t>
        <w:br/>
        <w:t>If you're a Christian and trust in the Lord, 'cause you surely are or you wouldn't be fasting and praying. See? So I'd just commit it to the Lord. Say, "Now, Lord, when your time for us to sell it, You'll send a buyer." Then it's committed to the Lord, take your hands off of it and go ahead. I believe it'll work. I'm kind of speeding up here, 'cause I'm just running out of time.</w:t>
      </w:r>
    </w:p>
    <w:p>
      <w:r>
        <w:t>81. QUESTION: Brother Branham, is it wrong for a woman to curl her hair?</w:t>
        <w:br/>
        <w:t>I done went through that. Sure, I don't care, just keep it long. See? I don't … I know you're … I don't mean that to be "jokey" with you girls, see. That's sincere. You want to know, and you're asking me. You got confidence in me or you wouldn't be asking me that. Now, I got confidence in you, sister, that what I'd tell you, I believe you'd do.</w:t>
        <w:br/>
        <w:t>I can't back that up with the Scripture. If you want… If you haven't got pretty, curly hair and you're a woman, you want to look pretty for your husband, for your boyfriend, or something like that, I can't tell you about curling your hair or what did they call it, tinting it or something? I have nothing to say about that; that's up to you. You see? I… You just, between … You just ask the Lord what to do, He'll tell you that, 'cause I'm trying to explain things by Scripture, see.</w:t>
      </w:r>
    </w:p>
    <w:p>
      <w:r>
        <w:t>82. QUESTION: Please explain I Corinthians 13:8-12. Now that the perfect Word is restored to the church are these verses fulfilled?</w:t>
        <w:br/>
        <w:t>Now, I think I just went through that, didn't I? "And when that which is perfect has come, that which is in part shall be done away with." Paul said, "Though I speak with tongue of men and angels, and I do all these things here… But when that which is perfect is come…" Now, is there anything perfect but God? No, sir! Is God the perfect? In the beginning was the [Congregation replies Word.] and the Word was with God, and the Word was God. The Word's still God. See? All right. When that which is perfect is come, that which is in part is done away with.</w:t>
      </w:r>
    </w:p>
    <w:p>
      <w:r>
        <w:t>83. QUESTION: Brother Branham, is it wrong to have a flattop haircut?</w:t>
        <w:br/>
        <w:t>I suppose this is a man; I hope it is. Well now, some women do that. Sure. I was going up on the bus one time when I was state game warden here. Going up here … I was setting there, and a man was talking like that, had a welder's cap on, and I was just talking to him. And he was going ahead smoking a cigarette, had a welder's glasses pushed up like that. Was right up here around Sellersburg. And I was setting there talking to that fellow. He said something there, and we all got to laughing; I hit him on the leg; I said, "Boy, that really takes the cake, doesn't it?"</w:t>
        <w:br/>
        <w:t>And I was setting there like that, and directly some … a woman setting across there said, "Say, Ruth, are you going to…?"</w:t>
        <w:br/>
        <w:t>Had on overalls, great big, burly just like a man, setting there smoking a cigarette and blowing it out her nose, I thought it was a man. Something about dropping a acetylene torch and doing something, hitting on somebody's head and knocked the what-you-call-it off, and started laughing. I laughed too and slapped her right on the leg, thinking it was a man. I didn't know the difference. You can't tell them. And the Bible said, "Any woman that puts on a garment pertaining to a man, it's an abomination." There we are.</w:t>
      </w:r>
    </w:p>
    <w:p>
      <w:r>
        <w:t>84. No, Brother, if you want a flattop haircut, I'll tell you; You just wait till you get about my age, you'll have one. So… That's all right. I didn't mean that like that, buddy. Bless your heart if you believe Brother Branham tell you the truth. I don't think God says anything about men, his covering is just as long as he cuts his hair. If he lets his hair grow down long like a woman, the Bible says it's a shame for a man to do that.</w:t>
        <w:br/>
        <w:t>But now, if … as long as you got your hair and you're a little boy. And I know I've said a whole lot about it: "And you, Rickys, with that flattop haircut," and all like that, and things like that, but I just say that. See?</w:t>
        <w:br/>
        <w:t>I don't think God cares how a man cuts his hair, as long as he cuts it, because his head is God. But a woman's head is a man; therefore, she must… And if she cuts her hair, she dishonors her head. Then a dishonorable woman should be divorced and got away with. That right? So if a woman cuts her hair, she has---her husband has a absolutely Bible right to put her away in wrong living---a dishonorable person. How many knows that's the truth? It's what Bible said, for she dishonors her head. No dishonorable woman should be lived with.</w:t>
      </w:r>
    </w:p>
    <w:p>
      <w:r>
        <w:t>85. QUESTION: Brother Branham, when Isaiah spoke to the daughters of Zion (or spoke to, I mean, I guess they meant "spoke of")---the daughters of Zion about the crisping pins, curling hair, and instead of a well set hair, baldness; instead of a… Will that apply to today or is the old Bible of no effect as some say?</w:t>
        <w:br/>
        <w:t>The old Bible is always in effect, and every word that God says is in effect. Yes, sir! Only thing it does from the new Bible to the old Bible, it just magnified. Jesus said, "You have heard them say, 'Thou shalt not commit adultery' (you had to be in the act); but I say unto you, whosoever looketh upon a woman to lust after her has committed adultery with her already in his heart." What great outstanding things these are!</w:t>
        <w:br/>
        <w:t>Now, I've got to close, friends. It's getting a little bit too late. Now, that's too long a one. Let's see if I can get something else. Let's see.</w:t>
      </w:r>
    </w:p>
    <w:p>
      <w:r>
        <w:t>86. QUESTION: Brother Branham, how should women (oh, my!) wear their hair?</w:t>
        <w:br/>
        <w:t>Again, just any way you want to. I Timothy 2:9. See? "Let the women adorn themselves in modest apparel." I want to wear mine pleasing to God. (God bless you, sister dear.) Thank you. May God bless you. Pray for us. And the person signs her name.</w:t>
        <w:br/>
        <w:t>Sharon, sure, Sis! God bless you. Wear it just long as it's long, sister. It's a little girl. God bless you, Honey. It's okay. You go right ahead.</w:t>
      </w:r>
    </w:p>
    <w:p>
      <w:r>
        <w:t>87. QUESTION: After the bride is raptured will any of the foolish virgin be saved or will they all be lost?</w:t>
        <w:br/>
        <w:t>No! See, everything will be finished for the Gentile church when the bride is taken from the earth. The Spirit of God leaves the earth: "He that's filthy is filthy still; he that's righteous is righteous still; he that's holy is holy still." In other words the sanctuary becomes smoky, where the attorney stands to plead the case. Christ leaves the sanctuary; his day of mediatorial is over. The rapture comes; He leaves from the sanctuary, goes forth and takes the book of redemption, and claims everything He redeemed. There's no more mediatorial work. How many understands that? I've got it on one of the seals---or one of the… Yeah, the seals, I believe it was, that Christ comes forth to claim his mediatorial work.</w:t>
      </w:r>
    </w:p>
    <w:p>
      <w:r>
        <w:t>88. Now, just a minute. "Will the foolish virgin be saved." No! Whatever happens she---happens now. After that time she's in the state… Now, she will have to go through the tribulation period. And the reason of it is, is because she has rejected the atonement in its fullness. She is a believer, a professed believer, but she will have to go through the tribulation period. The Bible said, "And the rest of them, the dragon spurted water out of his mouth to go and make war…" And what an hour that is.</w:t>
        <w:br/>
        <w:t>There's never been a time in history where that the nominal churches has become so hungry to find the baptism of the Holy Ghost. I speak for the Christian Businessmen. Constantly, it's Presbyterian, Lutheran, Catholic, and all, Baptists by the hundreds, Church of Christ, Nazarenes, Pilgrim Holiness, Seventh Day Adventist, every one of them flocking in trying to find … see.</w:t>
      </w:r>
    </w:p>
    <w:p>
      <w:r>
        <w:t>89. Now, this is a striking thing. Please don't take it as a doctrine, but do you understand what the Scriptures said would take place when that did? Time was over. For look, there was seven virgins---or ten virgins went out to meet the bridegroom, and half of them had oil in their lamp, half of them didn't. That's the part of the body that's dead and the part that's alive. The five wise, when they---the cry come, "Behold the bridegroom…" they all trimmed---woke and trimmed their lamps to go into the wedding supper. But when the foolish virgin said, "Give us some of your oil, our lamps is gone out. (See?) Give us of your oil," they said, "Not so, we just got enough for ourself. Go buy it." And while they went to buy it, the bridegroom came.</w:t>
      </w:r>
    </w:p>
    <w:p>
      <w:r>
        <w:t>90. When the proclamation went out, the decree, "The bridegroom's coming," everybody wanted to get right, right quick. Ain't that the hour when the handwriting's on the wall.</w:t>
        <w:br/>
        <w:t>"Oh, we want the baptism of the Holy Ghost." "We want this, that or the other!" But while they went to buy it, the bridegroom came. The wise went in, and they were left outside where there'll be weeping, wailing, and gnashing of teeth.</w:t>
        <w:br/>
        <w:t>I got such beautiful questions in here to go with that: "Who was the man with the robe on that come in, that didn't have the wedding garment on?" And all those questions that tie right into that.</w:t>
      </w:r>
    </w:p>
    <w:p>
      <w:r>
        <w:t>91. QUESTION: Should a person pay tithes to an individual, or should a Christian work?</w:t>
        <w:br/>
        <w:t>Sure he should. He's the one man that will work, is a Christian.</w:t>
        <w:br/>
        <w:t>"Pay tithes to an individual?" It depends on who the individual is, see. That's right. In Hebrews 7, the first time tithings was talked about in a stand that we… Wait a minute, I believe, number two question. No! Uh, uh. No! For Brother … Said, "Two questions for Brother Branham."</w:t>
        <w:br/>
        <w:t>When… In Hebrews the 7th chapter, when Abraham, returning from the slaughter of the kings, met Melchisedec, he paid Him a tithe. That was Melchisedec, the King of Salem, which is King of peace, and King of righteousness, which was nobody but God Himself, see.</w:t>
        <w:br/>
        <w:t>But when you pay tithings… Really, where you owe tithings is where you get your food. "Bring ye all your tithings into my storehouse, saith the Lord. (That right?) And prove Me wherein saith God, that if I'll not open the windows of heaven and pour out a blessing that you would not have room enough to receive it." I challenge any man or woman that's not a tithe payer to accept that.</w:t>
      </w:r>
    </w:p>
    <w:p>
      <w:r>
        <w:t>92. I could stand here till in the morning, telling you just what happened when I seen that, and what condition I was in. But just as loyal as I ever could, I paid tithes. And when I took my own money from the church here or from my campaigns, I'd take more ---I'd give a tenth. Then I'd give it out to the ministers, and give the rest of it to ministers. Then, when I couldn't do that, then the thing I did, I kept ten percent and give God ninety. And then, when the law told me I couldn't do that, I'd have to take… And if I did, it was all to be charged to it, then I had to take and bypass it into foreign missions and so forth, and then just take a wage out of that of a hundred dollars a week; and I pay my tithes from that.</w:t>
        <w:br/>
        <w:t>Yes, sir! I believe in paying tithes. It's one of God's blessings that's proven to be a blessing. You say, "That's of the Old Testament." It is of the New Testament too! Yes, sir!</w:t>
      </w:r>
    </w:p>
    <w:p>
      <w:r>
        <w:t>93. QUESTION: Dear Brother Branham, if a baby is born out of wedlock, can this child ever be saved or go in the rapture?</w:t>
        <w:br/>
        <w:t>Saved? Why sure, I believe the child could be… The child can't help what's been done. That is true. But, about going in the rapture … saved, I'd say, "Yes." But in the rapture it's a predestinated seed that goes in the rapture. And I can't believe that adultery was a predestinated seed. You understand? See? I believe the people---the baby can be saved; it has no rights of its own. It's a awful act and things.</w:t>
        <w:br/>
        <w:t>But now, in the Old Testament when a baby was born a bastard child, it could not even enter the congregation of the Lord for ten generations, four hundred and something years, that curse was so bad. Just think of that. A innocent baby, it's great, great, great, great, great, great, great, great, great grandchildren, just think, the baby's great, great, great, ten great grandchildrens could not even come in the congregation of God. That's right.</w:t>
        <w:br/>
        <w:t>But you see, there was nothing there strong enough to forgive that sin. The blood of the Old Testament did not forgive sins; it covered sins. But the blood of Jesus Christ divorces it. That's different now. When the blood of Jesus Christ comes in, it's the difference.</w:t>
      </w:r>
    </w:p>
    <w:p>
      <w:r>
        <w:t>94. QUESTION: Brother Branham, we want to be close to your message as possible. Shall we move to Arizona or Jeffersonville?</w:t>
        <w:br/>
        <w:t>Suit yourself, either one. I sure love you, I don't care where you go, what you do. But now, as advice, I believe I'd come to Jeffersonville. If you're going to move anyhow, I'd come to Jeff. I believe I'm here more than I am in Arizona. That's fine.</w:t>
      </w:r>
    </w:p>
    <w:p>
      <w:r>
        <w:t>95. QUESTION: Brother Branham, is it too late to preach to sinners anymore?</w:t>
        <w:br/>
        <w:t>No! No! Don't get that in your mind, Brother. Keep on building on the house. Keep doing everything you can. Just keep on going till you're called away, see.</w:t>
      </w:r>
    </w:p>
    <w:p>
      <w:r>
        <w:t>96. QUESTION: Question number 2. Should the saved separate themselves from sinners in worship? Should the saved separate from sinners to worship?</w:t>
        <w:br/>
        <w:t>I don't know exactly what you mean by that. If you mean sinners like out in the … You worship God everywhere. But I think if we did, how we going to have church, 'cause the sinners come right into the church and set down by the side of the Christian. Don't never separate yourself from anything but sin, not the sinner. Get the sinner if you can, but don't be takers of his sin.</w:t>
      </w:r>
    </w:p>
    <w:p>
      <w:r>
        <w:t>97. QUESTION: Should a saved wife refuse herself to her husband if he is a sinner?</w:t>
        <w:br/>
        <w:t>No, sir! No, sir! That's your husband. You'll drive him farther away from God than ever by doing that. See? That's right, brother, sister. You married him; he's yours, and you're his.</w:t>
      </w:r>
    </w:p>
    <w:p>
      <w:r>
        <w:t>98. QUESTION: Brother Branham, what is the meaning of a annulment? Are people free to marry or is this just another word for divorce? I would like some information on this.</w:t>
        <w:br/>
        <w:t>Sure they're married. As long as they take that vow, they're married. Just like a boy, if a boy promises a girl to marry her under good faith, he's obligated to that girl. He's just as good as married her. The only thing the law does, is give you a bill of rights to live together to keep from being common-law husband and wife. But when a man tells a woman, "I will marry you, Honey; I'll take you for my wife. Will you take…?", he's married.</w:t>
        <w:br/>
        <w:t>Your vow is sacred; that's what marries you anyhow. There's not no preacher can marry you, no magistrate, or nothing else; it's your own vow to God and to this man. When you promise, you are married.</w:t>
      </w:r>
    </w:p>
    <w:p>
      <w:r>
        <w:t>99. Looky. You say, "Brother Branham, is that…? You said you'd only answer that by the Bible." Did you want the Bible on it? Raise your hands if you want it. Now, we got about six or eight minutes. All right.</w:t>
        <w:br/>
        <w:t>"Joseph, her husband, being a just man (her espoused husband, already called her husband) … Joseph, her husband, being a just man, was 'mindedly' to put her away privately on this wise; but before they came together, she was found with a child of the Holy Ghost. (See?) And the angel of the Lord appeared to him in a dream and saying, 'Joseph, thou son of David, fear not to take unto thee, Mary, thy wife.'" Already married, he'd already promised her.</w:t>
      </w:r>
    </w:p>
    <w:p>
      <w:r>
        <w:t>100. And of… And little lady, if you promised to marry that boy, you're obligated to do it. If you marry another after that obligation, you will---from now on anyhow---you'll be living in adultery. And notice, the same thing to a boy promising to marry a woman…</w:t>
        <w:br/>
        <w:t>Don't you make your vow to anybody 'less you mean to stick with it. Remember, there's the Bible for it. Joseph promised to marry Mary. And God said that that was…</w:t>
        <w:br/>
        <w:t>Read the Old Testament laws on that. See? The Old Testament law, if you promised to marry a woman, and you married another one, you was committing adultery; and it throwed you out of the camp. Yes, sir! You have to keep your vows when you promise a woman that. She's a sacred little vessel, and that's to bring child life into the world again. So when you promise her, you must marry her.</w:t>
      </w:r>
    </w:p>
    <w:p>
      <w:r>
        <w:t>101. QUESTION: Is it too late for jail services and such work for a testimony to try to save souls? Also should one sell all they have now, the Lord is coming so soon?</w:t>
        <w:br/>
        <w:t>Well, how do you … I hope I haven't said anything that would cause you to believe such as that. Have I? If I have, forgive me! I don't mean… See? Don't just presume those things. Keep right on going, preaching, having jail service, giving everybody, and don't…</w:t>
        <w:br/>
        <w:t>Looky here. The Seventh Day Adventists here not long ago, about fifty or sixty years ago, I seen it in the Courier-Journal paper (I got it somewhere in a trunk), a great big piece in the Courier-Journal paper, where they throwed the old wings, out, where when they was called Millerites before they become Seven Day Adventists. And they had a whole big sheet in the Courier paper up here at Franklin, Kentucky, when they all sold their property and got… They set a certain date, proved it by the Scripture---Jesus was coming on that date---and went up there and got their harps and things, and set upon top the hill. The next morning came down, the dew had took all the feathers down, and they come down deflated. See? It's cults and things.</w:t>
      </w:r>
    </w:p>
    <w:p>
      <w:r>
        <w:t>102. Don't you believe that. Jesus might not come for a hundred years yet. I don't know when He's coming! No man knows when He's coming But I'm going to try to keep on preaching and doing everything I can till He does come. If He isn't here today, I'll be looking for Him tomorrow. If He isn't here this week, I'll be looking for Him next week. If He isn't here in the next ten years, and I live, I'll be looking for Him the next thirty years. See? I'll still be looking. I don't know when He's coming, but I want to live true to his Word and true to his people, and live like a Christian, and wait for his coming, see.</w:t>
        <w:br/>
        <w:t>Keep on preaching jail services, getting everybody saved you can. I don't know when He's coming; nobody does. But I'll say this one thing. This is what I'm trying to tell you, and I hope you don't try to put your own interpretation… Not bawling this person out. God bless you Brother, Sister, whoever you are. It looked like it was somebody from out of town, 'cause it was on a postcard, I think, from Denver, Colorado, and… Yeah, Pike's Peak, Colorado. So it might have been somebody sent it in my mail, but that's perfectly all right. They might get the tape.</w:t>
        <w:br/>
        <w:t>But let's remember, don't you change anything, only your ways from sin to righteousness. Just keep right on at your job, going right on just the same. All that understand that clearly, say, "Amen!" See? Do that now!</w:t>
      </w:r>
    </w:p>
    <w:p>
      <w:r>
        <w:t>103. QUESTION: Brother Branham, in Matthew 12:40, it says, "As Jonas was in---three days and three nights in the whale's belly; so shall the Son of man be three days and three nights in the heart of the earth." How can it be that they that they say---today that they say He was put in the tomb on Friday evening and rose Sunday morning, making it only two nights and one day?</w:t>
        <w:br/>
        <w:t>Now, if you notice, it said, "As it was" (you see?) in the days when Jonah was in the belly three days and three nights. It's within three days and three nights, within that three days and three nights, because you can't make the Scripture lie. The prophet said, "I will not suffer my holy one to see corruption, neither will I leave his soul in hell." And corruption sets in the human body in seventy-two hours, which is three days and three nights. Sometime within that three days and three nights that---He must come forth from the grave.</w:t>
        <w:br/>
        <w:t>So being three days and three nights, don't mean it has to be exactly that; it's sometime within that three days and three nights. He had to come forth, because the prophecy cannot be broken, that the … He could not see corruption and it would've corrupted if He'd stayed exactly that time.</w:t>
      </w:r>
    </w:p>
    <w:p>
      <w:r>
        <w:t>104. QUESTION: Brother Branham, if a man has been married and divorced (Isn't that awful (see?), so many? Now, I'm not saying nothing against the people; just that's on the people's mind. Sure, they're troubled. The rapture, people used not to think so much about that; it wasn't so much of it. But now, it's just plastered the world. And the people read these things in the Scripture. And people, elected, out there is coming in to look at it. And they see it, and they're sincere. They want to know. That's the reason I want to answer it just as with much sense to it as I can give it to you.)---has been married and divorced and then remarried of a woman who has also been married and divorced and then married to him, and these two can … married in God's sight---are they married in God's sight? How can both or one of them be in the rapture?</w:t>
        <w:br/>
        <w:t>How? I don't know. I couldn't tell you. The question is, "Can they be in the rapture?" Divorced, each one of them divorced, each one of them has a living companion, then they married again, both of them married again. And now, one… This woman has a living husband; this man has a living wife. And now, they've got children and so forth and want to come to God. Can they go in the rapture? That'll be up to the heavenly Father. I couldn't answer that, see.</w:t>
        <w:br/>
        <w:t>I saw one thing. The Bible said that they shall be called an adulterer. And the Bible said also, "An adulterer will not enter the kingdom of heaven." That's all I can say. I know, that just kills me to say that, but I can't say but what the Word says. I must stay with that. I hope that that's all wrong. There is places in the Bible…</w:t>
      </w:r>
    </w:p>
    <w:p>
      <w:r>
        <w:t>105. I'm not advising you. Please, let me just give you a little Scripture. Please, please don't… If you're living happy with your husband, living happy with your wife, please remain that way. Will you just for…? Because I told you that, don't leave them little children without a home and things like that. God has made restitutions in places for people that did things wrong. You remember, Jesus said of David when he was hungry, he entered into the temple of God and eat the shewbread, which is only lawful for the priest, and is found blameless. The priest also blaspheme the Sabbath upon the Sabbath day and are found blameless, and a greater than the Sabbath was here, see. There, let's just leave it up to God, and go ahead, and just live the way you… Just live for Christ now.</w:t>
        <w:br/>
        <w:t>Let's say, there might be a chance of you getting in. Don't make… Two wrongs will never righten one. Just go on and live the way you are if you're happy together. You might had the wrong companion. I'll say this one thing: if you've got the wrong companion in this wife---in this life, you'll never have it in the other one. All wrongs will be made right.</w:t>
      </w:r>
    </w:p>
    <w:p>
      <w:r>
        <w:t>106. QUESTION: Will all borned again believers go in the rapture?</w:t>
        <w:br/>
        <w:t>No, just the remnant, just the remnant, not all born again believers. The Bible said, "And the rest of the dead lived not for a thousand years," and then they was raised and separated, the sheep from the goats. Not all borned again will go in the … according to the Scripture.</w:t>
      </w:r>
    </w:p>
    <w:p>
      <w:r>
        <w:t>107. QUESTION: What is the evidence that a person is really filled with the Holy Ghost?</w:t>
        <w:br/>
        <w:t>John 14:26: He will… "When the Holy Ghost is come (see?), He will show you things to come." See? He'll be a… He'll perfect it; "man-mades" won't do it; and He is the Word. When He the Holy Ghost is come, He will identify Himself in you with the Scripture. And that is the true sign that the Holy Spirit is in you, because it is the Word.</w:t>
        <w:br/>
        <w:t>Now look! What if you spoke with tongues? I just want to ask you that. Jesus said when the Holy Ghost come what He would do. And what if you spoke with tongues, jumped up-and-down, shouted, and everything else, and then come to the Word; and I'd tell you the baptism of---prove to you by the Scripture as I have, that the baptism using the title of Father, Son, and Holy Ghost is absolutely a misunderstanding in the Scripture---nobody was ever baptized like that---and you go ahead and hang with it anyhow? Could you tell me the Holy Spirit in you would do a thing like that? How can it deny it's own Word?</w:t>
      </w:r>
    </w:p>
    <w:p>
      <w:r>
        <w:t>108. When I show you what's supposed to take place in this day, how that the Son of man is to reveal Himself, and what He's to do, and all these Scriptures that's been now, and then see Him come right down and identify it, and you hang right on to a denomination and say that you're borned again? Could you make sense out of that?</w:t>
        <w:br/>
        <w:t>Could I tell my wife I love her, and have a date with another woman, and run around, and then tell her from my heart I love her? Do you think that'd be true love? Could she tell me she loves me, and while I'm gone away, her run around with some other man?</w:t>
        <w:br/>
        <w:t>That's exactly what Israel done to… You know the Bible there, how He said, talk … Israel, said, "You have set your limbs apart and taken in every man that come by, and you've played the part of whoredom with me; and I'll put you away in divorce." Exactly! What is that? You're committing adultery against your own body. And when a woman goes out and lives with another man, or a man with another woman, when they're married to them, they are defiling their own flesh. And when a person says that he is a Christian and will absolutely deny the Scripture being right, he's committing adultery against the body that he claims to be in. See? So it's a mark of antichrist, so much that would deceive the elected if possible.</w:t>
      </w:r>
    </w:p>
    <w:p>
      <w:r>
        <w:t>109. QUESTION: Brother Branham, is it all right for a young child to wear slacks and shorts?</w:t>
        <w:br/>
        <w:t>How young? Just let you be the judge of that; you're a Christian. A little girl or any little bitty kid, I imagine, I don't know, I… Only thing I know, the Bible says it's an abomination for a woman to wear a garment that's---that pertains to man. See? "A woman," didn't say, "a child." But now, I just … You just suit yourself about that, I… For my part, I see nothing wrong with a little bitty kid, little bitty girl four or five years old with a… When they're little fellows, you know how I mean, they run around out there in the yard. If she's wearing, what you call slacks or whatever, is a little bitty kid, I don't see nothing wrong with it. Maybe…</w:t>
        <w:br/>
        <w:t>See, I'm just telling you what the Word says. It's an abomination for a woman to wear a garment that pertains to a man.</w:t>
      </w:r>
    </w:p>
    <w:p>
      <w:r>
        <w:t>110. QUESTION: Where are we to gather ourselves together? And you said to gather yourselves on the trumpets.</w:t>
        <w:br/>
        <w:t>I believe, pardner, Sister, whoever it is, you're wrong there. I never said gather yourselves on the trumpets. I said Israel gathered on the trumpets, not the Gentile bride. No, no! The trumpets, the sounding of the seven trumpets was to gather Israel (how many knows that?) from all over the… Yeah, not the… No, no! Uh, uh! No, not Israel. So, it's not… We don't gather on the trumpets with the … at---the bride doesn't. The trumpets comes after the feast of Pentecost. See? And the rapture comes… And that … not this question now.</w:t>
      </w:r>
    </w:p>
    <w:p>
      <w:r>
        <w:t>111. QUESTION: Brother Branham, if you have time please explain Matthew 10:41. I would like to know what is a prophet's reward?</w:t>
        <w:br/>
        <w:t>Well now, Jesus said, "Whosoever receive a prophet in the name of a prophet, receives a prophet's reward." A prophet's reward is to be a friend with the prophet. Whosoever receives a righteous man in the name of a righteous man, receives a righteous man's reward. Is that right? and if they want to know what a prophet's reward is, is to be a friend to the prophet. See? That's a reward. He's your friend.</w:t>
        <w:br/>
        <w:t>Like the Shunammite woman, it might come in handy some time, see. It did with her. See? Watch God's servants.</w:t>
        <w:br/>
        <w:t>Oh, my! Now, we're … I just must close and, friend I hate to do it, but just looky here, just look what, hundreds. No! But---I know, but see, I---love you saying that, but I'm thinking of these poor people driving hundreds of miles yet tonight. My, them's just---there's so many in there, I…</w:t>
      </w:r>
    </w:p>
    <w:p>
      <w:r>
        <w:t>112. QUESTION: Brother Branham, I would like to know about the millennium. Is it after the marriage supper, or is it on earth, all about it. I don't understand about it.</w:t>
        <w:br/>
        <w:t>Well, Brother or Sister, it's hard for me to understand it, myself. But only thing I can say is this: that the marriage supper comes before the millennium.</w:t>
        <w:br/>
        <w:t>Now, see, somebody, I know somewhere in here has got a question on that, that said, "Brother Branham, you're wrong on the seventy weeks of Daniel. there will still be seventy weeks." No, the Messiah was to come and prophesy, and in the midst of the seventy weeks, seventy weeks, which is seven years, He was to---He was to be cut off from among the living and made a sacrifice. How many remembers that? All right. How many years then did Jesus preach, the Messiah? Three and a half. Then there's still three and a half determined.</w:t>
        <w:br/>
        <w:t>And in Revelations the 11th chapter, these two prophets, they prophesy one thousand two hundred and three score days. Three and one half years still promised to Israel when the Gentile bride is gone. How many understands that now? See? All right, all right.</w:t>
      </w:r>
    </w:p>
    <w:p>
      <w:r>
        <w:t>113. QUESTION: This is … I have a lunch counter and serve high school children for the most part. Since coming into the light, I have taken the pinball machine and the (the jukebox; they got) j-box out. The youngsters do smoke and they want the rock and roll music on the radio. I open only about four hours a day. I do not uphold smoking or drinking, but I am worried in holding the place.</w:t>
        <w:br/>
        <w:t>You know, that's a problem, see. The thing of it is, that you are---maybe have to make a living. But you know what that would do for me? That'd make me so nervous I couldn't… You might be able to put up with it, but that little bunch of "Rickys" in there carrying on like that, and "Rickettas," I'd … it'd run me wild, see.</w:t>
        <w:br/>
        <w:t>And I tell you, if it would be mine, I know what'd I'd do. I'd say, "You stop that or get out of here." See? I'd run a right kind of a place or not run it at all. But you, if you have to do it for a living, I don't want to disregard you, brother or sister. I know it's hard to say these things; but that just … It isn't right (you see?), because it looked like it kind of…</w:t>
      </w:r>
    </w:p>
    <w:p>
      <w:r>
        <w:t>114. Like someone said this morning about our women wearing their dresses so short, our older women, was a bad example to the young ladies. I think that's right too. You see?</w:t>
        <w:br/>
        <w:t>And I think that same thing. When they see you in there where all this smoking and carrying on is, and know your testimony, and all this cursing and rallying around them little children like that, and them carrying on like that, and you saying nothing about it, it's a bad thing on your testimony. You do whatever the Lord leads you. I pray that God will lead you to the right way.</w:t>
      </w:r>
    </w:p>
    <w:p>
      <w:r>
        <w:t>115. QUESTION: If s-a-n-d-… standing in line to get into church is going to be only a memory, what is going to happen if we are not going through the tribulation? Are we to be seeing … (same) some suffering? If we're not to see…</w:t>
        <w:br/>
        <w:t>See? I… This question is probably this. I'm trying to hurry; I oughtn't to do this. Ought to lay these back, 'cause there's a place you could stay on it a hour (see?) and it---just tear it down. I'll stop.</w:t>
        <w:br/>
        <w:t>Look. The people are wanting to say that, thinking that they---the church is going to hit the tribulation, see. It won't; it can't, see, because it's already redeemed.</w:t>
        <w:br/>
        <w:t>Now, the church, the nominal believers like Lot, he's going through the tribulation period, see, and be saved as if it was by fire. Noah went through the tribulation period, carried above it, come out with Ham who polluted the earth again, see. Lot came out, his own daughters slept with him, and had children by his own daughters, see. But Abraham brought forth the royal seed, brought forth the seed of the promise. Enoch went to glory in the rapture, just took a walk and went home. He never went through the tribulation period. You see?</w:t>
        <w:br/>
        <w:t>There you are, see. It does not, the Bible cannot by a type… And the types can't fail, see. It does not predict that the bride… Now, the church will go through the tribulation period.</w:t>
      </w:r>
    </w:p>
    <w:p>
      <w:r>
        <w:t>116. Now, the people say, "What about the early saints?" That was the changing of the dispensations. That was under persecution, which if you was here to hear this church ages, and to see how they went out into that darkness and had to do that, then that shows where they had to take that persecution, because each one of the church ages and everything begin to show that they went darker and darker, till they finally went to a complete place that they denied his name and picked up another name that they lived and were dead, Sardis. And then it come on out, Thyatira and Sardis, and then come out---then it begin to come out to Philadelphia and so forth, and then come to the time of the calling out of the bride which was to escape all the damnation. It counted worthy to escape all this damnation and wrath that's to come upon the earth, that you might be counted worthy to escape it, not go through it, escape it, see. Do you understand now, everybody? See?</w:t>
      </w:r>
    </w:p>
    <w:p>
      <w:r>
        <w:t>117. The church, the lukewarm, the anything outside of the elected bride will go through the tribulation period. They will not raise in the first resurrection: "The rest of the dead live not for a thousand years," just the foreordained, predestinated, elected bride, God's own elections. "Who is it, Brother Branham?" I don't know? I can't tell you who it is, but I know it's going to be there, 'cause the Lord said they would. See? They are the ones that'll go up from the tribulation, but the rest of them will go through the tribulation, go down, and everything will be killed before the millennium. Then the righteous shall come out in the millennium and live a thousand years.</w:t>
        <w:br/>
        <w:t>And after the thousand years, then the great white throne judgment comes, and then the dead, both right and wrong is raised. And the books are opened, and the book of life was open; and the saints, the wife and the husband, set and judge the world. And there it comes to pass the saying: "And He'll judge all nations with a rod of iron." All nations shall stand before Him there, and He'll judge them with the rod of iron. He'll separate the sheep from the goats and say to the goats, "Depart," and the sheep, "Come, ye blessed of my Father."</w:t>
      </w:r>
    </w:p>
    <w:p>
      <w:r>
        <w:t>118. Now then, there will be a camp meeting of the saints upon the breadth of the earth. And Satan is loosed out of his prison and goes to make war again with the saints, just exactly what he done in glory to begin with. And then God rains fire and brimstone out of the heavens, and the whole earth is removed like … It just burn up and destroyed. And there's no more sea, no more water, no more nothing left on the earth. Volcanic will spray and burst and blow, and the whole thing…</w:t>
        <w:br/>
        <w:t>"And I saw a new heavens and a new earth: for the first heavens and the first earth was passed away; and there was no more sea. I, John, saw the holy city descending from God out of heaven as a bride adorned for her husband." Remember it? And in this bride … "And behold the tabernacle of God is with men," and God shall dwell with them upon this pyramid-shaped city fifteen hundred square miles. And in the top of the city there'll be a light. Amen!</w:t>
        <w:br/>
        <w:t>Oh, that city on Mount Zion,</w:t>
        <w:br/>
        <w:t>As a stranger, yet I love it still.</w:t>
        <w:br/>
        <w:t>I'll meet you in them ages,</w:t>
        <w:br/>
        <w:t>When I reach that city on the hill.</w:t>
      </w:r>
    </w:p>
    <w:p>
      <w:r>
        <w:t>119. On top of Mount Zion will set the Lamb. And the city will need no light, for the Lamb is the light thereof. And above the Lamb will be the Father, which is the Logos, God, the great light, the eternal light that'll shine just above the throne. And Jesus will not be on his Father's throne, He'll be on his throne. And the Father will hover over the Son, which the Father and Son will be one. "And while they are yet speaking, I'll answer. Before they can think, I'm thinking for them." That's right.</w:t>
        <w:br/>
        <w:t>And Jesus will commit a perfect, perfect age to a---the perfect living God, that He has redeemed and give over to the Father. Is that right? Will turn to God the Father which is Spirit, not a man, Spirit. All nature of goodness gathered together, that's God. And in goodness… Now, anything perverted from good is evil; that's Satan's kingdom. All good belongs to God. All evil belongs…</w:t>
      </w:r>
    </w:p>
    <w:p>
      <w:r>
        <w:t>120. And then God became material in a man called Jesus Christ which was his Son. This Son gave his life that He might bring other sons, that God might become tangible, working in all in all. "In that day you'll know that I'm in the Father, the Father in me, I in you and you in Me."</w:t>
        <w:br/>
        <w:t>Oh, brother, that'll be a real day. You won't have to drive over from Birmingham to hear the message; the message will be right with us then won't it? Oh, it'll be a wonderful, wonderful time. We're looking for that day; God hasten it to come.</w:t>
        <w:br/>
        <w:t>That great city setting there (now, see?), it will not… You think, "Fifteen hundred miles high?" That's what the Bible said. Now, it will not be fifteen hundred miles right straight up like that. See? We have another geographic measure that all sides are equal; that's a pyramid, see.</w:t>
        <w:br/>
        <w:t>And the city will start probably about a sixty degree. And if it starts, fifteen hundred miles of that, just think how high that will be, but how long it'll take to be there. You'll hardly know you're walking up the hill. For fifteen hundred miles high at a sixty degree, you're just about like this. See? And the city's all on this hill. And it's just as high as it is long; it's just as long as it is wide. The height, by the depth, by the breadth, it's equal; all the walls are equal. A pyramid has four walls, and these four walls will be…</w:t>
      </w:r>
    </w:p>
    <w:p>
      <w:r>
        <w:t>121. Now, the walls around the city will be 216 feet tall, 144 cubits, and each one of them is a stone. Just think of that city, friends. Oh, my! What do we set here in this hot place? What do we do these things? Why do we drive like that? Why do we toil? It's worth every inch of the way.</w:t>
        <w:br/>
        <w:t>All the toils of the road will seem nothing,</w:t>
        <w:br/>
        <w:t>When I get to the end of the way.</w:t>
        <w:br/>
        <w:t>That's right. Oh, what a time that'll be.</w:t>
      </w:r>
    </w:p>
    <w:p>
      <w:r>
        <w:t>122. And there Jesus will set on the throne. And out from under the throne will flow the river of life, trinkling down these four walls into little chasms, and into little branches, and come form up a river, and down through by the city. It'll go right down through the streets like that, and on each side stands the trees of life that'll bear---or change their fruit every thirty days. Oh, what a city.</w:t>
        <w:br/>
        <w:t>And remember, God, the creator, that created the heavens and earth, is in glory right now preparing that city. Abraham looked for it. He left his home; he separated everything that was dear to him and looking for… Why? He was a prophet. And being a prophet, he was connected with the Spirit and part of the Spirit. And something told him within him, "There is a city," and he started looking for it. Said, "I'm a pilgrim, a stranger. I'm looking for a city whose builder and maker is God." He knowed that city was somewhere. Oh, my! And I believe that right on the grounds where he looked for it, right there in Palestine, there's where it'll raise up, for it's on Mount Zion. There's where she'll be.</w:t>
        <w:br/>
        <w:t>Look where she'll stretch out into the sea, from sea to sea. Think of that fifteen hundred mile city setting out there on the mountains of the Lord. Oh, that'd be wonderful!</w:t>
      </w:r>
    </w:p>
    <w:p>
      <w:r>
        <w:t>123. And the lion and the lamb shall lay down together. The lion will eat straw like the bullock. And the bear will be gentle, and the wolf will be tame. What a time it will be! Nothing shall hurt or destroy; everything will be in peace and love. There'll be no more old age; there'll be no more sickness, no more dying.</w:t>
        <w:br/>
        <w:t>Folks, this is not some Santa Claus story, some mythical something, it's written in the Word. And never has the Word failed. And to think of the very promise of… Not back in the Bible day, but in this day, the day that God---today. Not one iota has ever failed of his Word. Oh, I'm bound for that city. I love It, don't you?</w:t>
      </w:r>
    </w:p>
    <w:p>
      <w:r>
        <w:t>124. You know brother, sister, it's twenty after nine. I know I got some friends here from way down in Kentucky. I know I got friends here from different parts of the country. If you want to stay all night, I'll pay for your room. I told you, you had dinner waiting for you and pay for your motel if you wanted to stay. And only thing you have to do is see him back there, and I'll sure do it. I'll do anything I can to help you. I love you.</w:t>
        <w:br/>
        <w:t>I don't mean to answer these questions maybe sometimes contrary. If you don't believe it, that's perfectly all right. I want you to love me just the same, because God knows I do you that way. I only answer these questions the best of my knowledge. I might been wrong in some of them, friends, but it wasn't willfully wrong. If I'd had about six or eight questions, so I could just stayed right with them and just explained it right down, but I, instead of running all through them now … I have a few of them about marriage and divorce. I just had---thought I'd answer a few of them. I couldn't find no more laying here, picking them up, but I got some very important questions here, very important questions. I want to answer them for you if I can.</w:t>
      </w:r>
    </w:p>
    <w:p>
      <w:r>
        <w:t>125. Now, if you living around here close, call Billy, Wednesday; I'll know by them whether I'll be back. I'll pray this week. But I've got a lot of private interviews, oh, a pile about like that. And I got nearly that many in Arizona to make one of these days when I can. And it's people who are really sick. Some of them have got problems, and they just don't know what do---husbands and wife with problems.</w:t>
        <w:br/>
        <w:t>And some of these here had to be turned to private interviews, because I could not read it right out, what the people said in here about their marriage affair and things like that. And I had Billy just to go back and find out who they are, and call them, and tell them we'll just put them on interview, so I can talk some of them. Some very serious, and it's questions that should be answered.</w:t>
      </w:r>
    </w:p>
    <w:p>
      <w:r>
        <w:t>126. I'm here to try to help you, because I love you. You're my children that I have begotten to Christ. I claim every one of you. I claim you tonight; I claim you all the time; I always claim you and that---as my brother and sister. You're my children; I'm your father in the Gospel, not father as it would be a priest, I'm your father in the Gospel as Paul said there. I have begotten you to Christ, and now, I espouse you to Christ; that's engage you to Christ as a chaste virgin. Don't let me down! Don't let me down! You stay a chaste virgin.</w:t>
        <w:br/>
        <w:t>"How will I do it, Brother Branham?" Stay right with the Word; live clean and pure; have nothing to do with the things of the world. If the love of it's in your heart, say, "Oh, Jesus, please take that away from me. I don't want to be like that."</w:t>
        <w:br/>
        <w:t>Now I don't mean just to be some person that's saying this. I mean to be a genuine believer. Believe Jesus Christ and live for Him every day. Don't do no evil.</w:t>
      </w:r>
    </w:p>
    <w:p>
      <w:r>
        <w:t>127. Now, a lot of times I speak of Calvinistic belief. Now, don't think that that lets you loose to do anything you want to. A fellow the other day … I said, "Did you go to church."</w:t>
        <w:br/>
        <w:t>He said, "I went hunting."</w:t>
        <w:br/>
        <w:t>The man's wife come to me, and she was coming from the Laundromat on Sunday. And I said, "Why didn't you go to church?"</w:t>
        <w:br/>
        <w:t>She said, "I done my washing."</w:t>
        <w:br/>
        <w:t>I said, "You shouldn't have done that."</w:t>
        <w:br/>
        <w:t>"Well," she said, "I'm not an old legalist."</w:t>
        <w:br/>
        <w:t>I said, "But I thought you were a Christian." See? I said, "Did you know you're putting a stumbling block in somebody's way." See? I said, "It…"</w:t>
        <w:br/>
        <w:t>"Well, ah, I believe this. I don't have to do those things. I'm not a legalist."</w:t>
        <w:br/>
        <w:t>Well, look my brother, sister, look here. Paul said, "If eating meat puts a stumbling block in my brothers way, I'll eat no more meat as long as the world stands." And I think it'd be a whole lot better…</w:t>
      </w:r>
    </w:p>
    <w:p>
      <w:r>
        <w:t>128. Now, say, "Brother Branham, you hunt. Didn't you ever hunt on Sunday?" Let me tell you something. Not---I'm not patting myself on the back of this, but I'm … I'm not a Sabbatarian now, I believe the Holy Spirit is our Sabbath. I believe that, but I believe we should honor that resurrection as a memorial. That's a memorial that I… If you honor any day, honor that resurrection.</w:t>
        <w:br/>
        <w:t>Now, there's no law on keeping any certain day, because you enter into the Sabbath the peace, when you enter into Him. I've got that question in here to answer pretty soon anyhow, if the Lord willing, about what is the Sabbath day? I'll explain it, God willing.</w:t>
        <w:br/>
        <w:t>And now notice, remember this. See? When I was a little boy, right up here where Eichs lived on the road, I was about fourteen years old; I was trapping for a living. The only thing I had to help get bread in our house was catching skunks, muskrats, possums.</w:t>
        <w:br/>
        <w:t>I love trapping, and I had to do it. I'd go to school smelling like a skunk, and I had only one pair of clothes, and that's all I could wear. That's all I had. Mom would take them off and wash them, put them back on; and that's how I went to school, little boy. But I was standing up there one night; I said, "I got them traps set up there around Wathen's, up above that." I'd leave every morning about two o'clock with a lantern to run these traps, then get back in time to go to school. I'd catch a rabbit; I got fifteen cents out of it. I'd get a box of shells out of that, and maybe that kill three or four rabbits. What we didn't have to make some biscuits and rabbits---why, and gravy for supper, I'd sell the other, and maybe get enough to get some bread, or some meal, or some flour to make gravy with. I don't know whether you had to live like that or not.</w:t>
      </w:r>
    </w:p>
    <w:p>
      <w:r>
        <w:t>129. I'd set trout lines on the river; go down, and get them fish, and sell them for ten cents a pound. Set my trout lines. I didn't have no boat; I'd swim out with a log. Get in the river---and it's still cold---put my bucket of bait out here on the log and to---paddle and paddle out like that, my naked body in the river, and run this … Had me a string on this side, tie my fish up. Them old catfish finning me in the leg going along like that, and put my bait on …</w:t>
        <w:br/>
        <w:t>But look, a many a night have I went out in that river at eleven o'clock and shake every piece of bait off that line. If I couldn't catch enough in six days, I didn't want the one come on the seventh. I've stood there in the rain.</w:t>
      </w:r>
    </w:p>
    <w:p>
      <w:r>
        <w:t>130. One night I can just see myself yet standing, leaning against … I was a sinner; but I was standing, leaning against the post like this, the door. Oh, it was pouring down rain, pretty near eleven o'clock. I said, "I'll be late tonight, but I'm going and spring every one of those traps. I won't catch him on the Sabbath." I said, "I won't set them traps." God honored that.</w:t>
        <w:br/>
        <w:t>I remember the time when I always wanted, I always, all my life wanted to be a hunter. My grandfather was. You know, my grandmother come off the reservations; she drawed a pension. I just love outdoors.</w:t>
        <w:br/>
        <w:t>And I remember I always wanted … I just wanted all my life… Thought if I could ever get enough money till I could own a .30-30 rifle… If I could ever do it, then I'd get a bunch of traps. I'd go to the mountains; I'd let the rest of the world go by. I thought, "Maybe sometime if I'll take my .22 and practice to be a good shot, some hunter sometime will want me to go along. If I get to be a pretty good shot, he'll let me go along for his protection; I'll get to go hunting." I look, hanging on my walls, and the best rifles that money can buy hangs there, till I can loan people rifles to go hunting.</w:t>
      </w:r>
    </w:p>
    <w:p>
      <w:r>
        <w:t>131. He lets me go into the mountains and preach, and some of the best guides there is in the world takes me hunting, free. "Amazing grace, how sweet the sound."</w:t>
        <w:br/>
        <w:t>When I… Even this morning, an old deer hunter here somewhere with a .35 Remington… I didn't really need the rifle ---but he put his arm around me, said he's getting too old to hunt, "I want to give you my rifle." I thought of that when I was a little boy, how, if I'd ever thought I'd own a rifle like that, oh, my, what it would've been. And now, I just think, hanging there on my wall, fine rifles, places to go hunting.</w:t>
        <w:br/>
        <w:t>I remember going out, and the boys would buy ice cream cone. And sometimes some of them would have a extra nickel and they'd buy me one. My, I couldn't buy them one back. I thought, "If I…"</w:t>
      </w:r>
    </w:p>
    <w:p>
      <w:r>
        <w:t>132. And they sometimes used to buy these old, what we call "mudlark hamburgers." Don't know whether you all remember or not, but some of you old-timers… You get it for a nickel, a whole lot of fried onions with it. Oh, I love those things. A little kid we didn't have… Just cornbread and molasses---you know how it is---to eat.</w:t>
        <w:br/>
        <w:t>Somebody'd buy me one of them hamburgers, and boy, I'd lick my fingers where I held it. It was … tastes so good. And I thought, "Boy, that man, if I could only buy him a hamburger." And now, I can buy a church their supper.</w:t>
        <w:br/>
        <w:t>I remember all those things, and where did it come from? The grace of God, nothing that I did.</w:t>
      </w:r>
    </w:p>
    <w:p>
      <w:r>
        <w:t>133. I remember going down the street here and I talked to somebody. My father---you all know it---he drank; he made whiskey. And nobody had nothing to do with me. I'd go down the street and try to talk to men; I still meet them men today. Try to talk somebody, if there's nobody else to talk to, they'd stand, "Yeah, uh, huh." See? I was a Branham.</w:t>
        <w:br/>
        <w:t>So, I'd feel real bad, and turn around, and walk away. I thought, "I'm not guilty of that. I didn't do what my daddy did. I never drank in my life. Why do I have to stand that?" And I was telling the wife here not long ago, "I almost have to stay out of town." God has done been good to me.</w:t>
      </w:r>
    </w:p>
    <w:p>
      <w:r>
        <w:t>134. I thought over there where he told Nathan setting there one time. Nathan … David said, "Is it right for me to live in a house of cedar and the ark of my God under a tent out there covered."</w:t>
        <w:br/>
        <w:t>Nathan, the prophet, said, "David, do all's in your heart, 'cause God's with you." The prophet made a mistake, not willingly.</w:t>
        <w:br/>
        <w:t>That night the Lord come to the prophet, said, "Go tell my servant David, 'I took him from that sheepcote, herding them few sheep out there; and I give him a name like great men that's in the earth. (Never said He gave him the greatest name, He just give him a name like great men that was in the earth.) I've done all these things for you, David. I've cut off your enemies wherever you went. I've been beside you. I've never failed you, and I won't fail you. But I can't let you build the city.'"</w:t>
      </w:r>
    </w:p>
    <w:p>
      <w:r>
        <w:t>135. I thought of that, of a place now where God has helped me and let me know great men, let me go around the world. And people from around the world calling to come pray for them, and sick people, and---wanting a few minutes with you, where just a few years ago they wouldn't even turn---they'd turn their head to see me on the street. And now, the business men prosper by the people that I bring into the city and have here, through their food and their motel bills, and things like that, going to the motels and around in the city and things like that.</w:t>
        <w:br/>
        <w:t>People who… People didn't love me at all; nobody had any use for me. And now, by the help of God, I believe that I'm directing the bride of Jesus Christ. Oh. "Amazing grace, how sweet the sound."</w:t>
      </w:r>
    </w:p>
    <w:p>
      <w:r>
        <w:t>136. Where did it come from? My education? I have none. Where did it come from? My personality? I have none. Did it come from my knowing of theology? I know none. What did it come to? The grace of God that saved me.</w:t>
        <w:br/>
        <w:t>It's grace that taught my heart to fear,</w:t>
        <w:br/>
        <w:t>It's grace my fears relieved;</w:t>
        <w:br/>
        <w:t>How happy did that grace appear,</w:t>
        <w:br/>
        <w:t>The hour I first believed.</w:t>
        <w:br/>
        <w:t>Through many dangers, toils, and snares,</w:t>
        <w:br/>
        <w:t>I have already come;</w:t>
        <w:br/>
        <w:t>It's grace that brought me safe thus far,</w:t>
        <w:br/>
        <w:t>It's grace will take me home.</w:t>
        <w:br/>
        <w:t>And when we've been there in that city</w:t>
        <w:br/>
        <w:t>ten thousand years,</w:t>
        <w:br/>
        <w:t>That's brighter than the sun;</w:t>
        <w:br/>
        <w:t>We'll have no less time to sing His praise,</w:t>
        <w:br/>
        <w:t>Than when we first begun.</w:t>
        <w:br/>
        <w:t>Oh, how I love Jesus, that beautiful name that saved me when I was a sinner, that healed me when I was sick, that gives me the promise of a home in that city. I got a home in that rock. Nothing else matters now but to get all of God's children together and say, "Let's go." The hour, the midnight is striking; it's later than we think. Let's pray.</w:t>
      </w:r>
    </w:p>
    <w:p>
      <w:r>
        <w:t>137. Lord Jesus, the closing of a perfect day… As we would stand on the mountain top and watch the sun, when the red streaks come up across the great western mountains yonder, when the great eye closes itself, the birds begin to make their way to the nest, it's coming night. We've seen another great Spiritual day when the Holy Spirit has been helping us to answer these questions. Now, we're going to our nest, Lord. Take care of us; don't let nothing strike us, Lord. Keep us from the serpents of the night and the evil. May God be near us at all times, protecting us and helping us.</w:t>
        <w:br/>
        <w:t>I pray, heavenly Father, that You'll bless each and every one that's been in the meeting, those who could not be, all that hears the tapes. May the questions not be too strong. And if I've made a mistake, Lord, You know my heart; I didn't mean to. I pray, God, if there is anything wrong, that You'll never, never let it go on; may the tape stop. Don't let me deceive anybody, Lord. Let me be your true servant, for that's my whole heart's desire. Whether I live or die, whether I tarry or whether I go on, whether I sleep or whether I'm awake when He comes, it doesn't matter to me, Father, thy will be done. "For I know that my redeemer liveth, and at the last days He'll stand upon this earth. And though after the skin worms has destroyed this body, yet in my flesh shall I see God." That was the prophet Job when he seen the coming of the Lord.</w:t>
      </w:r>
    </w:p>
    <w:p>
      <w:r>
        <w:t>138. Lord, today as your servants, we look forward and see your coming. So it doesn't matter to us, Lord, when, how, where. We only want to please You. We're in your hands. Keep us, Lord, until the sun's up. Grant it, and then we'll all march up to Zion where that city where the Lamb is the light.</w:t>
        <w:br/>
        <w:t>My dear little children here, Lord, that I have begotten to You through the bonds of the Bible, they are the fruit of this Word. They love me, and I love them. And I know that You love all of us. We pray, God, that You'll so impregnate us with thy Word that we can see only Him. Grant it, Lord. May we be so full of his Word that the Spirit can use us anywhere at any place to manifest any Word that He has promised. Grant that to all of us. Here upon this audience here these…</w:t>
      </w:r>
    </w:p>
    <w:p>
      <w:r>
        <w:t>139. My Brother Jackson returns now, way back down into South Africa. Go with him and his wife; be with them, Lord. Guide them on their journey.</w:t>
        <w:br/>
        <w:t>Here's Brother Lee Vayle writing, putting every word that I say down, trying to make the book. Oh, God, help Brother Vayle and Sister Vayle.</w:t>
        <w:br/>
        <w:t>Here's these brothers from down in Arkansas, and the Martin brothers, and---all of these other brothers. I pray that You'll be with each and every one of them.</w:t>
        <w:br/>
        <w:t>Be with Brother Neville, Brother Capps, Brother Ruddell, Brother Jackson, all. Oh, God, there's so many. They come from Georgia, from Alabama, and across the state and around the world. We think of the song:</w:t>
        <w:br/>
        <w:t>Oh, they come from the East and West;</w:t>
        <w:br/>
        <w:t>They come from the lands afar;</w:t>
        <w:br/>
        <w:t>To feast with our King,</w:t>
        <w:br/>
        <w:t>To dine as his guests, (He's invited</w:t>
        <w:br/>
        <w:t>them to partake of Himself.)</w:t>
        <w:br/>
        <w:t>How blessed these pilgrims are.</w:t>
        <w:br/>
        <w:t>Beholding His hallowed face,</w:t>
        <w:br/>
        <w:t>Aglow with love divine;</w:t>
        <w:br/>
        <w:t>Blest partakers of His grace,</w:t>
        <w:br/>
        <w:t>As gems in His crown to shine.</w:t>
      </w:r>
    </w:p>
    <w:p>
      <w:r>
        <w:t>140. Oh, God, may we so shine as gems in his crown, that others might see and long to serve Him. Grant it, Lord. Protect them along the road. Bless every one.</w:t>
        <w:br/>
        <w:t>And Father, at your appointed time… I am your servant. If you want me to continue these next week or to take those interviews, reveal to me, Lord, and let me know between now and Wednesday so that we can understand. Grant it, Father, so the people can come. And I pray this blessing that You'll help us and meet with us again here at our next meeting time.</w:t>
        <w:br/>
        <w:t>Be with Brother Neville and these men who are bringing the Word way down in Texas, and out in Arkansas, and different places; just be with them, Father. Brother Pearry Green and all the group there, and---just be with all of them, Lord; they're your little children. Everywhere around the world they're waiting for your coming. Help us, Father we pray, as we commit ourselves to You. In Jesus' name use us. Amen.</w:t>
      </w:r>
    </w:p>
    <w:p>
      <w:r>
        <w:t>141. I like that song, They Come From the East and West. How many knows it? I don't know as I know it, but I think I know a verse. You might pick it up, Sister. I don't know whether they can get it.</w:t>
        <w:br/>
        <w:t>Oh, they come from the East and West;</w:t>
        <w:br/>
        <w:t>They come from the land afar,</w:t>
        <w:br/>
        <w:t>To feast with our King,</w:t>
        <w:br/>
        <w:t>To dine as His guests,</w:t>
        <w:br/>
        <w:t>How blessed these pilgrims are.</w:t>
        <w:br/>
        <w:t>Oh, beholding his hallowed face,</w:t>
        <w:br/>
        <w:t>Aglow with love divine;</w:t>
        <w:br/>
        <w:t>Blest partakers of his grace,</w:t>
        <w:br/>
        <w:t>As gems in His crown to shine.</w:t>
        <w:br/>
        <w:t>Oh, Jesus is coming soon;</w:t>
        <w:br/>
        <w:t>Our trials will then be o'er.</w:t>
        <w:br/>
        <w:t>Oh, what if our Lord this moment</w:t>
        <w:br/>
        <w:t>should come</w:t>
        <w:br/>
        <w:t>For those who are free from sin.</w:t>
        <w:br/>
        <w:t>Oh, then would it bring you joy,</w:t>
        <w:br/>
        <w:t>Or sorrow and deep despair?</w:t>
        <w:br/>
        <w:t>When the Lord in Glory comes,</w:t>
        <w:br/>
        <w:t>We'll meet Him up in the air.</w:t>
        <w:br/>
        <w:t>(Do you like that? Let's try it again.)</w:t>
        <w:br/>
        <w:t>Oh, they'll come from the East and West;</w:t>
        <w:br/>
        <w:t>Oh, they come from the land afar,</w:t>
        <w:br/>
        <w:t>To feast with our King,</w:t>
        <w:br/>
        <w:t>To dine as His guests,</w:t>
        <w:br/>
        <w:t>How blessed these pilgrims are.</w:t>
        <w:br/>
        <w:t>Beholding his hallowed face,</w:t>
        <w:br/>
        <w:t>Aglow with love divine;</w:t>
        <w:br/>
        <w:t>Oh, blest partakers of his grace,</w:t>
        <w:br/>
        <w:t>As gems in his crown to shine.</w:t>
        <w:br/>
        <w:t>Oh, Jesus is coming soon;</w:t>
        <w:br/>
        <w:t>Our trials will then be o'er.</w:t>
        <w:br/>
        <w:t>Oh, what if our Lord this moment</w:t>
        <w:br/>
        <w:t>should come</w:t>
        <w:br/>
        <w:t>For those who are free from son</w:t>
        <w:br/>
        <w:t>Oh, then would it bring you joy,</w:t>
        <w:br/>
        <w:t>Or sorrow and deep despair?</w:t>
        <w:br/>
        <w:t>When our Lord in Glory comes,</w:t>
        <w:br/>
        <w:t>We'll meet Him up in the air.</w:t>
        <w:br/>
        <w:t>(How many wants to meet Him</w:t>
        <w:br/>
        <w:t>up there? Oh, my!)</w:t>
        <w:br/>
        <w:t>Oh, Jesus is coming soon; (Just</w:t>
        <w:br/>
        <w:t>close your eyes and imagine</w:t>
        <w:br/>
        <w:t>you hear the trumpet sound.)</w:t>
        <w:br/>
        <w:t>Our troubles will then be o'er.</w:t>
        <w:br/>
        <w:t>Oh, what if our Lord this moment</w:t>
        <w:br/>
        <w:t>should come</w:t>
        <w:br/>
        <w:t>For those who are free from sin.</w:t>
        <w:br/>
        <w:t>Oh, then would it bring you joy,</w:t>
        <w:br/>
        <w:t>Or sorrow and deep despair?</w:t>
        <w:br/>
        <w:t>When our Lord in Glory comes,</w:t>
        <w:br/>
        <w:t>We'll meet Him up in the air.</w:t>
        <w:br/>
        <w:t>(You like that?)</w:t>
      </w:r>
    </w:p>
    <w:p>
      <w:r>
        <w:t>142. Pat, be of a good courage! It's going to break day for you one of these mornings. I didn't see just where it went, but it looked good. Amen! You've a long long time, Brother, it'll come back. Then like bread upon the water will return to you some day. That's right. All right.</w:t>
        <w:br/>
        <w:t>Oh, you love Him?</w:t>
        <w:br/>
        <w:t>My faith looks up to Thee,</w:t>
        <w:br/>
        <w:t>Thou Lamb of Calvary,</w:t>
        <w:br/>
        <w:t>Oh, Saviour divine!</w:t>
        <w:br/>
        <w:t>Now hear me while I pray,</w:t>
        <w:br/>
        <w:t>Take all my sins away,</w:t>
        <w:br/>
        <w:t>Nor let me ever stray from Thee aside.</w:t>
        <w:br/>
        <w:t>While life's dark maze I tread,</w:t>
        <w:br/>
        <w:t>And griefs around me spread,</w:t>
        <w:br/>
        <w:t>Be thou my guide,</w:t>
        <w:br/>
        <w:t>Bid darkness turn to day,</w:t>
        <w:br/>
        <w:t>Wipe sorrow's fears away,</w:t>
        <w:br/>
        <w:t>Oh, let me from this day be wholly Thine!</w:t>
        <w:br/>
        <w:t>(Don't you love that?)</w:t>
        <w:br/>
        <w:t>My faith looks up to Thee,</w:t>
        <w:br/>
        <w:t>Thou Lamb of Calvary,</w:t>
        <w:br/>
        <w:t>Oh, Saviour divine!</w:t>
        <w:br/>
        <w:t>Now hear me while I pray,</w:t>
        <w:br/>
        <w:t>Take all my sin away;</w:t>
        <w:br/>
        <w:t>Nor let me ever stray from Thee aside.</w:t>
        <w:br/>
        <w:t>Blest be the tie that binds (Oh, my!)</w:t>
        <w:br/>
        <w:t>Our hearts in Christian love;</w:t>
        <w:br/>
        <w:t>The fellowship of kindred minds</w:t>
        <w:br/>
        <w:t>Is like to that above.</w:t>
        <w:br/>
        <w:t>Before our Father's throne</w:t>
        <w:br/>
        <w:t>We pour our ardent prayer;</w:t>
        <w:br/>
        <w:t>Our fears, our hopes, our aims are one,</w:t>
        <w:br/>
        <w:t>Our comforts and our cares.</w:t>
        <w:br/>
        <w:t>But when we asunder part,</w:t>
        <w:br/>
        <w:t>It gives us inward pain;</w:t>
        <w:br/>
        <w:t>But we shall still be joined in heart,</w:t>
        <w:br/>
        <w:t>And hope to meet again.</w:t>
      </w:r>
    </w:p>
    <w:p>
      <w:r>
        <w:t>143. Sister Wilson, you remember about thirty-three or thirty-five years ago in a little house meeting we'd hold one another's hands? I knowed you remember that. Oh, let's just reach over now and take somebody by the hand.</w:t>
        <w:br/>
        <w:t>Blest be the tie that binds</w:t>
        <w:br/>
        <w:t>Our hearts in Christian love;</w:t>
        <w:br/>
        <w:t>The fellowship of kindred minds</w:t>
        <w:br/>
        <w:t>Is like to that above.</w:t>
        <w:br/>
        <w:t>Before our Father's throne</w:t>
        <w:br/>
        <w:t>We pour our ardent prayer;</w:t>
        <w:br/>
        <w:t>Our fears, our hopes, our aims are one,</w:t>
        <w:br/>
        <w:t>Our comforts and our cares.</w:t>
        <w:br/>
        <w:t>When we asunder part,</w:t>
        <w:br/>
        <w:t>It gives us inward pain;</w:t>
        <w:br/>
        <w:t>But we shall still be joined in heart,</w:t>
        <w:br/>
        <w:t>And hope to meet again.</w:t>
        <w:br/>
        <w:t>Do you love one another? Little children, love one another.</w:t>
        <w:br/>
        <w:t>Till we meet, till we meet,</w:t>
        <w:br/>
        <w:t>Till we meet at Jesus' feet;</w:t>
        <w:br/>
        <w:t>Till we meet, till we meet,</w:t>
        <w:br/>
        <w:t>God be with you till we meet again.</w:t>
      </w:r>
    </w:p>
    <w:p>
      <w:r>
        <w:t>144. Do you love Him? Isn't He wonderful? Do you love one another? Reach around, say something to one another. Say, "God bless you, Brother. Bless you, Sister."</w:t>
        <w:br/>
        <w:t>They're listening at us tonight across the river yonder, Sister Wilson. I can see old Brother Seward walking the floor, clapping his hands. I seen our brother back there with the beard on his face raise up his hands, praising God; I thought of Brother Ryan, how he used to set right along there in the old tabernacle with his beard long like that. He's listening tonight across the portals of glory, a dear old saint. Isn't He wonderful?</w:t>
        <w:br/>
        <w:t>Take the name of Jesus with you,</w:t>
        <w:br/>
        <w:t>Child of sorrow and of woe;</w:t>
        <w:br/>
        <w:t>It will joy and comfort give you,</w:t>
        <w:br/>
        <w:t>Oh, take it everywhere you go.</w:t>
        <w:br/>
        <w:t>Precious name, O how sweet!</w:t>
        <w:br/>
        <w:t>Hope of earth and joy of heaven,</w:t>
        <w:br/>
        <w:t>Precious name, O how sweet!</w:t>
        <w:br/>
        <w:t>Hope of earth and joy of heaven.</w:t>
        <w:br/>
        <w:t>Now, you take the name of Jesus with you.</w:t>
        <w:br/>
        <w:t>(What for?)</w:t>
        <w:br/>
        <w:t>As a shield from every snare.</w:t>
        <w:br/>
        <w:t>(What happens?)</w:t>
        <w:br/>
        <w:t>When temptations 'round you gather,</w:t>
        <w:br/>
        <w:t>Breathe that holy name in prayer.</w:t>
        <w:br/>
        <w:t>Precious name, O how sweet!</w:t>
        <w:br/>
        <w:t>Hope of earth and joy of heaven;</w:t>
        <w:br/>
        <w:t>Precious name, O how sweet!</w:t>
        <w:br/>
        <w:t>Hope of earth and joy of heaven.</w:t>
      </w:r>
    </w:p>
    <w:p>
      <w:r>
        <w:t>145. For the interviews: Billy said check with him between now and Wednesday for interviews or from Wednesday on until Saturday for the coming interviews, whether … If we don't have the meetings after Wednesday, check with him, you who have interviews. Some of you, he don't know how to get ahold of you. So he'll … all that wants the interviews now, check with Billy.</w:t>
        <w:br/>
        <w:t>You love Him? All right. Now, till we meet, God bless you. We want to bow our heads; and I'm going to ask my good, loyal friend, who's going across the sea now, to way down in Africa, where I once missionaried there in the name of the Lord, Brother Sidney Jackson, he and his wife … We've been very happy to have them with us for these last few services. How God has blessed him. And I'm going to ask Brother Sidney Jackson if he'll dismiss this audience in prayer. Brother Jackson, if you will.</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