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Proving His Word</w:t>
      </w:r>
    </w:p>
    <w:p>
      <w:r>
        <w:t>Date: August 16, 1964</w:t>
      </w:r>
    </w:p>
    <w:p>
      <w:r>
        <w:t>Location: Jeffersonville, Indiana, USA</w:t>
      </w:r>
    </w:p>
    <w:p/>
    <w:p>
      <w:r>
        <w:t>1. Let us remain standing and bow our heads. Lord Jesus, we are grateful to Thee this morning for the privilege of coming into thy presence in thy house, where thy people are gathered in thy name. and all is thine, Lord. And we commit ourselves to Thee now for the expectation we have in our hearts for a service for those who are without God and without Christ, that they'll be saved, and the sick will be healed, and the saints will be blessed. Grant it Lord. And then at the end, we will bow our heads in humility and give Thee praise for all that You do through us this day. For it's in Jesus' name we asked it. Amen. You may be seated.</w:t>
      </w:r>
    </w:p>
    <w:p>
      <w:r>
        <w:t>2. I'm indeed grateful for the privilege of being here again today, and for you people that's traveled so far to come for the message, for the service this morning. I know you didn't come just to see or hear me, you come to meet the Lord Jesus. And so I'm trusting that he will give to you the desire of your heart.</w:t>
        <w:br/>
        <w:t>Now I'm … am back … come back, taking the family to Tucson and returned. I'm tired and wore out. And I'm been going all summer, since last January, and now I've come to go down in Kentucky this week, to go hunting with some friends, to try to relax a little. It makes me nervous so much, you know, so I'm… Billy and I both are just about gone, so we pray that God will help us this week to relax.</w:t>
      </w:r>
    </w:p>
    <w:p>
      <w:r>
        <w:t>3. The Lord willing, I want to be back here again next Sunday if the Lord willing. And I want a special service next Sunday. I want to do something a little different than ordinarily. Now, I give this out so that the people who would … might not be interested wouldn't have to come, but we always pray for the sick, the Lord willing, when the people come. And next Sunday I want to find out what's on all your hearts. I want you to write out, today, when you leave, and lay it upon the desk, and Brother Neville will give them to Billy Paul, and he to me, what's on your heart. Just say if it's a Bible question, usually I have it that way. I'm going to open it a little further now, maybe there's some problem on your heart that you can't get it through somehow, like that you got, oh, maybe a domestic trouble. You don't have to sign your name to it, but just … "My husband does so-and-so and it hinders me." "My wife does so-and-so." "And there's a certain thing takes place in life," or something, you know, just what's on your heart, something that's troubling you. I think that would be good Do you? Then just find out there, and maybe you ask the question and I might answer for somebody else. See, they may have the same trouble. And just what's on your heart, make it just as brief as possible, like "I have a child that seems to be going wrong, what must I do?" "I have a husband that won't come to church with me. He gets arrogant with me, what must I do?"---or a wife the same way. Or, you know, "The Bible says 'this' in one place and 'this' in another place, I don't understand it. These, I'd like to know what it means." "And should I, in the case of a Christian, when I'm working at the office and the boss says such-and-such a things, and he asks me to go with him to a party, and in this party they drink, what should I do?" See, just, you know, things like is on the human mind. We want you to…</w:t>
      </w:r>
    </w:p>
    <w:p>
      <w:r>
        <w:t>4. And, therefore, then I got to go back then, after that, to Arizona. And I thought I'd … would get a chance to kind of help you to understand, and the best that I can. I'd like to have as many as I could put on the pulpit today before you leave. Just write it and lay it up here, and Brother Neville or one of them will give them to me. And this week, down in the mountain, I'll have a chance to study it and pray over it, and get the scriptural answer for you to everything that I can, to help you. For that's why we are assembled here, is to help one another, see. You help me as you pray for me, and I hope I can help you. Now, then, don't forget, that'll be next Sunday morning.</w:t>
      </w:r>
    </w:p>
    <w:p>
      <w:r>
        <w:t>5. And now today, we're … are visitors with us, as usually. And how many's from over a hundred miles away, raise your hand? That's ninety-nine percent of the congregation. A few Sundays ago, I said, "How many's from so-far away," or something, and I couldn't get no hands from Jeffersonville. Next day I got it, though, they said, "Brother Branham all the visitors come in," and said, "we just let them take our place in the church." So said they come, hundreds come by and couldn't get in, said, "Because we seen the visitors, see." Now, that's nice of the Jeffersonville people around here. We're grateful for that, Jeffersonville, and New Albany, and the people around about. We're grateful for that. How many's from a thousand away, My! How many's from over a thousand away, raise your hands? Oh, goodness! That's fine. That's…</w:t>
      </w:r>
    </w:p>
    <w:p>
      <w:r>
        <w:t>6. Last Sunday, was a week ago, I spoke on the subject, "The Future Home Of The Bride And Groom," and I think we were from fifteen hundred square miles around. And it happened to be, that was exactly the measure of the city I was speaking about, fifteen hundred square miles. I've been feasting on that ever since, knowing that when this life is over, I'm going to that city. I'm bound for that city, and nothing else matters. What if the sun doesn't shine today, or tomorrow never comes, what difference does it make? We got a home, a resting place. Tired or not tired, we still have that resting place. You say, "That's an old man's dream." No, it isn't. It isn't. It's the Bible truth.</w:t>
      </w:r>
    </w:p>
    <w:p>
      <w:r>
        <w:t>7. One night after speaking here, there was a man rushed around behind the platform here, as I went out the door and was trying to get me out to the car. And this young fellow said, "I want to just say one word to you." Billy and some of the brethren trying to take me on to the car. He said, "Can I just say the one word?"</w:t>
        <w:br/>
        <w:t>I said, "Say on, sir."</w:t>
        <w:br/>
        <w:t>And he said, "You was talking tonight, about bawling them women out, the way they were dressing, wearing them clothes." Said, "A man of your age would think that, but if you was my age you'd think different."</w:t>
        <w:br/>
        <w:t>I said, "How old are you?"</w:t>
        <w:br/>
        <w:t>He said, "I'm twenty-seven."</w:t>
        <w:br/>
        <w:t>And I said, "I was ten, fifteen, years younger than you, I was preaching the same thing, see. It's what's in your heart, boy. Your eyes see through your heart." And he just dropped his head and walked away. I guess there's no more answer to that. See, it depends on what's in here is what's going to come out through here and here. See, Jesus said, "If you say different from what's in here, then you become a hypocrite.</w:t>
      </w:r>
    </w:p>
    <w:p>
      <w:r>
        <w:t>8. I'm glad this morning, somewhere in the congregation, to have a very precious friend of mine, brother, Reverend Eddie Byskal and his wife and children. I suppose they got into the meeting this morning. Eddie, are you here? I thought you… Well, maybe he didn't get to come. Brother, oh, yes, way… Now, that's not the "amen" corner, Eddie. You're welcome up here on the platform with the ministers, if you want to come. And then we've been on…</w:t>
      </w:r>
    </w:p>
    <w:p>
      <w:r>
        <w:t>9. Brother Eddie was along when the Lord gave me the vision about the bear and the caribou. How many remembers that when I told you? All right, he was there. He was the young fellow had on the checkered shirt, Brother Eddie Byskal. And he stood there where … and I asked them if they had a checkered shirt, any of them. "Nope," no one had it. I said, "Well, it might… It's got to be a checkered shirt. There's going to be a big silver-tip grizzly, and some kind of an animal that's got forty-two inches over its horns, like this, looked like a deer." And that was about six months, I said here, you know, before it happened; long about this, oh, earlier than this in the year.</w:t>
        <w:br/>
        <w:t>Then I was invited up there to this man, to go hunting. I never been back in that country, back there where we went, and I said it. But the little trail, that's way up on the Alaskan Highway, where there's nothing but woods and mountains and animals. And that night at the trailer when I was telling Brother Byskal back there and Brother Southwick, he said, "Well, we're going up in sheep country," said, "it won't be up there."</w:t>
        <w:br/>
        <w:t>And I said, "Yes," and I said, "It was one of the little fellows was with me had a checkered shirt on." Nobody had a checkered shirt, Brother Byskal didn't have one, none of the rest of us had one.</w:t>
      </w:r>
    </w:p>
    <w:p>
      <w:r>
        <w:t>10. The second night up, we had seen, spotted ram way up above timber line. Now, that's way up where timber don't even grow, where's there's nothing but caribou and sheep, and we had spotted some way away. And on the road down that afternoon, Brother Byskal had stumbled into some water and gotten wet.</w:t>
        <w:br/>
        <w:t>The next morning we got up early and started after the rams that we thought we were going to get. And on his… We got up there and we was … had eaten our dinner, and we couldn't find the rams, and Brother Byskal had just shot a caribou. So then I, looking around, and we went up, Brother Southwick said to me, said, "I believe we'll … if you want to walk right good, Brother Branham, we'll go over this mountain, down in that draw, them rams might have went over there," which is a long walk. But it don't get dark maybe till real late, it's maybe ten or eleven o'clock sometimes.</w:t>
      </w:r>
    </w:p>
    <w:p>
      <w:r>
        <w:t>11. And it's a good long walk over them rocky mountains. So I like to walk, and so we was standing there with our arms around one another, both of our beards turning gray, with our arms around each other, crying and knowing, I said, "Brother Bud, I hope someday, in the millennium, I can walk all them mountains there."</w:t>
        <w:br/>
        <w:t>He said, "I hope I'm with you, Brother Branham." And we was standing there, just rejoicing in the Lord. And I love the mountains so well!</w:t>
        <w:br/>
        <w:t>And then we went down. That's when Brother Byskal there shot the caribou. That, he's a missionary to the Indians, and he wanted to feed this to his Indians. So we went down, ate our dinner, and dressed the caribou out and come back.</w:t>
      </w:r>
    </w:p>
    <w:p>
      <w:r>
        <w:t>12. Bud and I were going up across the mountain, and when we happened to look over, and in the distance, with my glasses, I spotted this animal that I had saw, just in a panoramic, like I told you here. Brother Byskal there, standing right by our side. And so I said, "There is that animal."</w:t>
        <w:br/>
        <w:t>And he put the glasses on, and said, "It's a great big, old, mammoth bull caribou."</w:t>
        <w:br/>
        <w:t>And I said, "I never seen, I thought they had panel horns." But this one had spikes, he was an odd-looking fellow, just like I saw in the vision. I never shot caribou before.</w:t>
        <w:br/>
        <w:t>"So, well," he said, "If the Lord's give him to you," he said, "there just…"</w:t>
      </w:r>
    </w:p>
    <w:p>
      <w:r>
        <w:t>13. I said, "Yes, that's bound to be it. The only thing I'm wondering about is that checkered shirt." And I looked around, and Brother Eddie, his wife must have put it, she's there with him, must have put it in his duffel bag. When he got wet the day before, he had changed shirts, and there was the checkered shirt. I said, "This is it."</w:t>
        <w:br/>
        <w:t>When I got over and got the caribou, he, Bud, said to me, said, "Now, Brother Branham, you say these horns are forty-two inches?"</w:t>
        <w:br/>
        <w:t>I said, "That's what they'll be."</w:t>
        <w:br/>
        <w:t>He said, "Looked to me like about ninety-two."</w:t>
        <w:br/>
        <w:t>I said, "No. They're forty-two inches."</w:t>
        <w:br/>
        <w:t>He said, "Now, according to what you told me, before we get back to that boy down there with the checkered shirt on, Eddie," (where they was going to meet us down below the mountain, couple miles), said, "you're going to kill a grizzly bear."</w:t>
        <w:br/>
        <w:t>I said, "That's 'thus saith the Lord.' "</w:t>
        <w:br/>
        <w:t>He said, "Brother Branham, where is he coming from? I can see for fifty miles around."</w:t>
        <w:br/>
        <w:t>I said, "He's still Jehovah-jireh. The Lord can provide for Himself, see. He can make squirrels come into existence. He can make a ram come into existence, if He has spoke it about a bear, a bear can come into existence."</w:t>
      </w:r>
    </w:p>
    <w:p>
      <w:r>
        <w:t>14. Us trying to pack this heavy caribou down, the trophy, down the mountain, and I packed the rifle part of the time, and then he would pack the rifle, and vice versa. And when we got almost to a big glacier, why, we got under there. It was kind of hot, we get in the glacier of ice, and sat down there a while to cool off. He said, "You know, Brother Branham, we're not over about a mile from where Eddie and Blaine, them two boys, be standing. That old bear better be showing up."</w:t>
        <w:br/>
        <w:t>I said, "Bud, I believe you're doubting it."</w:t>
        <w:br/>
        <w:t>He said, "Brother Branham, my brother had epileptic fits for so many years. And you told me once, the first time up here, when we went down to another place, told me what that boy looked like." And Eddie was riding right by my side there, on a horse, when the Lord gave the vision. And I told them what to do with the boy, the fits stopped. And now he said, "I can't doubt it."</w:t>
      </w:r>
    </w:p>
    <w:p>
      <w:r>
        <w:t>15. I said, "Bud, I don't know where the bear is coming from." But I was about fifty, I'm fifty-five now, so that's been about three years ago. I was about fifty-two or fifty-three. I said, "I've never seen it fail. God will give me that grizzly bear before I get to them boys." And we was almost down to where the small spruce and timber started in.</w:t>
        <w:br/>
        <w:t>A little lower down the hill, we was almost into the timber, he sat down. He was the one that was packing the trophy then, I had the rifle. And he said, "That old bear better be showing up, hadn't he?"</w:t>
        <w:br/>
        <w:t>I said, "He'll be there. Don't you worry."</w:t>
        <w:br/>
        <w:t>He said, "I can see every hill."</w:t>
        <w:br/>
        <w:t>I said, "But I see the promise!" See? See, He promised. I said, "Ever what He…" I said, "Bud, what is that setting right there?"</w:t>
        <w:br/>
        <w:t>He looked, said, "It's a big silver-tip grizzly." Said, "That's him." When we got the grizzly and come back… Now remember in the vision I told you, I was scared about the rifle. It was a little bitty .270, small bullets, you see. It's on tape. And I got the bear, just about five hundred yards, like it said. Bud said, "You better shoot that bear in the back." He said, "Did you ever shoot a grizzly before?"</w:t>
        <w:br/>
        <w:t>I said, "Nope."</w:t>
      </w:r>
    </w:p>
    <w:p>
      <w:r>
        <w:t>16. He said, "Oh, they don't know what death is!" I learned that a little later. So he said, "They don't break up from shock," said, "you better shoot him."</w:t>
        <w:br/>
        <w:t>I said, "According to the vision, I shot it in the heart."</w:t>
        <w:br/>
        <w:t>He said, "Well, if that vision said so, I'm going to stand by you."</w:t>
        <w:br/>
        <w:t>And I said, "Here we go." And we got a little closer, and when I raised up, the bear saw me. That was what he wanted, to make a charge. And I shot the bear, it didn't seem like it even hurt him. Here he come! And before I could get another bullet in the gun, the bear died about fifty yards from me.</w:t>
        <w:br/>
        <w:t>Bud was white around the mouth, he said, "Brother Branham, I didn't want him on my lap."</w:t>
        <w:br/>
        <w:t>I said, "I didn't either."</w:t>
        <w:br/>
        <w:t>Said, "I'm glad that vision said you got him." He said, "Now, if that, if them horns are forty-two inches, I'm going to have a…" I'll say it the way he did, said, "I'm going to have a screaming fit."</w:t>
        <w:br/>
        <w:t>I said, "Well, you just have it right now, because that's what it's going to be."</w:t>
      </w:r>
    </w:p>
    <w:p>
      <w:r>
        <w:t>17. When we got down to Brother Eddie, I said to Brother Eddie… We tied the horses off, they're scared of a bear. And, oh, my, they had to smell it. We couldn't skin him out, it was too late; had to come back the next day. And then we broke up the string about ten times, and horses running everywhere. So then when we got down there, he said… Went and got the tape measure out of his saddle bag, said, "Blaine."</w:t>
        <w:br/>
        <w:t>I said to Brother Eddie, I said, "Watch that little hand now, according…" I thought it might have been Billy Paul, little bitty hand hold the tape measure around the horn. I said, "Watch that little hand," punched Brother Eddie. We stepped back. He put it right up like that, exactly on the nose, forty-two inches. See, just exactly. Jesus never fails! That Word will never fail as long as it comes from God.</w:t>
      </w:r>
    </w:p>
    <w:p>
      <w:r>
        <w:t>18. I've just spotted in our midst, Brother and Sister Jackson from South Africa. I guess they've been introduced. And have you, Brother Jackson? This morning, stand up, you and Sister Jackson. I'd just like for them to see. My brother, Eddie, here is an old hunting partner from South Africa, too, way down. The Lord bless you, Brother Jackson and Sister Jackson, so glad to have you here with us. And all the ministers in the building raise up your hand, all that's in the ministry. Well, that's fine and dandy, good. The Lord bless you. We're glad to have you all here. I'm going to have a prayer line in a few minutes, so I don't … I wish I could have you all to stand up and come up and preach for me. We're so glad to have you, every one of you.</w:t>
      </w:r>
    </w:p>
    <w:p>
      <w:r>
        <w:t>19. When I think of your loyalty, and coming across the nation, and so forth, to hear me speak about that lovely Lord Jesus, your confidence that you have that He hears my prayers. I was talking just a few moments ago on private interview to a certain member of this church, not over forty-five minutes ago, broken-hearted mother. And just as I started to say something to the woman, (I don't know whether she'd want me to say who she was or not), there came that same light that you see in that picture. It was all over, she went happy. We're so glad, today, in this shifting age that we're living in, where you can hardly put confidence in anything, we have a Kingdom that cannot shift, cannot move. The unmovable! Not the rock of Gibraltar, but our faith can rest solemnly upon the rock of ages, upon Jesus Christ, the unmovable rock of salvation.</w:t>
      </w:r>
    </w:p>
    <w:p>
      <w:r>
        <w:t>20. I want to thank the sister that brought the little triune box with a Bible in it for my wife that's here. She had made a covenant to the Lord about this little box. She had cherished it. It's got some … like pictures of old times on it. And she asked the Lord… She had cherished the box a little too much, perhaps. Just an ordinary little box in the shape of a pyramid. And she brought it with a Bible to my wife. Thank you, sister. Every one of your little gifts and things that you give Billy Paul and those, they get to me. I'm grateful for everything. God be with you.</w:t>
      </w:r>
    </w:p>
    <w:p>
      <w:r>
        <w:t>21. Don't forget now, next Sunday morning. As soon as service is over today, write out your question. If you can't, bring it next Sunday morning. I'll come a little early, then let them bring it to the room, so I can have time to give it a scriptural background. And we'll answer the questions next Sunday morning, the Lord willing.</w:t>
        <w:br/>
        <w:t>Now, there's many handkerchiefs laying here. And I push them back, just in order to get my notes down here, and my … also my Bible, so, or my Bible and my notes, rather, so that I can have a little room. But I'm … I pray for each one.</w:t>
      </w:r>
    </w:p>
    <w:p>
      <w:r>
        <w:t>22. I scripture my note down, I have just a short time. I won't keep you like I did the last time I was here, around four hours. I made myself a promise, if I taped anymore like that, I'd tape them by myself here, or something or another, so I wouldn't have to hold you so long.</w:t>
      </w:r>
    </w:p>
    <w:p>
      <w:r>
        <w:t>23. Is Dr. Lee Vayle in this morning? I wanted to ask if Dr. Lee Vayle… Are you here, Brother Vayle? Raise up your hand if you are. Is he in the back? All right, thank you, Brother Roy. And I want you to be sure to check those notes, Brother Vayle. You're somewhere in the crowds back there that I can't see, or in the hall. We have to watch, can't let too many stand, the fire marshal won't let us do that, you see, and so we are. I want you to check my revelation on serpent's seed, to be injected into the first, Ephesian church age that he's writing, regrammarizing it for me. Beautifully done! And I want you to check that and let somebody say something against the serpent's seed now (whether it was right, or not)! So the Lord just gave it to me yesterday, see. Oh, it's beyond! How I get a message, I'll be going along and something strikes me. Then … and if I know it's God, I'll take it over and find it in the Scripture. Then I have… It's never failed, but, from Genesis to Revelation, run true, no matter what people think about it. And it's been more so than ever since those seven seals. See, that did it that time. So the Lord bless you now as we study. Now in respects to the Word…</w:t>
      </w:r>
    </w:p>
    <w:p>
      <w:r>
        <w:t>24. And I believe somebody, the engineer, ever who it is on, it's getting a little rebound here on the acoustics. Now can you hear in the back, all right? Raise up your hands if you can. Fine!</w:t>
        <w:br/>
        <w:t>Now let us turn in the Bible, to two places in the Scripture, and I'll try to get the message out and get out on time, if the Lord willing. And now let's turn to Mark, the 5th chapter, and to the I Kings, the 10th chapter; Mark, the 5th chapter; I Kings, the 10th chapter.</w:t>
        <w:br/>
        <w:t>Now, for the stranger that might be within our gates, this, we put our Sunday School in one great class. And that's this class here, because the rooms are all packed out with the people and we can't have regular separate classes, and we study a little on the Word, have fellowship together. We don't… We are not any denomination. We have no denomination. We are just free in the Lord, and we not mean a bunch of fanaticism. We just teach the Bible, and that alone. And the Lord is so good to us, till He backs it up and shows that that is true. And it gives us great consolation.</w:t>
      </w:r>
    </w:p>
    <w:p>
      <w:r>
        <w:t>25. And now you are welcome to be in our midst at any time. Now, I'm not here all the time, but we have some fine pastors here; Brother Neville, one of our pastors; Brother Capps, another of our pastors; and Brother … and Brother Collins, Wilbur Collins, another, our pastors. And then we have different ones from different parts, our little associated churches. If you're around in Texas, the Martin brothers here, and Brother… What's the brother that comes with you? I can't see Brother Blair this morning. Oh, Brother Blair, I didn't see you, Brother Blair, Brother Ruddell, right back here, one of the churches on 62, one of the sister churches here. Brother Junior Jackson, sitting right here by Brother Blair, I see him now, another one of our sister churches. And we got churches around over the country from everywhere.</w:t>
      </w:r>
    </w:p>
    <w:p>
      <w:r>
        <w:t>26. Brother Jack Palmer, on his road up, I think they were speeding a little, with the new car of his boy, kind of, you know, kind of getting a little out of the speed limits, and had an accident. He hurt his jaw, and he wasn't able to come, he went back home. So he's doing all right. And Brother Ben, here, another one of our brethren up in Kentucky here, he called him this morning to see if they needed any money or anything that the church could help them with, he said everything was fine. And he was turning a bend with too much speed, and hit some gravel, and it mashed his jaw or something. And they called from down there, when he turned his car into a post or something, and called for to be prayed for.</w:t>
        <w:br/>
        <w:t>Brother Billy Collins also, we know, mashed his thumb real bad, broke the bone in it, I hear, and they had to set it. So we want to remember him in pray.</w:t>
      </w:r>
    </w:p>
    <w:p>
      <w:r>
        <w:t>27. And now the reason that we stand. When we pledge allegiance, flags passing by, or anything, we always stand at attention, or salute, or stand, at least, to show respects to our nation, which we should do it, and to our flag. And then what about our Lord, when we're reading his Word? Let us stand now as we read St. Mark 5, and beginning with the 21st verse. Notice closely now as we read:</w:t>
        <w:br/>
        <w:t>And when Jesus was passed over again by ship unto the other side, much people gathered unto him: and he was nigh … the sea.</w:t>
        <w:br/>
        <w:t>And behold, there came one of the rulers of the synagogue, Jairus by name; and when he saw him, he fell at his feet,</w:t>
        <w:br/>
        <w:t>And besought him greatly, saying, My little daughter lieth at the point of death: I pray thee, come and lay thy [hand] hands on her, and she may be healed; and … shall live.</w:t>
        <w:br/>
        <w:t>… Jesus went with him; and much people followed him, and thronged him.</w:t>
        <w:br/>
        <w:t>And a certain woman, which had an issue of blood twelve years,</w:t>
        <w:br/>
        <w:t>… had suffered many things of many physicians, and had spent all that she had, and was nothing better, but rather grew worse,</w:t>
        <w:br/>
        <w:t>When she had heard of Jesus, came in the press behind, and touched his garment.</w:t>
        <w:br/>
        <w:t>For she said, If I may but touch his clothes, I shall be whole.</w:t>
        <w:br/>
        <w:t>And straightway the fountain of her blood was dried up; and she felt in her body that she was healed of the plague.</w:t>
        <w:br/>
        <w:t>And Jesus, immediately knowing in himself that virtue had gone out of him, turned him about in the press, and said, Who touched my clothes?</w:t>
        <w:br/>
        <w:t>And his disciples said unto him, Thou seest the multitude thronging thee, and sayest … Who touched Me?</w:t>
        <w:br/>
        <w:t>And he looked around about to see her that had done this thing.</w:t>
        <w:br/>
        <w:t>But the woman fearing and trembling, knowing what was done in her, came and fell down before him, and told him all the truth.</w:t>
        <w:br/>
        <w:t>And he said unto her, Daughter, thy faith has made thee whole; go in peace, and be whole of thy plague.</w:t>
        <w:br/>
        <w:t>And while he yet spake, there came from the ruler of the synagogue's house certain which said, Thy daughter is dead: why troublest thou the Master any further?</w:t>
        <w:br/>
        <w:t>As soon as Jesus heard the words that was spoken, he said unto the ruler of the synagogue, Be not afraid only believe.</w:t>
        <w:br/>
        <w:t>And he suffered no man to follow him, save Peter, … James, … John the brother of James.</w:t>
        <w:br/>
        <w:t>And he came, cometh to the house of the ruler of the synagogue, and seeth the tumult, and when … and that wept and wailed greatly.</w:t>
        <w:br/>
        <w:t>And when he was come in, said unto them, Why make ye this ado, and weep? the damsel is not dead, but sleepeth.</w:t>
        <w:br/>
        <w:t>And they laughed him to scorn. But when he had put them all out, he took the father and the mother and the damsel, of the damsel [rather], and then them that were with him, and entered in where the damsel was laying.</w:t>
        <w:br/>
        <w:t>And he said to the damsel, and he [pardon me] he took the damsel by the hand, and said unto her, Talitha cumi; which is, being interpreted, Damsel, I say unto thee, arise.</w:t>
        <w:br/>
        <w:t>And straightway the damsel rose up, and walked; for she was … the age of twelve years. And they were astonished with a great astonishment.</w:t>
        <w:br/>
        <w:t>And he charged them saying that no man should know it; and he commanded that something should be given her to eat.</w:t>
      </w:r>
    </w:p>
    <w:p>
      <w:r>
        <w:t>28. In the Book of I Kings, 10th chapter, we read these three verses:</w:t>
        <w:br/>
        <w:t>And when the queen of Sheba heard of the fame of Solomon concerning the name of the LORD, she came to prove him with hard questions.</w:t>
        <w:br/>
        <w:t>And she came to Jerusalem with a very great train, with camels that bare spices, … very much gold, and precious stones: and when she was come to Solomon, he … she communed with him of all that was in her heart.</w:t>
        <w:br/>
        <w:t>And Solomon told her all her questions: there was not any thing hid from the king, which he told her not.</w:t>
      </w:r>
    </w:p>
    <w:p>
      <w:r>
        <w:t>29. Let us pray. Lord Jesus, as we read these stories of the Bible, our hearts jump for joy. For we know that thou art God, and You never change. You never change your methods, You never change your ways, You remain God forever. And we pray, God, that You will bring the interpretation to us this morning, of these scriptures that You would have us to know, that our hearts might be discerned, the great Holy Spirit would come among us today and discern our thoughts and our hearts. And may there be nothing left, that our hearts will not … be so full of joy when we leave here that we'll say like those who came from Emmaus that night, "Did not our hearts burn within us as He talked to us along the way!" Thou ever remains God, and we are thy hungry children gathered this morning. For, it's written, "Man shall live by every word that proceedeth from the mouth of God." Bless us in our gathering together and all these people, Lord, that's come for hundreds and, yes, thousands of miles. We pray, that as they go home, their hearts will be satisfied with the good things of the mercy and grace of God. For we ask it in Jesus' name. Amen.</w:t>
      </w:r>
    </w:p>
    <w:p>
      <w:r>
        <w:t>30. A very odd little text, three words that I want to speak from out of all this reading. You might say, "That's a very small thing, three words out of all that you read, a portion of two chapters of the Bible." But I did that for a background to take these three words: "Proving His Word."</w:t>
        <w:br/>
        <w:t>You know, there's a scripture in the Bible, in I Thessalonians 5:21, where it is written, "Prove all things; hold fast to that which is good." When anything is proven, it will either be proven right or wrong. And when there's anything in question, it should be proven until you find out what is right. And then as you find what is right, it said, "Hold fast." In other words, grip it, don't turn it loose. Hold it fast! In other words, hold it tight, so that it will not slip. Hold fast to that which is good, after it's been proven right. And anything that's proven not right, then turn it loose as quick as you can, get away from it. Don't never hold onto the wrong thing.</w:t>
      </w:r>
    </w:p>
    <w:p>
      <w:r>
        <w:t>31. Now, it is possible that staunch Christians, fine people, hold sometimes, hold to the wrong thing, thinking it is right. But then these things should be proven, whether they are right or wrong. And it's the duty of all of us, as we are expecting to go to heaven when Jesus comes. And it's the minister's duty, when any question is brought up, that he solves this out, and then proves it before the people, that they might understand, because no one wants to be found wrong, holding to the wrong thing.</w:t>
        <w:br/>
        <w:t>So we have a Scripture and Jesus said, "all Scriptures must be fulfilled" that we should prove all things. And then, hold fast, or, hold tight, get a death-grip on it. And don't turn it loose, hold fast to that which is good.</w:t>
      </w:r>
    </w:p>
    <w:p>
      <w:r>
        <w:t>32. I remember in school, I learned something, and many of you learned the same lesson. When you have solved a problem, worked it out, you can take the answer and prove it by the problem. How many ever did that? All of you, of course. Then you don't have to worry whether your answer is right or not, the problem's answer has been proved by the problem. Therefore, you know you got the right answer. If every one of yours on your slate or sheet has been proven, the problem proved by … the answer proved by the problem, then you got it. No one can say it's wrong, you've got to get… And if you do your work neatly and correctly, and the way it should be done, and your answer has been proved, you can sit back and rest with the assurance that you're going to get an A on that, on that sheet of paper that you turn in, because it's been proven, proven by the problem.</w:t>
      </w:r>
    </w:p>
    <w:p>
      <w:r>
        <w:t>33. Now, there is also an old proverb that says, "Prove it, and I'll believe it." Now, they got one of our state, one of our states in the nation, they have a slogan, "I'm from Missouri, show me." See, in other words, "Prove it to me, I'm from Missouri." But this doesn't work always, because God has, in every age, fulfilled and proved the work that He has set out for that age, and spoke it in his Word. And every time that God's Word has been proven in the age, the majority has turned it down. So, prove it, and I'll believe it, is not so. You can only have faith as God gives you faith." Faith is a gift of God. Ever how religious you may be, yet it must take the … you must have faith. And your faith can only rest, if you're a Christian, upon the proven Word of God.</w:t>
      </w:r>
    </w:p>
    <w:p>
      <w:r>
        <w:t>34. Now, remember, God 'lotted his Word to each age, and foretold what would happen in this certain age that He was speaking of. Now, if Moses would have come with the message of Noah, it would not have worked. If Jesus would have come with Moses' message, it would not have worked. Or one prophet came with the other prophet's message, it not have worked. But through his prophets, He has revealed the entirety of all of Himself and his plan. Therefore the Bible cannot be one word added to it or one word taken from it.</w:t>
        <w:br/>
        <w:t>So if you prove your problem by your … your answer by your problem, then why not prove the answer that we're not getting by the Word of this age. If the Bible speaks that a certain thing is to happen in this age, it's in the Bible and it will happen. Then if your answer that you're trying to tell the people, if it's proven by the Book, then it is true, it's true, otherwise, it isn't.</w:t>
      </w:r>
    </w:p>
    <w:p>
      <w:r>
        <w:t>35. Now we see another one, then you, no doubt, have heard them say, "Seeing is believing." That's another old proverb we have here, but that doesn't work either. It doesn't work, 'cause men can sit and look right straight at anything and they'll not see it. The word "see," the English word "see" has so many different meanings to it. "Sea" might mean "a body of water." And "see" might mean "to understand." "See" might mean "to look at it." And, oh, there's just all kinds of words you can use. But when you say, "seeing is believing," you're mistaken.</w:t>
        <w:br/>
        <w:t>When you understand it, you believe it. Jesus said, "Except a man be born again, he cannot see the kingdom," in other words, understand the kingdom, because the kingdom is the Holy Spirit in you. So you have to understand what this is in you. And the only way you'll understand it, is compare what it makes you do with what the Bible said it would make you do. Then your problem's solved, see. And, then, He is that Holy Spirit.</w:t>
      </w:r>
    </w:p>
    <w:p>
      <w:r>
        <w:t>36. So, seeing is not believing. I can prove that by the senses of the body, see, that seeing is not believing. I cannot see this bottle of oil. I could not see it because it's behind me, yet I have a sense of feeling that tells me I've got it in my hand. See? Now, I couldn't see it, it's impossible. And now I could not reach it, it's impossible, and yet I believe it. This, seeing is believing; this, feeling is believing. Now I close my eyes, I neither could see it or feel it, but if I get it close and could smell it, I still believe it's there. So, faith is the substance of things hoped for, the evidence … not seen, taste, felt, smelt, or heard. You believe it! And faith must have a resting place. And anything that's contrary to the Word of God, faith in God can have no resting place unless it's a promise of God. And there it takes its eternal stand.</w:t>
      </w:r>
    </w:p>
    <w:p>
      <w:r>
        <w:t>37. But in the face of all these un… doubting ages and things that we have went through and live in today, the worst of all, in the face of all this doubt, God does go right on proving his Words to be right, as He has in every age. He… Unbelief doesn't stop God, it doesn't hinder Him. I don't care how much the world unbelieves, it's still going to happen. Unbelief doesn't do nothing but condemns the unbeliever. The unbelief will send the unbeliever to hell. It'll rob him of every blessing God promised to him, but it doesn't hinder God from going right on with the believer. See, unbelief doesn't stop God, it only stops the unbeliever.</w:t>
        <w:br/>
        <w:t>You say, "I… The sun ain't going to shine tomorrow, I'm going to stop it." You try it. See? All right, you can't do it. God has set it in order and said it would shine, it's going to shine, that's all, He said it would. There might be some clouds under it, but it's still shining just the same. And you can't stop God with that. He, what…</w:t>
      </w:r>
    </w:p>
    <w:p>
      <w:r>
        <w:t>38. How does He make his Word known to the people? First, God knowing that there would be unbelievers … Now watch the wisdom of God. Knowing there would be unbelievers, and how the majority would be unbelievers. He, by foreknowledge, predestinated a seed for every age, that would believe it. Now if you'll notice in there, for each age goes right on with his Word, everything right on time, nothing hinders God. He goes right on, and every click is moving just exactly right. We think, sometimes, it's not going to work right. But don't you worry, his clock is timed just exactly to the split instant, and everything's working just exactly right.</w:t>
      </w:r>
    </w:p>
    <w:p>
      <w:r>
        <w:t>39. When I look around sometime and see these Rickys and Rickettas that we got today, and on the streets, and how everything's going on, I think, "O God!"</w:t>
        <w:br/>
        <w:t>"Wait a minute," He says, see, "My timepiece is turning just exactly right. I've got to put you upon the same basis I did the first man, them days. And I put you on the same basis of Luther, and on the same basis of Wesley." Because, you see, sin wasn't known then like it is now. And when we got more knowledge now than we had then, and when the enemy comes in like a flood, the Spirit of God raises a standard against it. See? And now today, we've got more knowledge, more understanding, so the rivers of unbelief is flowing in hard, but God raises a standard against it. But, remember, He's always… The reason that He predestinated these things to happen, He foretold them by his prophets they would happen. And when the righteous see these things confirmed, then they know it's right. Regardless of what anyone else says, they know it's right.</w:t>
      </w:r>
    </w:p>
    <w:p>
      <w:r>
        <w:t>40. We find out over there in, I believe, it's in I Thessalonians, He said, "He has predestinated us to the adoption of children by Jesus Christ." God, not saying I'll choose you, and don't choose you," but his foreknowledge knowed what you would do. So by foreknowledge He can set in order, and He's made everything to work for his good, and for your good.</w:t>
      </w:r>
    </w:p>
    <w:p>
      <w:r>
        <w:t>41. In Genesis, God told Adam and Eve what would happen when they disbelieved his Word. Now, He put right and wrong before them, and He said, "The day you eat thereof, that day you'll die." And God meant just exactly what He said. He always does, He means what He says.</w:t>
        <w:br/>
        <w:t>Satan led her to disbelieve it, for Satan himself never did believe it. He don't believe it, so he led her to believe it. And he still does the same thing, and teaches others the same, and they disbelieve it like she did. God fortified his people behind his Word, that's your only defense. Not your denomination, not your father or your mother, it's all right, but behind God's Word. That's the place that the believer is protected, behind the Word. That little avenue was broken there, with the little wonder if it's right or not? Reasoning come in and took the place of faith, they broke the bars. And God kept his Word, He performed it. Satan tried to get her to believe … disbelieve it.</w:t>
      </w:r>
    </w:p>
    <w:p>
      <w:r>
        <w:t>42. Or, reason, don't reason with it! You say, "Well, I believe…" You ain't got no right. When God says anything, just the way He said, that's the thing to do. You say, "well, I think…" But you ain't got no thought coming. Let the mind that was in Christ be in you. And Christ is the Word! Let the Word be in you. All other words be wrong, Christ's words is right! Others believe him and all of his reasons, like she did, reason, "Well, why would God do this? Now, isn't this just as good as that?" If it's contrary to the Word, it's not! So, anything, any teacher, any Bible expositor, anything else would teach you or try to get you to believe anything one little iota different from what this Bible says it, it's a false teaching. It's Satan, again, just exactly like it was to Eve. God goes right on, no matter what he does, what Satan does, God goes right on proving it to be so.</w:t>
      </w:r>
    </w:p>
    <w:p>
      <w:r>
        <w:t>43. Now look what he said to Eve, "Surely you will not die. You'll be wise." That's what the world's looking for today, scientific proof, some knowledge of a man. And he said, "Surely you'll not die."</w:t>
        <w:br/>
        <w:t>But God had said, "you will die," and God proved it so. And we can see it, He meant what He said. Go up here at the graveyard, you'll know whether He meant it or not. "The day you eat thereof, that day you die." And when you go up here and check any man you want to, of any age, there was never a man lived a thousand years. God proved his Word so, He'll do it every time.</w:t>
      </w:r>
    </w:p>
    <w:p>
      <w:r>
        <w:t>44. But, remember, He keeps all of his promises of blessing as well as He does his cursings. Because they eat thereof, that day they died; and He proves it to you, that they do die that day they eat thereof. He also keeps every Word He said about his blessings. Every promise, God keeps! Oh, I love that. You have to choose which one you want: his blessings, by believing; or his cursings, by perverting it. If you pervert it and believe the perversion side of it, then you're cursed. If you believe it just the way He wrote it, and hold onto it, then you're blessed. And it's always contrary to science, always contrary to people's scientific way of showing things. For He keeps every word, both of his blessings and his cursings.</w:t>
      </w:r>
    </w:p>
    <w:p>
      <w:r>
        <w:t>45. When men and women so sinned in the antediluvian world, he … against his true Word, Adam and Eve sinned against his true Word. And all generations that followed them begin to do the same thing, He pronounced death upon them, and finally it come to a total, completely annihilation of everything on the earth, was covered over by the water, washed it completely off with water.</w:t>
        <w:br/>
        <w:t>Now, the same God that brought a total annihilation to everything upon the earth, every herb, every creature but what He reserved and took above the earth, everything that He promised that He would do, that He done. And the same God that promised the water, and kept his Word, the same God promises the fire, and He'll keep his Word. He'll keep his Word.</w:t>
      </w:r>
    </w:p>
    <w:p>
      <w:r>
        <w:t>46. Now, now what did He do? How did they know his Word? Because his every way of doing, of proving Himself before He does any damage, or does any judgment, He always sends people the Word, and always warns the people. Oh, I love that! Then we can see exactly where we're at.</w:t>
        <w:br/>
        <w:t>There were all kinds of ministers and associations in the days of Noah, and there were all kinds of religions in the day of Noah, for Jesus said, "As it was in the days of Noah, so will it be at the coming of the Son of man." But there came on the scene, a prophet, and he started to do something, started to building an ark. And God sent his prophet, Noah, to prove to send his Word, and tell them that there was coming a destruction, that He could not stand the way that the people were doing, that He had to destroy man that He had once created.</w:t>
      </w:r>
    </w:p>
    <w:p>
      <w:r>
        <w:t>47. Now, the Word came to the prophet, always, He never changes. Malachi 3, said, "I'm God, and I change not."</w:t>
        <w:br/>
        <w:t>Noah was sent to a scientific age, with an unscientific message. Noah was sent to an intellectual age, with an unintellectual message. He was sent to an age of science, when he had a message of faith and promise to a scientific age. So could you believe that a scientific age would believe an unscientific message? An age of great intellectual, and then would you believe that they would have faith in something that seemed absolutely silly to the human mind? But God always does it in that way. Noah was a confirmed prophet of the Lord, and he was God's messenger of the hour. He had to believe that, the people had to believe his message after he had been confirmed of the Lord, that it was God's Word, and God was going to keep his Word.</w:t>
      </w:r>
    </w:p>
    <w:p>
      <w:r>
        <w:t>48. Now it's the same thing today. We're at the end time. Now, those people ought to have known, see. Now, you noticed, Noah was a type of the Jews that'll be carried over through the tribulation. Enoch was a type of the real message, of the translation of the church, for Enoch was taken up then the flood came. And both of them … the first prophet, Enoch was taken out of the way so Noah could go on with his … God could go on with Noah. And now the church will be taken away so that God can deal again with the Jews, the remnant of the Jews, the 144,000, as we've been through it in the Scriptures here.</w:t>
      </w:r>
    </w:p>
    <w:p>
      <w:r>
        <w:t>49. But in the face of all the scientific, unbelieving age, God proved his word of promise true, by sending them the flood. Now, remember, in the days of Noah, it had never rained upon the earth. God had a mist to come up out of the earth and to irrigate, but it never rained. But Noah said, "It's going to rain." Now that was…</w:t>
        <w:br/>
        <w:t>They could take an instrument and shoot up into the skies, and say, "There is no moisture up there. There's no rain there. We can prove there's no rain there."</w:t>
        <w:br/>
        <w:t>Regardless of what science said, God said, "It was going to rain," so that does it. Now, what did God do? To my opinion, when some of them shook the world a little and throwed it out of its cater, then it threw the back this a way, the heat of the earth into the cold, only brought the moisture. And the world was covered over first, and the atmospheres up there, the humidity in the air, just come together in a form of cloud and let it down, that was all.</w:t>
        <w:br/>
        <w:t>Now we know today, that there's fire up there, 'cause the gases are in the earth. And the Bible said, "The heavens and earth will pass away with a great noise, and the earth shall melt with fervent heat." So we know that it's up there, so just the same as it was in the days of Noah.</w:t>
      </w:r>
    </w:p>
    <w:p>
      <w:r>
        <w:t>50. And now remember, the message of Noah's time was only by faith, and not scientific proven. But, today, the message is according to the Word of God, and scientifically proven. Elijah come first, doing miracles, not doing any preaching; just going from place to place, doing miracles. The next time, he come in the form of John the Baptist, he come doing no miracles, just preaching. And the third time he comes, there's both miracles and preaching. See? See how it is? Watch how in continuity the Scriptures run. We could just spend plenty of time on that, but we won't, we'll omit it, because I believe you get the idea.</w:t>
      </w:r>
    </w:p>
    <w:p>
      <w:r>
        <w:t>51. He did in that age just as He did in all ages, and like He will do, just as He promised to do. God promises anything, then He comes down and proves his Word to be right. All that believe, all that believe the message of that age, come in and was saved. So will it be in any age. All who did not believe the message and the messenger, perished.</w:t>
        <w:br/>
        <w:t>And all who truly believe the Word of God today, will be taken out. All that does not believe the Word of God, will perish with the world, 'cause they are of the world, and everything that's in the world must perish with the world. And everything that's saved in God, must be in God, and cannot perish, "I'll give them eternal life, and raise them up at the last day." Now, what a consolation to every believer, to know, when you're in Christ, that just as sure as God keeps his Word and perishes the world, He keeps his Word and raises up his people and saves them. He proves it.</w:t>
      </w:r>
    </w:p>
    <w:p>
      <w:r>
        <w:t>52. He proves his word of promise true to Abraham in his age. Notice, it was unscientific, in Abraham's age, for a man of a hundred years old, and a woman at ninety, for them to have a baby, way past the age. But Abraham could not explain it. He'd go to the doctor, and say, "Doctor, is it possible?"</w:t>
        <w:br/>
        <w:t>"It's impossible!" Go to the hospital and make ready for the mother to have the baby, or whatever it would be if you want to compare it with this age, they'd call him insane, "He's out of his mind."</w:t>
        <w:br/>
        <w:t>But God said! And he… The Bible said in Romans, 4th chapter, that "Abraham staggered not at the promise of God, through unbelief, but was strong, giving praise to God. For he endured as seeing Him who is invisible, and was satisfied, held on." Holding fast, for he was fully persuaded that what God promised, God was able to do! And we're supposed to be his children. Amen! Now I feel religious, stimulated, get thinking of that! Oh, He proved it, after all those years, He turned Abraham, and Sarah back to a young woman, and had the baby. And Abraham and Sarah lived… Forty-five years later, Sarah died, and Abraham remarried again after being 145 years old, and had seven other sons besides his daughters. When, he was past bearing, he was sterile, he had no seed, no life left in him, almost another hundred years before that. Amen! Why? He considered not his own body, he considered not the deadness of Sarah's womb. He considered only what God said, and knowed God would prove what He said. Amen! God proves what He says He'll do. In the midst of unscientifics and scientifics, and amongst anything, whatever it is, God proves that He's right, always proves his Word. He's right, all others are wrong.</w:t>
      </w:r>
    </w:p>
    <w:p>
      <w:r>
        <w:t>53. Also He proved it to Lot, when He said, "If you don't get out of this city, I'm going to burn her." And He told Abraham, if He could find ten men, He'd spare the city. And He couldn't find the ten men, so He proved his Word was right.</w:t>
        <w:br/>
        <w:t>Where's the fire coming from? There's none out here on these plains, out here at these slime pits. But God said so, and Abraham knew it was going to happen. Lot knew it was so, and he escaped to the mountain.</w:t>
      </w:r>
    </w:p>
    <w:p>
      <w:r>
        <w:t>54. He promised his seed to be a stranger in a strange land, and be misjudged by the people, and they would sojourn, Abraham's seed, for four hundred years amongst strangers, strange people. And He fulfilled his Word just exactly what He said He would do. Abraham's seed did sojourn in Egypt four hundred years. He promised, also, to deliver them with a mighty hand. A strong hand, He would deliver the people out of the Egyptian bondage. And He kept his Word. Look what He had to do to get them children down in Egypt. It looked like disaster befall, was befalling, and everything.</w:t>
        <w:br/>
        <w:t>Looked like that it was horrible for Joseph to be considered dead, and poor Isaac … or Jacob, his father. Or Isaac, his father … rather, to Jacob, that was, Isaac was his grandfather. Jacob, his father, to believe that his own son had been killed by animals. How hard it was on little Joseph to know that the poor little fellow, away from his people, betrayed by his brethren, throwed into a ditch, supposingly to be dead, sheep blood put upon his coat, where, they had slayed a lamb to eat it, put the blood upon it and took it to his father, knowing all this. But Joseph could remember one thing, that the hand of the Lord was upon him. He knew that he was a believer. No matter how much his brothers turned him out, how much there was no cooperation or nothing else, Joseph knew God would keep his Word. When he saw that vision of all of them bowing before him, he knowed that had to come to pass because it was thus saith the Lord. Amen. Don't care how unreasonable it seemed, Joseph knew it was the truth. No matter how hard the task was, and what he had to go through with, he knowed someday every one of them would bow before his feet. How is he going to do it when they hated him? But he knowed God would prove his Word so, every time.</w:t>
      </w:r>
    </w:p>
    <w:p>
      <w:r>
        <w:t>55. So will He do it today! God will prove his Word so, no matter what science says, "It can't be done." How educated, intellectual we get, how the churches have gone off into a bunch of formality and so forth, God will still prove his Word right. Rest yourself right in that Word.</w:t>
      </w:r>
    </w:p>
    <w:p>
      <w:r>
        <w:t>56. Yes, Joseph had much to go through, but, to go down into Egypt, but God brought him out just exactly like He said; a very beautiful type of today, if we had time to go into it. I believe we have, before, here at the Tabernacle, went through it. But God kept his Word, 'cause, they had to stay down there. It was hard for those Hebrew children down there in Egyptian bondage, which had been blessed and given the fruit of the land, the best place, Goshen, to find out that they had to become slaves; and those mothers to have to give into the hands of an Egyptian soldier, the fruit of their womb, their darling little baby, and see them stand there, take a big knife and just cut it open and throw it over on the ground, feed it to the 'gators. Now, it was a hard thing to them, to have to go through that.</w:t>
        <w:br/>
        <w:t>But one day the predestinated seed was born, a child that was a proper child. There was something about him seemed strange. Out on the backside of the desert, one day, the Holy Ghost came down in the form of a pillar of fire and settled in a bush, and said, "I have heard the groans of my people, and I remember my promise. And the time of deliverance is at hand, and I'm sending you down there to do it." With a stick in his hand, his wife on a mule, a baby in her lap, he did it by the power of Almighty God. The most ridiculous thing, what would a crooked stick be to ten thousand spears? But, you see, God is in it. It depends on where his Word is. Moses had his Word, Pharaoh had spears. Moses had the Word.</w:t>
      </w:r>
    </w:p>
    <w:p>
      <w:r>
        <w:t>57. That's all he needed, was the Word. That's all you need today. It's not a credential from some church. You don't need a denomination to back you up. You need the Word, to take the rapture with it. You don't need some credential. You don't need some long history of some school, to be healed this morning. You need to accept the Word, that does it!</w:t>
        <w:br/>
        <w:t>You don't need the doctor's word. If the doctor says he's done all he can do, that's all he can do. If he says you got cancer, tumor, you're going blind, you're deaf, dumb, whatever it is, that doesn't matter. If you could take that Word through that burning promise of the bush yonder, amen, something's going to happen! God will prove his Word to be so, every time that it's received in the right kind of ground. That's what you're needing, his Word. He proves it, He keeps it. You can rest assure that it's right.</w:t>
      </w:r>
    </w:p>
    <w:p>
      <w:r>
        <w:t>58. He proves his Word in every age, by the most unusual way, but He always does it in the same way. See? What did He do in the days of Noah, when He's fixing to deliver the remnant? He sent them Noah, the prophet. He sent Noah, a sign.</w:t>
        <w:br/>
        <w:t>And now notice, when He comes to deliver the children of Israel, what does He do? His same way, He sends His prophet. His prophet's got the Word. The signs and wonders of the Word promised backs it up, that's it's exactly the truth. Israel made her march to the promised land, because they believed it.</w:t>
      </w:r>
    </w:p>
    <w:p>
      <w:r>
        <w:t>59. And in the wilderness journey, it came to pass that they disbelieved this prophet, after seeing the Word being so confirmed, the bride got out of step (you know what I'm speaking about, in the vision, see, "got out of step"). There was one stayed up, by the name of Joshua and Caleb, and believed the Word of promise true, regardless of what the circumstances was.</w:t>
        <w:br/>
        <w:t>Watch when they got to Kadesh-barnea. At Kadesh-barnea, Moses sent out one out of each tribe, to go spy out the land, see which way they was to enter. And he sent his general, Joshua, which was a prophet, so he sent a minor prophet under Moses. And Joshua listened to Moses. And they sent him out, so he said, "Go over and spy that land out."</w:t>
      </w:r>
    </w:p>
    <w:p>
      <w:r>
        <w:t>60. And the general went out and picked him out a man out of each tribe, and they took off. He took Caleb, his side buddy, because he knowed Caleb believed. They went over into the promised land, and came back with a bunch of grapes that taken two men to pack, see. He said now, "So that Israel will have the evidence before they even get into the promise. See, they'll have the evidence that God said it's a good land, and it's filled with milk and honey. It's a grand land. It's a good land. Now your … oh, all this old garlic, leek, and whatever you got here in Egypt. Now we're taking you to a land with milk and honey. You probably never tasted either one, milk or honey, down there in Egypt all these years. They just give you the slaves' rationing. But now you're going to this land." So just at the time they got in about one day's journey, where Kadesh-barnea, the great judgment seat of the world was, they stopped under these great palms out there, the springs, and camped. He said, "Now, to let the people know…" Watch what a perfect, what a real, perfect evidence it is, how God does that just as He does today. He said, "Now, God said, 'The land is great.' Now, before you go over, I want you to see the land is great. So go bring me back some evidence of the land and show it to the people."</w:t>
      </w:r>
    </w:p>
    <w:p>
      <w:r>
        <w:t>61. So they got up there. And now, always when you come to bring back an evidence, there the enemy lays in the road. When some of them fellows looked over and seen those great giants of Canaan, oh, my, they said, "We can't do it." But they brought back the evidence that the land was there. They had not been falsely led. God was proving to them his Word, even before they entered the land.</w:t>
        <w:br/>
        <w:t>Can't you see, today, that if you'll drive a thousand miles to hear the Word, and watch it being proved and confirmed, it's the evidence that it's a great land. You can see a shadow of a man laying, dying with a cancer, be made whole. And we see the Words of God that He spoke happening today, being confirmed, it's the evidence that He keeps his Word. There's a great land. If my life is just about gone, and God comes down and spares it again, that shows that there's an evidence of an eternal life. Where, you once wouldn't have darkened the door of that church, now you stand in line to get into it. It's an evidence. God keeps his Word and proves it to you, that it's true.</w:t>
      </w:r>
    </w:p>
    <w:p>
      <w:r>
        <w:t>62. Drive for thousands of miles; come out here the other morning and looked out there and seen them people feeding their babies out of a Coca-Cola bottle, a little cereal, about five o'clock in the morning, setting on that lot. I thought, "God, I'd be the lowest hypocrite in the world, to let them people come all that distance, and tell them something that was wrong. But I feel sorry for them, my heart goes for them. They're hungering and thirsting for God. Help me, Lord, to tell them the truth, or take me away from this world. Let me tell them people the truth, so help me, God." I said, "You hold my hand, and let me know what's truth, and then back that up by a confirmation of what I said to be the truth, that they'll know that it is the truth. Don't let them poor people be deceived." How my heart goes to something like that, to see faithful people!</w:t>
      </w:r>
    </w:p>
    <w:p>
      <w:r>
        <w:t>63. I imagine Joshua thought the same thing, that day when he gathered them around, seen them wash their clothes out and get ready against the third day. Yes, He proved it. Now Joshua said what? When they said, "Oh, we can't do it. You just can't do it. We'll have to get out of our organization. We're finished. See, we couldn't do it now. We just can't do this, because it's not reasonable." And when Joshua led them up there, it was in the month of April, when the waters was high, and Jordan was pretty near as wide as the Ohio river. Looked like God made an awful mistake.</w:t>
        <w:br/>
        <w:t>You know, sometimes you get sick, and you say, "Well, I'm a Christian. God, He made a mistake, He let me get sick, and I'm a Christian." Don't you realize that the Bible said that everything would work together for good to them that loves God?</w:t>
      </w:r>
    </w:p>
    <w:p>
      <w:r>
        <w:t>64. Where Joshua led them there, now, Jordan gets real low. You can wade across it 'most anywhere around, unless you hit a hole of water where it's pretty deep; you can, and with all the little fords and things right there at the banks where Jericho was at. Why, it's, why you can wade across it, isn't much over an ankle deep, just drive across it in a jeep, drive, ride across it, walk across it, or anything. But he led them there at the time of April, when the flooded country was flooded there for almost a mile. The water was probably thirty or forty feet deep in there. And he said, "The third day, we're going over. God said so! Call the people together and sanctify them, for, the third day, you're passing over Jordan." See how God lets that thing happen? Just to make it, make people … just to pull out his crowd. What'd they do? They sanctified themselves and got ready, regardless of how deep the water was, and how muddy it was, and how swift the current was. See, they knowed God would prove his Word.</w:t>
        <w:br/>
        <w:t>No matter what, how close you are to Jordan, no matter what your circumstances is, if you can only hold that promise of God in your heart, God will prove it, that it's so. In the midst of all unbelief, He'll still prove it to be so. Yes, He doesn't. Circumstances doesn't stop Him, He still will do the same as He did then.</w:t>
      </w:r>
    </w:p>
    <w:p>
      <w:r>
        <w:t>65. Notice, it was by his believers that He proves his Word by. He can only prove his Word … not by unbelievers, it's only by the believers that He can prove his Word. No matter how much the rest of them claimed to be, "Oh, I believe, brother!" See, if you do, God will prove it so, 'cause we look and see the others. How can we say, then? See, it's by true believers that He proves his Word; not by those who say they believe, but those who really believe. It's by his believing children that He proves his Word.</w:t>
        <w:br/>
        <w:t>Now, he had the believers. The old crop had died off, the unbelievers who said "We couldn't take it," He let every one of them perish (why?), every one of them but the believers. Who was left? Moses had been taken to Glory. And the unbelievers had perished in the wilderness, and this was their children. There were only two that crossed over, and that was the believers, Joshua and Caleb. They was the believers, they was the one who crossed over. It's the only way God can do it, is by his believing children. You believe that? All right. His believers was the one that done it. He used them to cross over with. See?</w:t>
      </w:r>
    </w:p>
    <w:p>
      <w:r>
        <w:t>66. Now I want you to notice, He does it that way in every age. He does it every time by the same method, He has to take believers. And then, in order to have believers to meet that Word, He's got to predestinate it to that age. You see it? He's got to predestinate this thing to be there to meet the challenge of the age. Did it get you? Did you feel it? Did you see it? Do you understand it? That's what's happening today, He predestinated it to this, by his foreknowledge. When He predestinated, in Malachi 4, it's got to happen. When He come over and predestinates anything to happen in his Word, he had to prove his Word to be so. When He predestinates anything to happen and says it will happen, He knows that seed will be there just at that time. He predestinated a bride, She's going to be there! Going to be a rapture, She's going to be there! He predestinates it by his foreknowledge. See, there's nothing going to stop it.</w:t>
      </w:r>
    </w:p>
    <w:p>
      <w:r>
        <w:t>67. When God told them, "Now, I give you a promise of a promised land. I told your father, Abraham, that his children would sojourn down here for four hundred years."</w:t>
        <w:br/>
        <w:t>Now, Moses said, "I am the prophet of the Lord. Now watch and see that what I prophesy, if it comes to pass, then you'll know I'm sent of the Lord, for you know that God's already told you that. Now, now if I prophesy this and it happens, and that and it happens, and this and it happens, every time just the same, now you know I'm sent of the Lord to tell you. Now, there is a promised land, that God promised it. See? And God promised this land. Now, it's a good land, it's flowing with milk and honey. Follow me."</w:t>
        <w:br/>
        <w:t>And as they went out into the wilderness where he was to journey, to take them in the wilderness, where, God told him to bring them back to Mount Sinai, then God came down before all Israel, with a pillar of fire, and confirmed that what Moses had said, it was there, proving that it was right, confirming Moses there, "Moses said that I was on this mountain, I appeared to him in the form of a burning bush. And now I got the whole mountain burning."</w:t>
        <w:br/>
        <w:t>They said, "Don't let God speak, let Moses speak. We'll perish."</w:t>
        <w:br/>
        <w:t>He said, "I won't do this no more. I'll raise them up a prophet, he'll speak to them in my name." So that's what He does, exactly the way He works his Word.</w:t>
      </w:r>
    </w:p>
    <w:p>
      <w:r>
        <w:t>68. Notice then those who disbelieved, after they got so close to the land that they disbelieved. Now, you that's taking notes, put down Hebrews 6, right here where it said, "Those which were once enlightened, made partakers of the Holy Ghost; seeing, they shall fall away, to renew themselves again to repentance; seeing that they crucify to themselves the Son of God afresh, and put Him to an open shame; it's impossible for those to be saved." See, just as impossible for those to cross over in that promised land.</w:t>
        <w:br/>
        <w:t>People'll come right up to the baptism of the Holy Ghost, they'll come right up to the Word, they'll come up through all denominations, and all churches, and all catechisms, and everything, but when it comes to that Word, that crossing line, they say, "Oh, I don't know about that, my church doesn't teach it that way." I don't care what your church teaches, the Bible says it's that way. Then you say, "How do I know it's right?" He confirms it, and proves it!</w:t>
      </w:r>
    </w:p>
    <w:p>
      <w:r>
        <w:t>69. Now, the Bible that day, said, "There's a good land over there, and it's just full of milk and honey, and fine grapes and pomegranates, and, oh, it's a beautiful place."</w:t>
        <w:br/>
        <w:t>Well, they said, "Now, some of you slip over and take a look at it, and come back, so we console these people. We're going to cross over right away now, if you all just believe it." Well, away they went.</w:t>
        <w:br/>
        <w:t>And here they come back, oh, two of them, just shouting, "Well, praise God! We seen it! We seen it! Oh, it's wonderful, there's nothing like it!" The rest, of the ten standing around, saying, "Oh, no, no, no, no, we can't do it." How many went over? Them two! That's right. Them two, because they knowed that God would prove his Word right. Notice, no swelling Jordan, no sir, no flooded banks of Jordan, or no giants of Canaan could stop them. God proved his Word to be so, He took them right into the land.</w:t>
        <w:br/>
        <w:t>He'll do the same thing again, yes, sir, in the promises of today. He proves his Word. Regardless, He proves his Word.</w:t>
      </w:r>
    </w:p>
    <w:p>
      <w:r>
        <w:t>70. He stopped the mouth of hungry human-eating lions one day, to prove his Word was true, that He could deliver, to Daniel the prophet. And they kept those lions fed on human flesh. And they kept those lions up to be hungry, so that when a man fell in there, or a child, whatever they throwed in there, it was capitol punishment, that lion would rip them to pieces, this bunch of hungry lions. And they get this prophet with the Word of the Lord to the children of Israel, which had prophesied they'd take that place. And there he was with them. But God wasn't through with it, He wanted to prove his Word, He could deliver him. And they starved those lions, and throwed that prophet in there, and they rushed towards him like that. That pillar of fire standing there, and any animal is scared of fire, that pillar of fire standing there, the lions laid down. He kept his Word. He's the same yesterday, today, and forever. God keeps his Word, He proves it, He proves it so.</w:t>
      </w:r>
    </w:p>
    <w:p>
      <w:r>
        <w:t>71. Now, He took the heat right out of the blaze of the fiery furnace, to prove that his Word was so, that He could deliver from the fire. Right in among those blazes, where those children was throwed in there, and stayed in there a long time, when even the men that throwed them into it, the intense heat of the furnace killed the great soldiers that was leading them up there. And God let the fire burn right on, but He took the heat out of it. He proves, if you stand by Him, He'll stand by you… Stand by you? well, sure! An hour later, they opened the door, and said, "Say, how many did you put in there, anyhow?" Said, "We see three we put in there." He said, "There's four in there, and one of them looks like the Son of God." See, He shows! Cause why? He is the Word.</w:t>
        <w:br/>
        <w:t>And they said, "God is able to deliver us from that fiery furnace, but nevertheless, we're not bowing to any image, because we're standing by the Word." Any image, form of religion, get away from it. God will stand by you. He'll take the heat out of the persecution. He'll take the life out of the cancer. He'll take the… He'll do anything, He's God! You stand by Him, He'll stand by you. He proves his Word true, every time. Took the heat out of the blaze, stopped the lions' mouth, and so forth.</w:t>
      </w:r>
    </w:p>
    <w:p>
      <w:r>
        <w:t>72. Here's another thing God did, to show that He was God. Men got so, after in the wilderness there, that they were getting themselves scholarships, making themselves great men. They had some organizations called Pharisees, Sadducees, Herodians, and whatevermore. And they were great men. They made priests out of one another. And they done great things like that, make high priests and big men, and dignitaries and so forth.</w:t>
        <w:br/>
        <w:t>But God, in the midst of all of it, He raised up a prophet, a son of a priest. Never … went into the wilderness at nine years old. Couldn't read his name, if it was in letters size of a box car. Why, why did he do it? He was a prophet. If he had been trained in the education of his father, he'd probably been a Pharisee or a Sadducee, or one of their groups. But he had an important job, that was to announce the Messiah. Cause why? God kept his Word, and proved it. "A voice of one crying from the seminary, "Behold I've got my doctor's degree"? That might be in the old ladies' "Birthday Almanac," but not in God's Word. He said, "The voice of one crying in the wilderness, 'Prepare the way of the Lord, and make his paths straight!'" Was He preparing the way of the Word then, that the Word could be made manifest? Hallelujah!</w:t>
      </w:r>
    </w:p>
    <w:p>
      <w:r>
        <w:t>73. Don't you see, in shadows? Stop here a minute. In the last days, there's got to be a place prepared for the Word to be made manifest, and we're now living by the evidence of the new land, amen, the Son of man.</w:t>
        <w:br/>
        <w:t>John's commission, without education, without anything, stayed in the wilderness. His sermons was in types. Ax is laid to the root of the tree, that's what he saw. Cut with the ax, made his shack, make some fire to burn his wood. "Oh, you generation of snakes," that's what he saw. The nastiest thing in the jungle, to him, in the bush, was a snake. Said, "You generation of snakes, who has warned you to flee from the wrath to come? Don't begin to say, 'We've got this, and we belong to this, and we belong to that,' God's able of these stones to raise up children to Abraham. The ax is laid to the root of the tree, and every tree that don't bring forth good fruit…" What does he do in the wilderness when it won't … bring up some locusts and things for him, he cuts it down and burns it up. See? "He'll gather the wheat into the garner, but the chaff he'll burn with an unquenchable fire." A man like that, not even with his clergy coat on, not even his priest's bonnet. See? He come with a piece of sheepskin draped around him, with a piece of leather cut off of a camel's back, wrapped around him, and come out there with his whiskers and hair bushed out like that, said, "The ax is laid to the root of the tree." He come, daring. Why? It was God's Word being proven, "God's able of these stones!" God promised it, "Behold, I send my messenger before my face." Not a very religious, not a scientific or a religious proof, but God's Word's proof. God was keeping his Word, see. Not a scholar at all, but a prophet, sent in the name of the Lord. He did that, why? To confirm his Word.</w:t>
      </w:r>
    </w:p>
    <w:p>
      <w:r>
        <w:t>74. Now, them priests said, "Now, we know there's coming one in the last days, so we'll school every boy we got, and get ready for it. Every one of you boys must have a college education. You must come in here. No doubt but what it will be in the lineage, he'll come in the way of the Levites, because there's where the priesthood come from." But he wasn't a priest, he was a prophet! And that's of God's choosing. He don't have to come from a certain denomination or certain lineage. It's God's choosing, by predestination, foreknowledge. He comes by God's way of choosing. So they wouldn't believe him, because he didn't come the way that they had thought he was coming. That could repeat again, you know, usually does. But we find that he come the way that God did, to prove his Word.</w:t>
      </w:r>
    </w:p>
    <w:p>
      <w:r>
        <w:t>75. Notice, He caused a virgin to conceive, to prove his Word. Isaiah 9:6, and we find out that, "Unto us a son is born, a child is given." Now, we find out that He had said that a virgin should conceive. And God caused a virgin to conceive what? To prove his Word. Now listen just a few minutes, we'll be closing. He caused a virgin to conceive, to prove his Word. That was absolutely… It stumped all scientists. [Blank spot on tape] … to go.</w:t>
      </w:r>
    </w:p>
    <w:p>
      <w:r>
        <w:t>76. You understood that, did you? See, the earth is cursed. The whole earth is cursed, because of Adam's sin. But when this little seed… Now, the woman doesn't have a seed. she has a field that the seed lays in, not a seed, 'cause there's not no germ, germ has to … a seed has to have life in it. If it isn't, it's just some material, the life isn't there. So the seed is in the man. That's the reason the serpent's seed had to be in the woman, see, because it wasn't the seed of God. We know that. Go ahead, wait till you get this book and read it, and then you'll see, or just show you by the Scripture, just open the whole thing up just the same as the water baptism in his name, see how it is. God never is wrong, He's always right. Though you can't understand it, believe it anyhow. It's just exactly the truth.</w:t>
      </w:r>
    </w:p>
    <w:p>
      <w:r>
        <w:t>77. And now we find out that He said this, He caused this to happen. Now, when this little seed, without a man, came into a little egg in the field that He had created, then that little seed, the little germ crawls into the egg, and the little tail wiggles off here and it starts developing cell after cell, living off of the mother's life, her body, and in there she feeds it through her blood stream. And we find out, now, she feeds it. Not its blood it's her blood. No, it has not one speck of the mother's blood. But it feeds from the vitamin stuff from the mother, but not her blood. It's all bound in a bundle of her blood, to keep it from shock and things like that, and the water, but it isn't one speck of the mother's blood. The mother can be dying with TB, and born from the baby; it can't inherit it, because TB's a germ, comes through the blood stream. But, see, he can… Tuberculosis is not inherited; weaknesses is, but not TB, because it has to catch the mother's breath and get the germ, you see, before it can. The baby's perfectly free when it's born, because it's none of the mother's blood.</w:t>
      </w:r>
    </w:p>
    <w:p>
      <w:r>
        <w:t>78. Now, we find that God came into this little cell, see, and He begin to develop cells, drew from his mother's vitamins and things, as she. Then when He become old enough to eat Himself, He begin to eat. And what is that? It's the dust of the earth, which you come up and plant life and animal life and so forth, and as He begin to eat the fish and the bread and the so forth, it begin to develop cells. And then when it's fully matured at thirty years old, He was baptized in obedience to John down here, or to God, in the water, and went out. And what happened? The dove, which was God, descending from heaven, with a voice saying, "This is my beloved Son, in whom I am pleased to dwell." What did He come to do? To redeem that part of the earth. He was the beginning of the creation of God. Because, God is not a creation, only in Christ He is a creation, because God is eternal and a Spirit, and a Spirit is not created. He was the beginning of the creation of God, and God redeemed that body. See, when He come down, "This is my beloved Son, I'm well pleased in Him."</w:t>
      </w:r>
    </w:p>
    <w:p>
      <w:r>
        <w:t>79. So He, God, came down after going through this, and now every son, that you eat and born of a natural sexual birth, the way you come; then when it comes to a place to where you go through water baptism, then Holy Ghost baptism, then the Holy Ghost comes down at the fire baptism and claims this creation, the same as it did Him. The Holy Ghost and God is the same Spirit, see, it comes down and claims this body for the resurrection. And He was raised for our justification, "All the Father has given me will come, not one will be lost. I'll raise it up at the last day. Not one hair of the head will even perish." That is the beginning of the creation of God. This is the continuation of the creation of God. Then the whole earth has to have a baptism. And then the Holy Ghost comes down in a city to dwell upon the earth, and the tabernacle of God is with men, and dwells with them, God has tabernacled here on earth. This whole redemption plan, justification, sanctification, baptism of the Holy Ghost, the same as it is then.</w:t>
      </w:r>
    </w:p>
    <w:p>
      <w:r>
        <w:t>80. Now notice, He caused this virgin to conceive, and in this she brought forth a Son without knowing a man. This has stumped science through the ages. It still does. They perhaps laughed at Isaiah when he spoke and said this virgin would conceive, "Now, how could that be?"</w:t>
        <w:br/>
        <w:t>Now imagine, Isaiah, the embarrassment, when he heard God say, "I'll give them a super sign, I'll give them an everlasting sign, a virgin shall conceive." Now, him, noted amongst the people, his people, a prophet, vindicated of God. Now when he come out before the doctors and so forth, with this statement, "A virgin shall conceive." See, it had never been, since the beginning of time, goes way on back to where God created his first man. But here, now, that a woman that's here on earth is going to conceive. Think of it in a sensible realm, what if that prophet was embarrassed? But he knowed God would keep his Word, He would prove it. I imagine, every Hebrew family got their little daughter ready to have this baby, see, bought it shoes and boots, or whatever they wear, and little Birdseye, and got ready for the baby to come. Generations passed, but God proved his Word! A virgin did conceive, and she brought forth the baby, proved that his prophet's Word was the truth. He always stands by it.</w:t>
      </w:r>
    </w:p>
    <w:p>
      <w:r>
        <w:t>81. This Son of the virgin was the Word made manifest. Now St. John 1, if you want to read that. St. John 1, this prophet, this prophet, too. But this Son of the virgin was the Word made manifest, the beginning of the creation of God. Now, the whole earth is God's creation, but it's lost. See? Then He redeems this earth. And you're a part of the earth, and He redeems you by the same way He redeems the whole earth. See? Now, this Son of the virgin was the Word made manifest, "In the beginning was the Word, the Word was with God, and the Word was God. And the Word was made flesh and dwelt among us."</w:t>
        <w:br/>
        <w:t>Satan tried every scheme to make Him discredit this. Satan tried everything that he could to make Him discredit it, tried to get Him to take the kingdom without suffering, tried to get Him to take it without redemption (when it was God's plan in the Garden of Eden when He killed the lamb, that only by blood would He take it), even promised Him all the kingdoms of the world if He would take it. Just think of what a promise!</w:t>
      </w:r>
    </w:p>
    <w:p>
      <w:r>
        <w:t>82. Don't you realize, my dear precious friends, at this minute, that Satan makes you a promise for… He'll make you one of their best ministers in the association. He'll give you the front seat in every church and make you a deacon. He'll do anything, if you'll just get away from this Word.</w:t>
        <w:br/>
        <w:t>Now notice, make every … give Him the world and all the kingdoms, He could take them. He was trying to get Him to break that Word, cause he knowed he had Him right there if he could. He made Moses break it, He made Eve break it, but he hit the wrong guy this time. Why? He was the Word, and he didn't know it. He was that Word, Himself.</w:t>
      </w:r>
    </w:p>
    <w:p>
      <w:r>
        <w:t>83. I can see him. We want to picture him kind of a kid's picture. I can see that big old black wings flock up against Eve, and say, "Now, I tell you what, it's pleasant. You should try it."</w:t>
        <w:br/>
        <w:t>"But God said, if we did, we would die."</w:t>
        <w:br/>
        <w:t>"Oh, well, surely you won't die. See? Oh, that's nonsense. That's some old fogy idea. Don't you believe none." But God had said so! God proved it's right. And He's proving it right now, people are dying at this minute. He still proves it's right.</w:t>
        <w:br/>
        <w:t>Notice, and when he come to Moses, he said, "Moses, you know you got a hothead, you're high-tempered. Look what that bunch of renegades has done, see. Why don't you just go down there and really tell them about it?" And he did.</w:t>
      </w:r>
    </w:p>
    <w:p>
      <w:r>
        <w:t>84. But when he hit this ten-thousand-volt line, it singed his feathers when he run up against Him. He said, "Oh, listen," said, "I'll give you all the kingdoms."</w:t>
        <w:br/>
        <w:t>"It is written!" See? "It is written!"</w:t>
        <w:br/>
        <w:t>He said now, "If Thou be the Son of God." See, he's always doubted it. He still teaches others to doubt it. He taught Eve to doubt it, taught Moses, he taught all of them to try to doubt it.</w:t>
        <w:br/>
        <w:t>He's teaching you to try to doubt it. And you that's sitting right here now, if you want me to call your names, it's been, Satan's been trying a long time to get you to doubt me. Don't you do that. Sister, if you do that, well, you … or, not me, but just doubt. Just believe this Word. You don't have to believe me, but you believe this. See? If I say this Word, it's not mine, it's his. My word's different, but this is his. See? Notice now, notice, I don't want to get into that right now.</w:t>
      </w:r>
    </w:p>
    <w:p>
      <w:r>
        <w:t>85. Notice, promise, all of his Words, absolutely is true. He proved them. He proved, because He proved that He was the true Word. "Man shall not live by bread alone, but by every Word that proceeds out of the mouth of God."</w:t>
        <w:br/>
        <w:t>What, how does he live? "By, well, if you'll just take some of God's Word, he'll live?" Now, that wasn't what He said. Did you notice "e-v-e-r… every Word"? How does he live? "Oh, he eats in there?" No, he's dying fast, that's flesh. "Well, he, oh, he belongs to church, he believes everything but that?" He's still dead. Do you get it? "He can only live by every Word that proceedeth out of the mouth of the high priest, the bishop, the cardinal, the pastor?" God! Every Word that proceedeth out of the mouth of God. How do we know it's God's Word? He says so, then He proves it. He proves his Word. Notice then, if that be so, your confession will not make you live. Your church membership will not make you live. Notice, by his Word only, not just one word misplaced. No word shall… One word killed the human race. In the Bible, in Revelation 22, one word will still kill the whole thing, his name will be taken from the book of Life. "Whosoever shall add one word, or take one word." Not one word! Not … I mean, not two words, just one word! Not one sentence; one word! One word! Oh, people, do you understand?</w:t>
      </w:r>
    </w:p>
    <w:p>
      <w:r>
        <w:t>86. Now, I'm not just exactly talking to this audience. This is taped, you see, and it goes all over the world. Do you understand, people of the world, that one word, one word, not one sentence, not one paragraph, one word, that's all Eve disbelieved. Brought … God proved it. "But then if you keep every word, ye shall live." They doubted one word, brought death to the human race. But man shall not live by bread alone, for his physical strength, but by every word, every word, just the way it's written. The Bible says, "It is of no private interpretation." No man has anywhere, any at all, to try to anything interpret the Word of God. God is his own interpreter.</w:t>
        <w:br/>
        <w:t>When He promised, He said, "Let there be light," and there was light. He said, "A virgin shall conceive," and she did. See, whatever God says, God proves it.</w:t>
      </w:r>
    </w:p>
    <w:p>
      <w:r>
        <w:t>87. No matter how much you try to think the physical resurrection couldn't be, and them people's back there, and just dust of the earth, and past dust now, they're just into the acids and gases that their body was made out of. Their soul is still living. God said, "I'll raise it up." Job said, "Though the skin worms destroys this body, yet in my flesh I'll see God." See, no matter, every word has got to be kept, and man shall live by that Word. He raised a man from the dead, after being dead four days, to prove that He was the resurrection and the life. When a man had been dead four days and stinking, his nose had already fell in in four days. That's right. The first thing that falls in, in a human being, is the nose, drops in on the corpse, gets slick and drops in. Then the skin, the bugs… You put you in a sealed-up coffin, whatever it might be, but yet the skin worms don't have to come from the ground, they're in you. Did you notice Job said, "Though my skin worms destroys me." Not the worms in the earth, there wouldn't be any. The worms is in you, ready to destroy you, death working in your mortal body. But when you got Christ, then life is working in your mortal body, to raise you up again. See? He raised a man from the dead, after being dead four days, "he stinketh," to prove what He said, "I am the resurrection and life." Now, who could say that but God, see, "I am the resurrection and life. He that believeth in me, though he were dead, yet shall he live." You believe that? And He raised that man up, to prove that his Word was right. Right!</w:t>
      </w:r>
    </w:p>
    <w:p>
      <w:r>
        <w:t>88. Notice, He was the Word. Hebrews 4:12, if you want to put this down. Hebrews 4:12, it said, "The Word of God is sharper than a two-edged sword, a discerner of the thoughts and the intents of the heart." Is that right? "A discerner." To prove that He was the Word, what did He do? Peter came to Him, his name was Simon. And he came to Jesus, and He said … set down out there, and Jesus, as soon as he come to him, He said, "Your name is Simon, and you are the son of Jonas." Uneducated, no degree behind him, he had nothing but just a common fisherman, no education, the Bible said he was ignorant and unlearned, but he became the bishop of the church of Jerusalem. Why? Why? Jesus told him who he was, what his name was, and what his father's name was. And he knew that that was the Word, because the Bible said "The Lord your God shall raise up a prophet like unto me," and that had to be the prophet, and there was no prophets promised after Malachi to the Messiah, four hundred years without a prophet. And here was a man standing there, confirming, or proving his Word, to this man was predestinated to life, said, "Your name is Simon, from hence… you're the son of Jonas, from henceforth you'll be called Peter." Think of it! Who did He prove it to? Why didn't He prove that Word to… Why didn't He prove that Word to Caiaphas? He was God, He knew Caiaphas would never believe it. But this man was ordained to life, he knew it right then.</w:t>
      </w:r>
    </w:p>
    <w:p>
      <w:r>
        <w:t>89. One time standing in the midst, where another man a few days later went and got a buddy around the mountain, about fifteen miles from where they was preaching, brought him back the next day. He was standing there amongst, and come up to where Jesus was. Jesus looked around, He was God, see, He had discernment. That showed that, see, making the Word right, He proved the Word.</w:t>
        <w:br/>
        <w:t>Now, some of them say, "You know, that man's the Word."</w:t>
        <w:br/>
        <w:t>"Nonsense," them priests said, "that guy ain't no… That ain't the Word."</w:t>
        <w:br/>
        <w:t>Said, "You know what the Scripture says, 'The Lord our God shall raise up a prophet like unto Moses.' And that's Him. Listen at Him."</w:t>
        <w:br/>
        <w:t>Well, He said, "You're, behold, an Israelite, in whom there's no guile."</w:t>
        <w:br/>
        <w:t>This fellow said, "Rabbi, when did You know me?"</w:t>
        <w:br/>
        <w:t>He said, "Before Philip called you, when you were under the tree, I saw you." He knowed who would believe it.</w:t>
        <w:br/>
        <w:t>He said, "Rabbi, thou art the Son of God. You are the Word." Jesus proved He was the Word, by the Word.</w:t>
      </w:r>
    </w:p>
    <w:p>
      <w:r>
        <w:t>90. Notice the little woman at the well. She was looking for a Messiah. She had nothing to do with their big crowds and denominations, and so forth, they had in them days. She was looking for the Word. So a man, one time, sitting over there, an ordinary man, sitting over against the way, said, "Woman, bring me a drink."</w:t>
        <w:br/>
        <w:t>She said, "Now, wait a minute, He's probably trying to get fresh with me," she might have thought in her heart, 'cause she was marked a woman of ill fame. Said, "Why do You ask me a question like that? We got segregation here. You're just a… You're a Jew, we're Samaritans, not … it's not custom, it's not right for You to ask me like that," see.</w:t>
        <w:br/>
        <w:t>He said, "Woman, if you knew who you were talking to, you'd ask me for a drink."</w:t>
        <w:br/>
        <w:t>She said, "You, for a drink? I don't even see a bucket or a rope. How would You ever give me any water from this well?"</w:t>
        <w:br/>
        <w:t>He said, "That's not the well I was talking about."</w:t>
        <w:br/>
        <w:t>And after awhile, she said, "This is a strange fellow." So she started letting the water pot up, pulling up.</w:t>
        <w:br/>
        <w:t>Said, "Well, the water that I give would be springs of water, geysers, gushing up into eternal life, and in your soul."</w:t>
      </w:r>
    </w:p>
    <w:p>
      <w:r>
        <w:t>91. "Well," she said, now, wait a minute, I understand, You being a Jew." Said, "Now, you Jews," said, "You mean to tell me that You're greater than our father, Jacob, who dug this well?" He was the God of Jacob. See? Said, "Do You mean that You are greater than Jacob, that dug this well?" An ordinary man, see, looked like. That's all you seen, an ordinary man. Said, "You say You're greater than our father, Jacob, who dug the well, and he drank from it himself, and his cattle? Well, we are just blessed by drinking this well where that prophet digged."</w:t>
        <w:br/>
        <w:t>He said, "Uh-huh,"</w:t>
        <w:br/>
        <w:t>She said, "And we worship in this mountain. You say 'at Jerusalem.' "</w:t>
        <w:br/>
        <w:t>He said, "Salvation is of the Jew, woman, we know what we're talking about." He said, "You worship you don't know what." A Jew's suppose to know the Word, see, how it was supposed to be. But, see, He was watching now. Why? He's going to… What is He going to do? Prove his Word. See? Why, she said … He said, "By the way, go get your husband and come here."</w:t>
        <w:br/>
        <w:t>And she said, "I don't have any husband."</w:t>
        <w:br/>
        <w:t>"Why," He said, "You've told the truth, see, because you've had five, and the one you now have is not your husband." See? Watch! Something happened, see, something took life. Now, if it hadn't have been in there to begin with, if she hadn't have had representation from predestination, it'd never took ahold.</w:t>
      </w:r>
    </w:p>
    <w:p>
      <w:r>
        <w:t>92. There stood priests there, said, "This man is Beelzebub." See, no representation.</w:t>
        <w:br/>
        <w:t>Eternal life, "you always was." See, you have eternal life, there's only one form of it, that's God. You were his attribute, He thought of you and knowed you before the foundation of the world, in his mind. see?</w:t>
        <w:br/>
        <w:t>She looked around. Look what a sinful shape she was in. But, see, He couldn't get that priest, because the priest was an educated scholar, a theologian in the Word, but no representation in heaven, see, wasn't in God's thinking at all. But this woman was. She said, "Sir, I perceive that You are a prophet." That's just all He wanted her to see. See? Said, "We believe that You are, I believe You're a prophet. Now, we know. We don't understand about the prophets now, because it's real late, we know that there's a Messiah coming. And when that Messiah comes, He's going to be the Word. See, He's going to know the secrets of the heart, He's going to do the same thing that You did there." Said, "You must be one of his prophets, to forerun Him or something."</w:t>
        <w:br/>
        <w:t>He said, "I am He."</w:t>
      </w:r>
    </w:p>
    <w:p>
      <w:r>
        <w:t>93. What would He do? He was proving his Word, proving his position, proving what He was. God was in Christ, reconciling the world to Himself. And God is the Word. All right. He calmed the winds and the waves, to prove Isaiah's prophecy, "He shall be called 'The mighty God, the everlasting Father.'" See? He also multiplied bread and fishes, this virgin-born Son. What was it? To prove the Word. All Scripture has to be fulfilled. He proved the Word, by saying He was Jehovah made manifest. He was the beginning of the creation of God. God in creation, God with a little part of the creation here that God was living in Himself, He was the beginning of that creation of God, "From Him begets many sons." Note, He also multiplied the fishes. He is the Word and the proof of the Word.</w:t>
      </w:r>
    </w:p>
    <w:p>
      <w:r>
        <w:t>94. Now listen close, as we come down towards the end. That day, that I read about a few minutes ago, now, when He come to the house of Jairus. He walked in, when he got there. Now, remember, Jairus was a priest, a borderline believer. He wanted to believe Jesus, but he hated to turn lose his church, 'cause they had said, "Anybody that believes on Him is going to be put out of the church." Now listen closely, now in closing, give me very close attention. Watch this. I believe that Jesus knew that when He crossed the sea, 'cause he knew all things. And when He crossed the sea, stopped down there, and here come this little priest down. His girl got real sick, the doctors had give her up, said "she's laying at the point of death." Now, time come for action.</w:t>
      </w:r>
    </w:p>
    <w:p>
      <w:r>
        <w:t>95. Maybe that's to you this morning, time has come for you to act. See? Maybe you're real sick. Maybe you're convinced that you're wrong. It might. God forces the issue, time comes for action.</w:t>
        <w:br/>
        <w:t>Now closely. And he come, he didn't care what the rest of them said, right out publicly, and come and fell down by Jesus' feet. What a step for an educated scholar, to come to one that we don't have record of ever going to school. How a man come, was supposed to be in all the theology, come to a man that was supposed to be "a reprobate, a wild man, crazy man, out of his mind, didn't even have his right mind." Pardon the expression, but "He's just a common crank of the day," everybody thought Him that. As we'd say today, in the street expression, "Nut!" As I preached the other day on the nut and the bolt, you know. See, that's what He was to the public, just a common everyday … say, "Why, You're out of your mind! You're crazy! You're a madman!" Now, here was a man who had all the scholarships coming to the one that was supposed to be out of his mind. He was forced to it.</w:t>
      </w:r>
    </w:p>
    <w:p>
      <w:r>
        <w:t>96. Watch her now. It's going to sting just a little bit, but it'll be good for you. See, sometimes a shock wakes you up.</w:t>
        <w:br/>
        <w:t>Notice, He come and went in to the side of this little, dead girl, that died probably hours before, and they had done laid her out, and put the embalming fluid on her, and put around the couch. That's the way they did in them days, just packed them off and put them in a hole, on a board. She laid out the couch, the flowers around her.</w:t>
        <w:br/>
        <w:t>And, oh, that fine little pastor, little Jairus, I imagine he was a nice little pastor, everybody loved him. Because, you see, I can prove that, because he did, in his heart, believe Jesus. But he just couldn't hardly make the decision, 'cause he wouldn't have a check coming in every Saturday or every Monday morning. See? He just couldn't hardly make the decision. And another thing, the people, the great fine prestige that he had amongst the people, they'd said, "You know what, Jairus has went fanatically. See, he went over there with that false prophet. That's just exactly what he did, where all them supposed-to-be signs and things, that prophet of Galilee, you know, Jesus of Nazareth."</w:t>
        <w:br/>
        <w:t>We don't believe it now, it sounds sacrilegious, but that's the way it was then. See? "And, someday, as it is now, so it will be then." See, same thing!</w:t>
      </w:r>
    </w:p>
    <w:p>
      <w:r>
        <w:t>97. Now notice, he went over there. And he couldn't hardly do that, but the time come where he was forced to do it. He had to do it. And here he went and got Jesus, right out before all of them, and fell down at his feet, and said, "Master! Master!" You know what that is? Rulership, ownership. That's right.</w:t>
        <w:br/>
        <w:t>See, a lot of people want Jesus to be their Saviour, but not their Lord. See, Lord is "ruler." You say, "Jesus, You save me and let me stand right here, and that's all right, and I'll do my own business. Now, You don't get in my business. But You can be my Saviour, but not my Lord." He wants to be Lord, you see, then He's your Saviour.</w:t>
      </w:r>
    </w:p>
    <w:p>
      <w:r>
        <w:t>98. But now, he said, "Master, Saviour!" I … my little girl, my only child, she's twelve years old, the doctors has give her up." No doubt the priest might have said this, "You know, they've all talked about You being a fanatic, but, you know, Master, I believe You. I believe. I know You have discernment. And the only thing I want You to say, is, just come lay Your hands upon her. And then tell me what to do, I'll do it." Oh, now you're getting somewhere!</w:t>
        <w:br/>
        <w:t>Said, "I'll go. I'll go." And He started on.</w:t>
        <w:br/>
        <w:t>After being gone several hours, here come a man running as the custom was then, ashes on top of his head, said, "Don't trouble the man, your daughter died. She's already dead, they've already fixed her and laid her out."</w:t>
        <w:br/>
        <w:t>Oh, his little heart! Jesus turned around and looked at him, he said, "Oh! Oh! Oh!"</w:t>
        <w:br/>
        <w:t>He said, "Didn't I tell you?" Now, what He done He had promised Jairus. Now He's got to prove that. Amen. "I told you. Just only believe and you'll see the glory of God." Now, He knowed what He was going. He said He done nothing till the Father showed Him first---St. John. St. John 5:19, "I only do what the Father shows me," so He showed Him what was going to happen.</w:t>
      </w:r>
    </w:p>
    <w:p>
      <w:r>
        <w:t>99. So when He got into the house and stood up there aside that little, cold stiff form laying there, been sick for weeks. And her little, pale body, no food had went into her body, and fevers and things, and she had died. They had her all sprayed over with this embalming spice and stuff. And laying there, you know, on the couch and things, fixing to wrap her up and put her in a grave, and they had had their little ceremony of having the flowers around her. Jesus come over. And everybody, "Oh, Jairus, your little girl's dead! Oh, father Jairus, oh! We're so sorry for you, and everything."</w:t>
        <w:br/>
        <w:t>He said, "Oh, keep still, you make too much noise." He said, "Why all this tumult around here you're doing?" You see? "This tumult, you just … you're hollering and screaming. The girl's not dead. She's asleep. Shhh."</w:t>
      </w:r>
    </w:p>
    <w:p>
      <w:r>
        <w:t>100. Then what did they do? When they heard Him say that she wasn't dead, they said "they laughed Him to scorn." In other words, they booed Him. "Boo! Why, You! Why, You false prophet! Why, You deceiver of men! The girl's dead. The doctor said she was. We've embalmed her, we've laid her out. She's laying there, she's dead." They said, "Ha, ha, ha! Now, Jairus, you've been talking about Him, now what about it?"</w:t>
        <w:br/>
        <w:t>You know what He done? He said, "All of you get out of here." Around such unbelief like that, He can't work. Now, why did He say it? He said, "Jairus, if you will only believe, you'll see the glory of God." Now, that's his Word. He's got to prove that. All right.</w:t>
      </w:r>
    </w:p>
    <w:p>
      <w:r>
        <w:t>101. Then when He got into the house where they was all crying, He said, "She's asleep." That was contrary to science. That was contrary to common sense. She was dead, embalmed.</w:t>
        <w:br/>
        <w:t>As soon as they died, they embalmed them right then, just as soon as the life went out of them, they poured that spices and stuff on them and wrapped them up and got them to go away. See, bury them, they bury them just, well, sometimes didn't even notify the people. You know, Ananias and Sapphira; they done buried Ananias, when Sapphira … Ananias, when Sapphira had come in, you see; done took him out and buried him, you see. They just, soon as they'd die, they pour that stuff on them and take them out there and put them away. See?</w:t>
      </w:r>
    </w:p>
    <w:p>
      <w:r>
        <w:t>102. So she was already ready to go in the grave, but they wanted to wait for papa to see her before they put her away. And when He comes in, and her in that condition, and He said, "She's just taking a nap."</w:t>
        <w:br/>
        <w:t>Well, they said, "Now, if that fellow isn't truly crazy!"</w:t>
        <w:br/>
        <w:t>So now what did He do? He had already said she was asleep, He had to prove his Word. He couldn't do it before that bunch, so He said, "Put them all out." and I can see Him look around to Jairus and say, "You still believe?"</w:t>
        <w:br/>
        <w:t>"Yes, Lord."</w:t>
        <w:br/>
        <w:t>"You and the wife come here. Peter, James, and John, you come with me." They walked over there and called this word, talitha cumi, which means, "Little girl, rise up." And He proved his Word, she was only asleep. Is that right? He proved here, his Word was right. Regardless of their unbelief, He still proved his Word was right, by waking her up, because He said she was asleep. She was asleep.</w:t>
      </w:r>
    </w:p>
    <w:p>
      <w:r>
        <w:t>103. He'll do the same someday, to every true believer, for his Word</w:t>
        <w:br/>
        <w:t>promised to. "They that are in Christ, will God bring with Him." See, "They that are in Christ."</w:t>
        <w:br/>
        <w:t>What did this little Jewish girl do? I just started to bypass this scripture here, but I'm going to keep it. I know it may be a little late, we'll get to the prayer line in a few minutes. I won't see you for another week maybe, but let's wait a minute. "Man shall not live by bread alone." See? Notice, let me just push this in now, to show you. Why did Jesus wake this little Hebrew maid up? 'Cause He knowed she wasn't dead? Predestination. Just the same as he did Lazarus. See? Perhaps there was many little maids died that same day, He never said a word to them. He knew this one had eternal life. See, He didn't wake the rest of them up.</w:t>
        <w:br/>
        <w:t>Look, when He come out of Jericho, they say, "Here, this guy here!" No doubt they said, "You wake up the dead? You tell me that You can raise the dead, we got a graveyard full of them up here, come, wake these up." See, He never even paid a bit of attention to them. See, never did it, because He knew He was the Word.</w:t>
      </w:r>
    </w:p>
    <w:p>
      <w:r>
        <w:t>104. Notice, she was only asleep. He knew the father would come. Now, this little girl, see, He knew that that little Jewish maid was only asleep. See, the righteous does not die. Jesus came to redeem the righteous. And, to "redeem," means "to be brought back from where you once was." See? He could not redeem the unbelievers, no matter how educated and how much doctors of degree they had. He could not redeem them, because they were not redeemable, they had to go to their destination. But, in his foreknowledge, knowed that Lazarus was coming out of the grave. He also knew this little girl had eternal life. So she was not dead, she was only asleep. And when our work is over on earth, if we don't live until his coming, we cannot die, we're only asleep. He proved it here. He'll prove it again. "Though the skin worms destroys this body, yet I'll wake in his likeness."</w:t>
      </w:r>
    </w:p>
    <w:p>
      <w:r>
        <w:t>105. He proves all of his words, all of his words. Just think of it, all of his words And you were his Word. He was the Word, and you were part of his Word. And, that's the reason you're sent here, to confirm your place in life. I don't think you got that. See, He is the Word. Now you get it?</w:t>
        <w:br/>
        <w:t>He was in the feet, in Luther; in the thighs, in Wesley; in the shoulders, in Pentecost. See what I mean? He is the head. You have a part that joins that together, this hour that we're living now; not the feet part, not the thigh part, not the shoulder part, but the neck, part. Is that right? That joins to the head. That's the part of the body. Those that are asleep in Jesus will God bring with Him. The trumpet of God shall sound, and the dead in Christ shall rise first. Is that right? See, you become a part of that Word, you become a part of Him. And you take his name to recognize it, see, you're placed in there, baptized into his name, into his body, "By one Spirit we're all baptized in one body," into here, just exactly like the same position. He never changes his way. If… How many believes the early church is in Him? Let's see, how many believes it? How were they baptized? All right. See, He's unchangeable God. We proved that. We could stay here till midnight tonight, proving that, and still go on and on and on. See, unchangeable! See? You are in Him and a part of Him, because you were a part of the thinking of Him. Before the foundation of the world, He called you!</w:t>
      </w:r>
    </w:p>
    <w:p>
      <w:r>
        <w:t>106. The Bible said that the beast upon the earth … that's the denominational antichrist coming on the earth, forming the beast at Rome, which was the first denomination. And this World Council of Churches forms an image unto the beast, just exactly what we just put in the book there the other day. Notice, it forms that, see, the antichrist. And the Bible said, "All whose names were not written on the Lamb's book of Life," (When, at the revival?) "slain before the foundation of the world" (your name was put on there), this antichrist will deceive you." Matthew 24:24, says that "The antichrist would be so close like the real thing in the last days, it would deceive the very elected, or predestinated…" It's the same thing, election and predestination is the same thing, God elected you or predestinated you before the foundation of the world. "Will deceive all whose names were not predestinated on the book of Life."</w:t>
      </w:r>
    </w:p>
    <w:p>
      <w:r>
        <w:t>107. Daniel spoke of it, how the wise will be in that day, and how the unwise, and so forth. All right, so much, but I just keep getting too far away, the clock's moving too fast for me. Notice, now watch, he noticed after… Now watch what taking place here. "All He foreknew, He called. All He called, He has justified. All that He has justified, He hath glorified." Your journey's finished, you're living out your part. Grace is what God did for you. Works is what you do in appreciation.</w:t>
        <w:br/>
        <w:t>Proved by his same thing, that He knowed all things, this virgin-born Son. He knowed where there was some fish in the water, that Peter and them had seined right over and caught nothing. That proved his Word. Is that right? He knowed all things.</w:t>
        <w:br/>
        <w:t>And when He got ready to pay his taxes, it showed that He owned all things. He knowed where a fish was that had just enough coin in his mouth to pay for the… Somebody had dropped it out there, and a fish just picked it up. And He said, "Peter, go down and cast the line in, see, and take up that fish and get that coin out of his mouth. And go on and satisfy them, pay the taxes." Oh, yes!</w:t>
      </w:r>
    </w:p>
    <w:p>
      <w:r>
        <w:t>108. The foxes has dens and the birds of the air have nests, but He had the Word, He was the Word, and proved it so. He always proves his Word. Same will He do it now, in every generation He proves the same.</w:t>
        <w:br/>
        <w:t>After the third day, after his death, burial, on the third day, He rose up again, to prove his Word, because the prophet said, "I will not suffer my holy one to see corruption, neither will I leave his soul in hell," the third day, before corruption could set in in seventy-two hours. See, it didn't go the complete three days, 'cause corruption does set in in seventy-two hours. See, so He didn't go the full time, because the prophet said, see, the prophet said, "I will not suffer my holy one to see corruption." He proved his Word.</w:t>
      </w:r>
    </w:p>
    <w:p>
      <w:r>
        <w:t>109. He healed the sick, the lame, to prove his Word that Isaiah and the rest of the prophets said.</w:t>
        <w:br/>
        <w:t>He sent the Holy Spirit on the day of Pentecost, to prove his Word. You want to get some of these Scriptures now, Joel 2:28, He said, "It shall come to pass in the last days, saith God, I'll pour out my Spirit upon all flesh, and upon my handmaids and maidservant will I pour out of my Spirit. Your young men shall see visions, your old men shall dream dreams, and so forth." He proved it by pouring out! Also, He had said before this time, in Luke 24:49, if you want to put it down, He said, "Behold, I send the promise of my Father upon you. But tarry ye, in the city of Jerusalem until you are endued with power from on high." There it is, He done it, He sent the Spirit to continue to prove his Word. But watch what He said. Did He do it? All right.</w:t>
      </w:r>
    </w:p>
    <w:p>
      <w:r>
        <w:t>110. Mark 16, He said, "Go ye into all the world, preach the Gospel to every creature." How far? All the world. Who? Every creature. "He that believeth and is baptized shall be saved. He that believeth not shall be damned, and these signs shall follow them that believe." He said in Mark 4, He said in John 14:12, also He said, "He that believeth on me," not make-believeth, "but He that believeth on me, the works that I do shall he do also." It taken the same Spirit that was in Him to do that same work. Because what? The Spirit was coming to manifest the promised Word in the future. See, he made a provision for it, He knowed these things would happen.</w:t>
      </w:r>
    </w:p>
    <w:p>
      <w:r>
        <w:t>111. Now, after nineteen hundred years, with the church ages past, and all the things that He prophesied of Luther, Wesley, as we just went through and seen it drawed out, and the moon come down and drawed it out, and the Lord drawed it on the board here for us, and showed it, and come down Himself and confirmed it to be right. After nineteen hundred years, and we're at the end of the Laodicea church age, He promised, in Luke 17:30, that this same Son of man (He promised it) would be revealed in the days like it was in Sodom, upon the earth. Did He do it? Does it have to come to pass? It's impossible… Now, remember, He come in three names: the Son of man, a prophet; the Son of God, the Spirit; the Son of David, for the millennium. But in between this conjunction, now according to his own Words, in the day when the Son of man shall be revealed, reveal Himself as what, not Son of God Son of man. Will reveal Himself in a different way. Now, what does that make? Malachi 4, exactly right. See, the Son of man will reveal Himself, not in a whole big denominations and things, as we've had through the ages, but He would manifest Himself as Son of man again, to make manifest Malachi 4. "And in that day, I will send to you Elijah the prophet, and he shall turn the hearts of the children back to the faith of the apostolic fathers, away from all this denominationalism, and come back to the original Word again," to draw out that last-day bride tree that He promised. "In the evening time it shall be light," not through the misty day, it shall be light; it'll be a day can't be called day nor night. See, it's making up the body. But the same head that was here in the east, is here in the west again, "There shall be light in the evening time." Oh, my, I feel like singing a song!</w:t>
        <w:br/>
        <w:t>It shall be light about the evening time,</w:t>
        <w:br/>
        <w:t>The path of glory you will surely find;</w:t>
        <w:br/>
        <w:t>In the water way, is the light today,</w:t>
        <w:br/>
        <w:t>Buried in His precious name.</w:t>
        <w:br/>
        <w:t>Young and old, repent of all your sins,</w:t>
        <w:br/>
        <w:t>Then the Holy Ghost will surely enter in;</w:t>
        <w:br/>
        <w:t>The evening lights have come,</w:t>
        <w:br/>
        <w:t>It's being known and made a fact that</w:t>
        <w:br/>
        <w:t>God and Christ are one.</w:t>
      </w:r>
    </w:p>
    <w:p>
      <w:r>
        <w:t>112. And the Son of man is revealing Himself in the same power that He was (not down through the church age, through justification, sanctification, all these things here), but the Son of man. Who is the Son of man? The Word! And the Word is quicker than … powerful than a two-edged sword, and discerns the thoughts that's in the heart. What did He have to do? He has to prove that Word. What would He do? Notice of it when we see it happening, look at it in the same form that He was here in the beginning, the pillar of fire. My! Proving that He's Hebrews 13:8, said, "Jesus Christ is the same yesterday, today, and forever." What was it? Jesus Christ, the same yesterday, that was Christ that was in the wilderness with Moses. How many knows the Bible said that? Yesterday! That was Christ when Paul was speaking here today (you believe that?) in the New Testament. Then the Son of man, the same Christ, in the last day. See? All right.</w:t>
        <w:br/>
        <w:t>Notice also John 14:12, He said, "The works that I do shall you do." All these other Scriptures, what does He do? He's here now proving (not Luther's age, not Wesley age, not Pentecostal age, not Baptist age, not Presbyterian age, we've went right down through it and proved it by history and the Bible; by what?) the age of the Son of man being revealed, to bring these things in to fulfill the Word when all must be fulfilled. See? We see it, and it's true!</w:t>
      </w:r>
    </w:p>
    <w:p>
      <w:r>
        <w:t>113. And, think, by the same methods He did in the first place, is not only confirmed among us, but it's confirmed by science. They have to admit it's right. George J. Lacy, the head of the FBI, for fingerprinting documents, said, "The light struck the lens. I called it psychology myself, but," said, "Mr. Branham, this camera won't take psychology. It's there."</w:t>
        <w:br/>
        <w:t>What is it? A testimony, that long years ago when that pillar of fire was standing there in that bush like a whirlwind, speaking, He said, "Don't you never smoke or drink, there's a work for you to do when you get older."</w:t>
        <w:br/>
        <w:t>The people said, "That boy's going out of his mind." Mother wanted to call a doctor, I was nervous.</w:t>
        <w:br/>
        <w:t>But what was it? He settled right down here at the bottom of that river there, at the Ohio River, and said, "As John the Baptist was sent to get a people ready for the Word to be made manifest, so will your message."</w:t>
      </w:r>
    </w:p>
    <w:p>
      <w:r>
        <w:t>114. How Dr. Davis and them called me "out of my mind," wanted to turn me out of the church, because I disagreed with them on women preachers and all those things that was unscriptural. He said, "And you say you're going to preach and cause a revival to strike the world?"</w:t>
        <w:br/>
        <w:t>I said, "Not me, but He said so."</w:t>
        <w:br/>
        <w:t>He said, "Billy, you had a nightmare."</w:t>
        <w:br/>
        <w:t>I said, "I'll give up my card right now, I'm no more of you."</w:t>
        <w:br/>
        <w:t>He said it, I believe it, and He's proved it. That's the good part, He's proved it, proved his Word by the Word, for He is the Word. See? And the Word does what? Knows the secret of the heart. Is that right? All right, proves it in</w:t>
      </w:r>
    </w:p>
    <w:p>
      <w:r>
        <w:t>115. And He will have a bride-church ready in the last days. "How is He going to do it, Brother Branham?" I don't know. But He said He would. He'll prove it. A called-out from all the others, that's right, the speckled bird that's speckled by his blood. See? Called-out, all the rest of the flock's against Her. She's despised and rejected.</w:t>
        <w:br/>
        <w:t>But, the speckled bird, now, I don't care how much the author wanted to disagree with that, he's mistaken. Remember, what did to the bird, the speckled bird was? They taken two of them, one was killed, the mate, was poured upon the other bird, and it was for cleansing of leprosy, and the specks of blood, and cried "Holy, holy, holy, unto the Lord." And that was our mate, Jesus Christ, that was killed, and his blood's upon us, crying, "Holy, holy, holy, unto the Lord." All the rest the birds … I'm glad my name's on her book; not here on earth, but up there; not on a goatskin, but on the Lamb's skin. That's right.</w:t>
      </w:r>
    </w:p>
    <w:p>
      <w:r>
        <w:t>116. There will be a resurrection of the dead. He'll confirm it. That's right. He'll prove it. There'll be a rapture of the church. "How's it going to be?" I don't know, but He'll prove it. His Word's true. There'll be a millennium. He'll prove it, it's his Word. There'll be a new heavens and a new earth. He'll prove it, because his Word said so. And only the righteous will be there. He'll prove it, too. That's right. Only the ones that's been made part of this Word (see, will be their part and their position in this Word for their age) will be the only one will be there. 'Cause, that's just what it is, He is the Word. And what is a woman? The image of a man. And what is the church? The image of the Word, see. That's exactly, see. So it'll be there, just exactly. Only the true believers in his Word know this and can believe it. And God helps them to prove it, that's right, that it is true.</w:t>
      </w:r>
    </w:p>
    <w:p>
      <w:r>
        <w:t>117. Do you now believe it? Do you believe it? If so, reach out by faith and touch his garment, because He's passing this way. He will prove He's the same yesterday, today, and forever, Hebrews 13:8. "Lo, I am with you always, to the end of the world," Matthew. And He is a High Priest, according to Hebrews. The book of Hebrews, 4th chapter and the 15th verse, "He is the High Priest that can be touched by the feeling of our infirmities." Do you believe that? Reach out and touch the Lord. He's ever present, "Lo, I am with you always." Look down through the ages. "Prove all things. Hold fast to that what's good."</w:t>
        <w:br/>
        <w:t>Now, if you belong to a church that don't believe that He's the same yesterday, today, and forever, the same in every way, get away from it. Prove… !</w:t>
      </w:r>
    </w:p>
    <w:p>
      <w:r>
        <w:t>118. Now, we say He's raised from the dead. I didn't say it, the Word here said it. They said, "He raised from the dead." He says He's the same yesterday, today, and forever. You believe that? He promised these things to happen in the last day, that the same Son of man would be made manifest.</w:t>
        <w:br/>
        <w:t>Now, remember, that was not Jesus talking to Abraham there, that could discern the thoughts in Sarah's mind behind him. That was not Jesus, He had not yet been born. But it was a man in human flesh, that Abraham called "Elohim, the great Almighty," showing… And Jesus said, "As it was in the days of Sodom," now watch close, "in the days of Sodom, so will it be at the coming of the Son of man, when the Son of man is being revealed." Not no more as a church, see, not no more; the bride is called, see. "In that day the Son of man will be revealed." What? To join the church to the head, unite, the marriage of the bride. The bridegroom call will come right through this, when the Son of man will come down and come in human flesh to unite the two together. The church has to be the Word, He is the Word, and the two unites together, and, to do that, it'll take the manifestation of the revealing of the Son of man. Not a clergyman. I don't know, I… Do you see what I mean? See, it's Son of man, Jesus Christ, will come down in human flesh among us, and will make his Word so real that it'll unite the church and Him as one, the bride, and then she'll go home to the wedding supper. Amen. She's already united, see, we go to the wedding supper, not to the marriage. "…fill your flesh … self, of all the flesh of mighty men, 'cause the marriage of the Lamb has come." But, the rapture, is going to the wedding supper. When, the Word here unites with the person, and they two become one. And then what does it do then? It manifests the Son of man again, not the church theologians. The Son of man! The Word and the church becomes one. Whatever the Son of man done, He was the Word, the church does the same thing.</w:t>
      </w:r>
    </w:p>
    <w:p>
      <w:r>
        <w:t>119. How did He prove Himself through the ages? Through the prophets, which could speak the Word, know the thoughts. That's how He was known, that. Promised at the church age, come through with "not even night or day," but in the evening time when the Son of man would be revealed. It would come again. "It shall be light at the evening time." See? What does He do? Prove his Word.</w:t>
        <w:br/>
        <w:t>Now look back, did He come as a virgin, did He come as they said, through the virgin, rather? Did He come just exactly the way He said? Watch that, He proved his Word regardless of how many atheists, infidels, indifference, He still come right on, proved his Word. Here we are, come through this age of all churches and things, got away like they did from Malachi up to the coming of Christ. All the prophets and things had ceased, and they had got into dignitaries and so forth, but, just exactly, look what kind of a character He sent. Just exactly the Elijah, a hater of immoral women, that put on a lot of paint, powders, and makeups and all that stuff there. And clergymen, he slayed them right and left. Coming out of the wilderness, pulled no strings with none of them, and said, "The Messiah's on the road. I'll know Him when He come, I'll introduce Him. Amen. Don't you begin to think you belong to this or that." Just the same as Elijah did!</w:t>
      </w:r>
    </w:p>
    <w:p>
      <w:r>
        <w:t>120. "And in the last days, it shall come to pass, before the great and terrible day of the Lord shall come, that I will send to you before that great and terrible day of the Lord shall come, I will send to you Elijah the prophet, and he will restore the faith of the children back to the fathers." And watch, the faith of the fathers to the children, the Jews. See? Their promise of the Scripture, the Gentiles and where they had fell from. Look at that dual just as perfectly, exactly. And here we see it, God proving his Word.</w:t>
      </w:r>
    </w:p>
    <w:p>
      <w:r>
        <w:t>121. Let us bow our heads a moment. Dear God, Who brought again our Lord Jesus from the dead, to prove your Word, and He's alive today, proves your Word. "Lo, I am with you always, even to the consummation," proves his word. "Jesus Christ, the same yesterday, today, and forever." (If it wasn't "forever," maybe you might stumble at some of them.) I didn't stop to explain it, Lord. But, forever, they know, is just a---space of time. And now after this age, there won't be no more forever, it'll be eternity. So He was the same God that was in Moses and in the prophets. Then He come after a space of time, and manifested Himself as a God-prophet. And then we had a space of time, and He comes again. "Same yesterday, today, and forever."</w:t>
      </w:r>
    </w:p>
    <w:p>
      <w:r>
        <w:t>122. We think of this, Solomon, in that great millennium of the Jews, that when no nations dared to touch them, and that great gift of God was in the prophet till he made known to the queen all of her secrets of her heart, nothing was withheld. The great age, showing and typing that there was a great age coming.</w:t>
        <w:br/>
        <w:t>And now, Father, that was You, not Solomon. That was You in Jesus, for He said, "God was in Christ, reconciling the world to Himself. He was the beginning of the creation." His body was the redeemed creation. And now through the ages the church lost its first love, and now in the last days You promised to call a little minority, the little flock, at the last days.</w:t>
        <w:br/>
        <w:t>Father, our hearts are jumping, and my heart's pounding, when I think of that and know that your words are true, none of them can fail. Let these people today understand that, and let the sinner seek You at this hour, before the gates close and there will be no more time. Let the bride, as she starts getting out of step from this and that, may she come back into the step as the vision showed a few weeks ago.</w:t>
      </w:r>
    </w:p>
    <w:p>
      <w:r>
        <w:t>123. I pray Thee, Father, to bless now, and heal the sick. Here are cloths laying here, handkerchiefs from … coming from different parts. And now, in the Scripture, it said, "It was taken cloths and aprons, handkerchiefs, from the body of Paul, and they went to the sick, and God healed them." Now, we know that we're not St. Paul, but we know that it wasn't St. Paul, it was the people's faith in him being your servant. Lord, these people wouldn't drive these hundreds of miles if they didn't believe. Reward their faith, Lord, as I … not anoint the handkerchief (Paul never anointed them, he took from his body), as I hold these handkerchiefs, Lord, not that my body … because it's no good, but it is your redeemed property, so I pray, God, that You'll honor their faith. May each one of them be healed, for the kingdom of God's sake. Now, Lord, a lengthy message, not meaning it to be over a few minutes, but it's passed into two hours or more. Now let the sick be healed, Lord, let the people see that You're here, that I haven't just said this in myself. It's you, Lord. I pray in Jesus' name. Amen</w:t>
      </w:r>
    </w:p>
    <w:p>
      <w:r>
        <w:t>124. Now, just about ten minutes. I don't know … (Did you give any here, what was it?) Billy said he had give out some. I asked him to do it this morning. And I just come in a few minutes ago back there, and I didn't have a chance to ask him, 'cause I was talking to Brother Ben and them around there. I didn't get a chance to tell him. He just told me he give out prayer cards. Prayer card B100. 1 to 100, B? Well, let's, I believe, prayer card number 1B. Who's got B? Can you… If you can stand up, raise your hand, if you can walk. Some woman in the back. All right, B, number 1, number 2, 3, 4, 5, come this way. And I'm going to ask these little children if they would just come right around behind the platform and sit down here. Now, all right. Now, I tell you, send them, you go right through that aisle there, you people from one to five, go right through that way and come right down. Let the ones that's in the aisle there, if they can, come right back around here towards their seats. Now, the little children that's sitting here, come right around behind the platform here. And I want them to walk right be here, the people, so I can pray for them.</w:t>
      </w:r>
    </w:p>
    <w:p>
      <w:r>
        <w:t>125. Now, let's see now. I see. What did I call, one to five, wasn't it? 1, 2, 3, 4, 5. 1… Everybody that's got a prayer card there, 1 to 5, raise up your hand, see if they're all up on their feet. There's 1, 2, 3, 4. I lack one. 1, 2, 3, 4, 5, in B. Are you all 1, 2, 3, 4? 1, 2, 3, 4? Where's 5 at, B? 5, go back that way, lady. All right, sir, go around that way. That's it. Go right around and come back, 5. 6, 7, 8, 9, 10. All right, B, prayer card 6, 7, 8, 9, 10. See, we do this, then you don't get any disturbance, then. 6, 7, 8, 9, 10. Now I got … I think. Do you have a card, sir, standing up here. 7? All right, go right over there, you go right with them. I only got 2, I think, there. All right, 6, 7, 8, 9, 10, prayer card 6, 7, 8, 9, 10. I've only got two, here's… You got one, sir? There you are. There they are. 10, 11, 12, 13, 14, 15. Now that'd be 1, 2, 3, 4, 5. All right, 16, 17, 18, 19, 20. 1, 2, 3, 4, that. All right, 20, 21, 22, 23, 24, 25. 1, 2, 3, go around that way, sir, go right around, fall in line, 25, 25. Help him there, let him go out through either way he wants to. Here you are, brother, right here, they opened a way here for you. The people's opened you a way here. Somebody help him right along there, if you can. Let him get right around and get in the line there. I tell you, sit him down right there, and when his number's called, put him right up there. See? When he comes in a number, put him right in the line. All right, I think that's just about as many could go now.</w:t>
      </w:r>
    </w:p>
    <w:p>
      <w:r>
        <w:t>126. Now, how many here that does not have a prayer card, and you are confident, you're absolutely sure that God can heal the sick? Raise up your hand. Do you believe it? How many of you here is from … that knows that I know nothing about you, don't know none of your diseases? There's people here now, my Tabernacle, to any of you strangers, there hardly is anybody I can see, 'less these ministers. Just down there I see a person I recognize. I'm not here enough, see, and they're just people that come in from everywhere. How many in here… Let me prove it to you. How many here knows I know nothing of you? Raise up your hands up here. See, that's your hand before God, you see. I know nothing of them. Now, I don't know that I might get somebody called in the prayer line like this, that I did know, but I wouldn't know what they were here for. See, I wouldn't know what they were here for.</w:t>
      </w:r>
    </w:p>
    <w:p>
      <w:r>
        <w:t>127. Now what I'm trying to do is to get you to see this, now watch, "The works that I do shall you do also." Do you believe that? Do you believe He'll prove that Word? All right. Did He say He would reveal Himself as Son of man at the end of the church age? How many? And the world would look, be in the shape of Sodom and Gomorrah? Do you believe that?</w:t>
        <w:br/>
        <w:t>Now, Billy, why don't you just let them come right by here? Yeah, all right. Well, okay, all right.</w:t>
        <w:br/>
        <w:t>At the end of the age, He would reveal Himself. Now, look, do you realize that, then, here's total impossibility? Now, here's people standing in this line, that I never seen in my life. There's people sitting out there, that I never seen. But, remember, Hebrews 4:15, I believe it is, that said that "He's a high priest now that can be touched by the feeling of our infirmities." Is that true? Now, if He is the high priest, then He is Hebrews 13:8, then. "The same yesterday, today, and forever." Is that right? Now, how would He reveal himself? As I told you, He always speaks through his prophets. He always sends a message before judgment. Now, all the things … He never changes his way.</w:t>
      </w:r>
    </w:p>
    <w:p>
      <w:r>
        <w:t>128. He decided in the garden of Eden, how He would save man, through the shed blood of an innocent one. He's never changed it. We try to change it, through education, through towers of Babel, through great cities, and everything like that. We try to change it, but it don't work. We try to change it, by educating the world to Him. We try to change it, by denominational people. It never worked. Only one place man can meet to worship, under the blood. Your denominations will split you up, but under the blood you're the same. He never changes.</w:t>
        <w:br/>
        <w:t>Now, if He is the unchangeable high priest, and the same yesterday, today, and forever, then He's got to keep that Word. Not because we said He did, because He said He would. See? Now, now, if He will do that… Now, just stop a minute, think. Now, how many of you in this prayer line know that I know not one thing about you, your sickness? Then raise up your hand, you know what I… How many in that prayer line knows I don't even know you? Raise up your hand.</w:t>
      </w:r>
    </w:p>
    <w:p>
      <w:r>
        <w:t>129. Look in the audience, see. Now, you out there, you don't have to be here, you just touch his garment. You just speak, say, "Lord Jesus, I believe you." Now you say, "I believe that. And I believe that You can reveal to Brother Branham, because…"</w:t>
        <w:br/>
        <w:t>Now, not because it's Brother Branham, he's just an ordinary man. And probably if the rapture come this morning… You think about the rapture. If the rapture come this morning, I say this in humility, there's no doubt that half of this congregation, if we went according to degrees, according to where we should be, half of you would go before me. That's right. I'm not… Look at the responsibility I got, and how loosely I carry it. I'm an unprofitable servant to Christ, to know what I know about Him and then live the way I do; not immoral, not unclean, nothing like that, God knows that's true, see. I try to live right, but I just look like I can't get the thing to go over. Maybe it'd been somebody else, maybe highly educated or something, they could have got it to the people. But then some's to think, it's not all the people is going to get it, anyhow. See? See? See, He knows what He's going to do. So I just commit myself to Him and say, "Lord, I'm in your hands, do with me as you see fit." Now, if Jesus Christ is the same yesterday, today and forever…</w:t>
      </w:r>
    </w:p>
    <w:p>
      <w:r>
        <w:t>130. Now, I believe I know this woman. I can't think of who she is, but I know her. I know her, somehow. But I've seen her face, but I don't know who she is right at this time. But I know her, somehow. Don't you know me? Uh-huh. I thought, I looking at her face, I thought I knew her, but I can't call who she is. But I believe she … Don't your husband… Ain't you the woman that works at the… Her husband works at the 7-7-7, or 7-11, or something like that, down in New Albany. Mrs. Agan, that's right. Now, you been here and come to church. Roy, is that the one we went to one day on… Is that the one up on the mountain? What say? Her sister. That was, that's how, see. I remember Roy and I were driving along, and he mentioned that name, and the Lord sent me up there and healed the woman right there. Yes, sir, and I just remembered.</w:t>
      </w:r>
    </w:p>
    <w:p>
      <w:r>
        <w:t>131. Now, but to know what's wrong with you, I have no idea. You know that. But if the Lord Jesus can tell her something that she's done. Or if maybe she's got some financial trouble. Maybe her and her husband got some trouble, maybe her and her children, maybe one of her children, if she's got children, I don't know. But if she has, maybe some of her children are running out. Maybe she's standing here to know something about that. I don't know. I have no way of knowing. I can't tell you. But He knows, see. So, you see. Do you?</w:t>
        <w:br/>
        <w:t>Listen, now catch this real close. I've never said this in an audience before, but I feel led to say it now. What is a word? Is a thought expressed. Now, how can I express her thought, or how can I express to her what her thought is? It'll have to be some of the thought that's presented, and she can't do it. So I have to express his thought, and if it's right, if it's God's thought, it'll be right. If it isn't God's thought, then it won't be right. She'll know it, you'll know it, all will know it. See, there's just no way around it. It's either got to be God or not God. His grace is sufficient. Now you believe, now, everybody.</w:t>
        <w:br/>
        <w:t>And how many's going to believe? Well, maybe you never seen one of the meetings before, but you're going to believe if God does that? And then you out there, now you that won't be in the prayer line, you pray, too, see. Or even if you're coming in the prayer, I don't care who you are, you just pray.</w:t>
      </w:r>
    </w:p>
    <w:p>
      <w:r>
        <w:t>132. Lord Jesus, now I've took lots of time, but it's your service, Lord. And I've done all that humanly I can do, but Thou art God, now the rest is in your hands, Father. Let it be known that You're God, and your Word is true. Prove your word, Lord, of this last day when the Son of man will be revealed. How did He make Himself known? He was the Word. What is the Word? A discerner of the thoughts and intents of the heart. He perceived their thoughts, told Peter, Philip, Nathanael, the woman at the well, all the rest there, that when they would come, knowed the little girl was asleep, not dead. I pray, God, that You'll use our humble tabernacles today, of this earthly dwelling, that You might make Yourself known, through Jesus Christ's name. Amen.</w:t>
      </w:r>
    </w:p>
    <w:p>
      <w:r>
        <w:t>133. Now to heal, I cannot, you know that. "What is a gift, Brother Branham, something that you take?" No. It's something you know how to get yourself out of the way. See? As long as you are there, it'll never work. William Branham is the greatest enemy I got. See? But when I get him out of the way, see, then Jesus Christ can use the body. See? See, now, I come to that woman. Now what? Now say if she was sick.</w:t>
        <w:br/>
        <w:t>Here's a lady here that's got her limb laying up on a chair. Now, if I … if Jesus was here, and go down and lay his hands upon that woman, that limb would get well. There's no doubt about that. But, you see, we are human beings with dirty hands. His hands is holy, God vindicated Him. He was the Word. You believe that? Sure, He had no doubt. He would lay his hands upon her, say, "Daughter, be well," and she'd get well. But then He commissioned us to do the same thing. I think He's clearly identified it.</w:t>
      </w:r>
    </w:p>
    <w:p>
      <w:r>
        <w:t>134. Now, what if He would give me a vision, and tell this woman something to do? That, well, I believe then if I laid my hands upon her, she'd get well. Do you believe that? But what if He didn't give the vision? What would the vision do? Only give me faith. Transmitting my faith, the unseen power of God. See? Now, if you, every one of you die right this minute, you'd never see … you leave your body. All your mental faculties, all that you are would leave, but you'd never see it go. See? It'd be an un… the force that makes me move my hands, that's a force, isn't it? The force that could make me think, the force that makes me preach, the force that makes me live, act, that same force that can motivate this body would leave it and you wouldn't see the force leave. It's an unseen force. So is faith! Don't miss this. Faith! And Jesus said, "They shall lay hands on the sick." Now, see, if I went and had a vision and laid hands on her, I believe that she's going to get well, 'cause I saw the vision, my confidence is in the vision. But what about the Word? Lay hands on her with the same faith. The vision's only given to motivate my faith and your faith. With the same faith without the vision, it'll work just the same. Some people are given great faith. Some don't have that kind of faith, they're given visions to give them that faith. See? Now, see, it'd still be the same dirty hands, be the same person, but just laying hands upon her.</w:t>
      </w:r>
    </w:p>
    <w:p>
      <w:r>
        <w:t>135. Now, let the Holy Spirit confirm his presence, confirm his Word that He promised. Now, I forgot what your name was. What is your name, now? Agan. Well, He could have told me that if He had wanted to, see, but I just saying that I know I knowed you. Now, you just come right here just a minute, a little closer, there's people standing there praying, you see. That's… Now, Mrs. Agan, if I be the servant of Christ, and I have preached the Word which I believe to be the truth, do you believe that? [Mrs. Agan says, "Yes."] You believe it. Now, if you have a need of something, I could not give it to you, because I don't have it to give; 'less it's maybe a little money or something, or I could go talk to your husband or children or loved ones or something, I could. But if you needed healing, I couldn't give it to you, that's already purchased. But through a gift, I can make you recognize, if you have faith, that that's already purchased, because the one who purchased it, the only one you could have faith in, is the Son of God. The purchaser is standing here, see. Is that right? The purchaser's here.</w:t>
      </w:r>
    </w:p>
    <w:p>
      <w:r>
        <w:t>136. Now, you know me as a brother, a minister, and I know you as a sister. We know Him as God. Now, if that unseen person, by a gift that I have to make myself get out of the way, can tell me, tell you through me, my lips, see. Now, when I'm praying, God doesn't see me, He just hears my voice through the blood of Jesus. See, He don't see me, He hears my voice. And that blood there is to represent what I ask, See. Then He hears my voice, but He sees only the blood. See, He don't see me, so I can't be dirty when I'm under the blood. The blood cleanses. See, He's the bumper between me and God, and promised, "Ask the Father anything, I'll do it." Do you believe that to be true?</w:t>
        <w:br/>
        <w:t>Now, if everybody … looks like… Can you see that what's happening? Look, coming in here, a light, amber, moving right around.</w:t>
        <w:br/>
        <w:t>Now she couldn't hide it if she had to. No, no. You're here from the results of something that's happened to you. You've had pneumonia, and you've been in the hospital. You've been under an oxygen tent. And you're suffering from the results of it. You're going to be well. Jesus Christ is going to make you well, see. Go on, believing it, Sister Agan. I'm going to lay my hands upon you, in Jesus' name. God bless you, sister. Go, be happy now, don't doubt at all what He said.</w:t>
      </w:r>
    </w:p>
    <w:p>
      <w:r>
        <w:t>137. How do you do, sister? I don't believe I know you. We're strangers. Now, here's a woman that I don't know. I don't know you. I have no way of knowing you. But do you believe that God could reveal to me, by his Word, see, because He promised it? Do you believe He could tell me something about you? And that would make you accept it, is that right, knowing that it wouldn't be me, your brother, it would be He, your Saviour. Do you believe that? You're pending an operation. You've been told you have to have an operation. Do you believe He can tell me what the operation is for? It's in the stomach, and in the bowels. That's exactly right. You want to escape it. Do you believe now, with this Spirit here, the Spirit of Christ all around us and standing upon me. You know something had to tell you, 'cause I don't know you. Do you believe, by laying hands, that would transmit the faith that I believe in, with you with your faith, and before God, our Father, you'd be healed? Then, Lord Jesus, I obey your commands, when You said, "These signs shall follow them that believe. If they lay hands on the sick, they shall recover," let our sister be made well for the glory of God; in Jesus' name, amen. Go on home, just forget about it, see, go on believing it with all your heart.</w:t>
      </w:r>
    </w:p>
    <w:p>
      <w:r>
        <w:t>138. How do you do? I say that just to contact your spirit, lady. Just like Jesus did at the well, said, "Bring me a drink." Now, I believe … I don't believe I ever seen you, I believe you're a stranger to me. Is that right? If that's right, raise up your hand so the audience can see. I don't know the lady.</w:t>
        <w:br/>
        <w:t>This is genuine healing, it's genuine faith, genuine Scripture, the unadulterated Word of God made manifest and proved that He's not dead. He's alive forevermore. "And he that believeth on me, the works that I do shall he also, and this believer will lay hands upon the sick and they shall recover." Oh, how can you doubt it? See? Now, He knowed who would and who would not, I don't. That's up to Him.</w:t>
      </w:r>
    </w:p>
    <w:p>
      <w:r>
        <w:t>139. But now if this lady be a stranger, now, I don't know her, never seen her in my life. She's a young woman, much younger than me. But I have never seen her. And she's here for some purpose. Do you believe that these things that I've taught in the Bible, lady, to be the truth? You believe they are the truth. And do you accept it, not because I said it, because God said it?</w:t>
        <w:br/>
        <w:t>Do you believe we're living in the last days when the Son of man was to be manifested? That would be all the Word that's gathered up through Luther, Wesley, Baptist, and all that, and the Pentecostal, all gathered up to the revelation of what it's all been. The seventh angel was to open the six-seal mystery. It's all to be gathered up in the Son of man, his fullness of time has come to the fullness of his Word, to manifest the fullness of his body. That's the Word, then, that's the spoken Word made manifest by the Word, reveal the Word.</w:t>
      </w:r>
    </w:p>
    <w:p>
      <w:r>
        <w:t>140. Now, if God can tell me what your trouble are, is, rather… He made you, He knows all about you. And if He can reveal it… You look like a healthy person. But if He can reveal it to me, you'll know whether it's the truth or not. Will you accept it? Now look right at me. Of course, you're wearing glasses, you've had to wear them. That really isn't what you're here for. I can see that it moves right back, see. Now, you're here because a blood clot. Do you believe he can tell me where they're at? Your legs. Do you believe that to be God doing that? Do you believe God can tell me more about you? Huh? It's … the audience. You're a stranger, and I just … talk to you a minute. Do you believe He can, do you believe He can tell me where you're from? You're from Gary, Indiana. Do you believe He can tell me who you are? Mrs. Ogden. That's true. Now you go back home and get well, in the name of Jesus Christ.</w:t>
      </w:r>
    </w:p>
    <w:p>
      <w:r>
        <w:t>141. How do you do? We are strangers to each other, too. I don't know you, see. But you believe that the Lord Jesus can reveal to me your trouble? [The sister says "I know it."] You know it. Thank you, sister. That's very fine. All right, being that you know that, then that hernia will get all right. And you got a growth in your side. That's right isn't it? You want me to tell you what side it's in? It's in your right side. That's exactly right. Now go on your road and believe it, and you'll get well.</w:t>
        <w:br/>
        <w:t>You believe? Absolutely, it's the truth. Do you believe that the Son of God, Son of man, has come down through the ages as He promised? But, just, do you believe the world is in a Sodom condition, ready to be destroyed by the fire, like Sodom was? Sodomites were Gentiles, remember. But down in there, in Sodom, was some righteous people, God sent a messenger to call them out; some of them come, some didn't, most of them stayed in. But there was a group sitting up on the mountain, Abraham, and there was a messenger came to him to show him what was going to happen. He wasn't going to be in it, anyhow. But then the world is in that same condition today, and Jesus Christ is the Son of God, Son of man, Son of David, and He come to manifest Himself.</w:t>
      </w:r>
    </w:p>
    <w:p>
      <w:r>
        <w:t>142. I just noticing something happening to the woman. She's here for a great cause. She isn't here for sickness. You know what she wants to ask me? "Lay hands on" her, she'll "receive the baptism of the Holy Ghost." Isn't that right? Raise your hand up if that's right, see. She has a great thing. Dear heavenly Father, give this child of yours the desire of her heart, may she receive the baptism of the Holy Ghost. So shall she receive it. Amen. You'll receive it. God bless you.</w:t>
        <w:br/>
        <w:t>Do you believe? What about you out there, do you believe, too? If thou canst believe, all things are possible. Looking very sincere about that, do you believe that blood clot can leave, too? Sitting right there with the green-looking shirt on. Raise up your hand if you believe it'll leave, it will. I never seen the man in my life, a total, absolute stranger to me. I've never seen him.</w:t>
      </w:r>
    </w:p>
    <w:p>
      <w:r>
        <w:t>143. Do you believe it, the rest of you, audience? Now, don't you see, it's got to be Him?</w:t>
        <w:br/>
        <w:t>Cancer is no bad thing for God to heal. He can make it well, can't He? Do you believe He will? All right, then go, receive it, in the name of Jesus Christ. Just believe with all your heart.</w:t>
        <w:br/>
        <w:t>Hi, honey. You know, Jesus shed his blood, that your blood could be right. Do you believe that? Dear God, I bless this child, and may she have a blood transfusion from Calvary. Take all the sugar away, Lord, and let her be well, in Jesus' name. God bless you.</w:t>
        <w:br/>
        <w:t>How do you do? Do you believe He can heal that back and make it well? [The brother says, "I know He can."] Go, believe it, have faith. I'll just lay hands on you so you have faith. God bless you, brother.</w:t>
        <w:br/>
        <w:t>Do you believe? He made food to eat, He made a stomach to digest it. And when something gets wrong in that stomach, He's the healer of it. Do you believe that? All right, that's all you have to know, believe with all your heart.</w:t>
        <w:br/>
        <w:t>Being that you had the same thing, just go on and believe with all your heart, too.</w:t>
      </w:r>
    </w:p>
    <w:p>
      <w:r>
        <w:t>144. It's okay, bring the lady on. How do you do? Pretty little girl, she's awful little to have female trouble. Do you believe Jesus will make you well of that? Dear God, this little girl, I curse this enemy while in the presence of Jesus Christ may it leave her, may she be well. In Jesus' name. Amen. Bless you.</w:t>
        <w:br/>
        <w:t>Do you believe? Now a dark shadow moves up, death. A cancer is not… God can heal cancer and make it well. Do you believe that with all your heart? Do you believe He's going to make you well of it? In the name of Jesus Christ, I curse this cursed thing under that crossed fishes, may the cross of Christ take it away. Make it go, in Jesus' name. Don't doubt, go, believe with all your heart. Amen. If thou can't believe, all things are possible.</w:t>
        <w:br/>
        <w:t>How do you do? Of course, your arthritis will go, and you'll be made well if you believe. Do you believe that you'll be so you can walk around again and be all right? The Lord bless this dear sister, and make her well, in Jesus Christ's name. Go, believing with all your heart.</w:t>
      </w:r>
    </w:p>
    <w:p>
      <w:r>
        <w:t>145. Do you believe the same thing can happen to you? Well, I believe it has. You're going… If you believe that you're healed right now. I believe it's gone from you, myself. In the name of Jesus Christ, let our brother go and be normal and well, for the glory of God. Amen.</w:t>
        <w:br/>
        <w:t>It finally happened. You that's sitting there, crying, do you believe them hemorrhoids are going to leave you? He stayed right here till the last half hour, looked like, right before me, He's standing right beside this man. You've been believing, haven't you? You believe with all your heart, and you can go back down to Texas and be well. I never seen the man in my life.</w:t>
        <w:br/>
        <w:t>Do you believe that little back's going to get well and you're going to be ready to be healed? Lord Jesus, touch the little thing and heal it, in Jesus Christ's name. Amen. Believe it with all your heart.</w:t>
      </w:r>
    </w:p>
    <w:p>
      <w:r>
        <w:t>146. Now that Spirit draws near, it's all over the building. Hard to tell where that may have come from, nervous. Let me show you something. How many's nervous, out there, raise your hand. See, it's hard to say which is which. But God knows all about it, all your desires. You've tried all, hard, to overcome them. Many things in life you try to give up, and you want to serve God with everything that's in you. Looks like it's always been something holds you back. Do you believe it's going to happen right now, this morning, you're going to be made free from these things? Will you believe it?</w:t>
        <w:br/>
        <w:t>Our heavenly Father, so that these others might see that Thou art the Christ, the Son of God, heal this dear woman standing here, Father, quieten her. We all know what she suffers, Lord, and we pray that You'll make her well. As I lay my hands on her with all the faith, I, too, have an attack right now, weary, Satan, overworked, nerves going bad. Leave her, Satan. I lay my hands upon her with all the faith that I got, leave her, in Jesus' name. Believing… That's what you wanted me to do.</w:t>
      </w:r>
    </w:p>
    <w:p>
      <w:r>
        <w:t>147. I don't know you, you're a stranger to me. That hernia, if you'll believe, it'll get well. And another thing, you got arthritis. If you believe, you'll be well. Your back trouble's left you. Go, believing.</w:t>
        <w:br/>
        <w:t>Do you believe with all your heart? Here, that how many… Is that all of them in the line? Is there any the rest of the line? You all pass right by here so I can lay hands upon the sick. Let's bow our heads just a minute, it's after one o'clock. Dear God, I lay hands upon my sister, while the anointing of the Holy Ghost is here. Make her well, in Jesus' name. Dear heavenly Father, I lay hands upon my brother… [Blank spot on tape, Brother Branham continues praying for the sick.] … believe.</w:t>
      </w:r>
    </w:p>
    <w:p>
      <w:r>
        <w:t>148. Oh, you didn't get prayed for, brother? [Blank spot on tape.] … brother, you know what he did? He's an old deer hunter. He said he had a rifle he always hunted deer with, said he was too old now to go hunting. He wanted to bring the rifle and give it to me. Amen. Let's say, "praise the Lord."</w:t>
        <w:br/>
        <w:t>I love Him, (Don't forget your little</w:t>
        <w:br/>
        <w:t>question, lay it up. If you don't get</w:t>
        <w:br/>
        <w:t>it today, bring it Wednesday or Sunday.)</w:t>
        <w:br/>
        <w:t>'Cause He first loved me</w:t>
        <w:br/>
        <w:t>And purchased (Was you all in the</w:t>
        <w:br/>
        <w:t>prayer line, prayer line?) salvation</w:t>
        <w:br/>
        <w:t>On Calvary's tree.</w:t>
      </w:r>
    </w:p>
    <w:p>
      <w:r>
        <w:t>149. Think how sweet He is to us, now. Just think, He proves his Word! Now see, if I could heal, it would be different, see, but He's the one that's already done it. See? So He just proves his presence here, "I am He that was dead, and alive forevermore." There was no man ever like Him. He was a man all to Himself. He was God. See? There was never a man that lived like He lived. There was never a man born like He was born. There was never a man that could do what … like He did. There was never a man that died like He died. There was never a man that raised from the dead like He did. "Oh," you say, "wait a minute, Brother Branham, others was raised from the dead." Yeah, but they died again. But He's alive forevermore. See? Never a man raised like He did. He rose from the dead, forevermore.</w:t>
        <w:br/>
        <w:t>[Brother Branham hums "I Love Him".] Let's just sing it to Him now.</w:t>
        <w:br/>
        <w:t>I love Him, I love Him</w:t>
        <w:br/>
        <w:t>Because He first loved me</w:t>
        <w:br/>
        <w:t>And purchased my salvation</w:t>
        <w:br/>
        <w:t>On Calvary's tree.</w:t>
      </w:r>
    </w:p>
    <w:p>
      <w:r>
        <w:t>150. Let's just bow our heads. Lord Jesus, I love this people. And I just hold them Lord, it wasn't my intention of doing this. But here, many of them with little children waiting, they're hungry, they don't understand. But they just set right here, because they know that man cannot live, only by the Word of God. And then when the Word is being spoken, and then made known, made manifest, proven, then they know it can only be You. I pray for each one. Bless them, Father. May they be healthy and strong for the journey that lays before us. Bless them through the week. And if it so be your will, Lord, that we can meet here again next Sunday, next Sabbath, to come here and worship, I pray, God, that You'll strengthen them. Some of them may not, some will have to go to their homes in different parts of the country, maybe across the sea, or out of the States. We pray that You'll be with them and help them. May we meet at Jesus' feet, someday. Grant it, Father. Help us now, as we love one another, and believe in You, and hoping someday that the tie that binds our hearts together now will be the eternal cord, let us live in that city that's four-square, for all eternity. In Jesus' name. Amen. All right.</w:t>
        <w:br/>
        <w:t>Take the Name of Jesus with you,</w:t>
        <w:br/>
        <w:t>Child of (Now shake hands with one</w:t>
        <w:br/>
        <w:t>another) woe;</w:t>
        <w:br/>
        <w:t>It will joy (Turn around and shake hands</w:t>
        <w:br/>
        <w:t>with somebody, say "I'm happy to be</w:t>
        <w:br/>
        <w:t>here with you, this morning.")</w:t>
        <w:br/>
        <w:t>Take it everywhere you go.</w:t>
        <w:br/>
        <w:t>Precious name, O how sweet! (God bless you.)</w:t>
        <w:br/>
        <w:t>Hope of earth and joy of heaven;</w:t>
        <w:br/>
        <w:t>Precious name, O how sweet!</w:t>
        <w:br/>
        <w:t>Hope of earth and joy of heaven.</w:t>
        <w:br/>
        <w:t>Now, listen to this now, now sing this way:</w:t>
        <w:br/>
        <w:t>Take the name of Jesus with you,</w:t>
        <w:br/>
        <w:t>As a shield from every snare;</w:t>
        <w:br/>
        <w:t>(Now listen close.) When temptations</w:t>
        <w:br/>
        <w:t>around you gather.</w:t>
        <w:br/>
        <w:t>(What do?) Breathe that holy name in prayer.</w:t>
        <w:br/>
        <w:t>Precious name (precious name), O how sweet!</w:t>
        <w:br/>
        <w:t>Hope of earth and joy of heaven;</w:t>
        <w:br/>
        <w:t>Precious name! O how sweet!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