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Feast Of The Trumpets</w:t>
      </w:r>
    </w:p>
    <w:p>
      <w:r>
        <w:t>Date: July 19, 1964</w:t>
      </w:r>
    </w:p>
    <w:p>
      <w:r>
        <w:t>Location: Jeffersonville, Indiana, USA</w:t>
      </w:r>
    </w:p>
    <w:p/>
    <w:p>
      <w:r>
        <w:t>1. Let us bow our heads.</w:t>
        <w:br/>
        <w:t>Lord, on one occasion it was said by thy beloved disciples, "Teach us to pray." For when we catch sight of the great God of heaven, we do realize how insufficient we are. So teach us to pray, Lord, in our hearts, now, for the things that would be beneficiary to thy kingdom and for thy servants. Thou knowest the need of every person here.</w:t>
        <w:br/>
        <w:t>And here on the desk this morning is handkerchiefs, and aprons, and just little parcels from the needy of physical aid, and domestic, and whatever it might be. But Thou art God and God alone, the only true God that there is; and we ask Thee in the name of Jesus, thy beloved Son, that You will heal each of these. And there may be some here who has not a handkerchief here or parcel that need healing.</w:t>
        <w:br/>
        <w:t>There may be some out across the nations around the world that, even this tape, would meet in their homes or their churches. We would pray, Lord, that while the service is going on that---or the tape is being played, or whatever position we might be in, or condition, may the great God of heaven honor this sincerity of our hearts this morning, and heal the needy, give to them what they have need of.</w:t>
        <w:br/>
        <w:t>Bless us now in the coming on service. Speak through us like never before for the kingdom of God's sake. We wait in Jesus' name for thy answer. Amen.</w:t>
      </w:r>
    </w:p>
    <w:p>
      <w:r>
        <w:t>2. It's good to be here in church again, this morning. And I was just talking to some friends who've just come in from Ohio---to a little girl, that was brought down here a few months ago, that was dying with leukemia. The people were very poor---the parents. And I haven't time this morning to read the testimony which is going on file. But there's the little girl's picture after three days, I believe it was, after she was prayed for. The doctors give her just three days to live, and in three days later they could find not even a trace of it. And so she's in school, very happy. I'm sure the church remembers when we had her here in the room.</w:t>
        <w:br/>
        <w:t>And also the little baby that was born with the bowels, like, on the outside. Somehow the doctors… In this little condition the way the bowels were formed, could not be placed back again. They was afraid to touch the little thing---it just a newborn baby. And now, the little fellow, about a year old, I guess, something like that, with normal bowels, everything just as normal as it can be. It's just the grace of God, that how good He is to us.</w:t>
      </w:r>
    </w:p>
    <w:p>
      <w:r>
        <w:t>3. Now today, I was---want to announce that the meeting that we were planning---I was planning on going to this next coming week in Africa, over with Brother Joseph Boze in Kenya and Tanganyika. We are unable to have the meeting, with a telegram back from Brother Boze. "Last week three of our own missionaries was killed and---murdered." And they're having an uprise there now, and the communists are slipping guns in to the natives; claiming they got fish boats setting around, Red China and Russia, and getting guns to the natives; and they don't know no better than to use them just on anything that they see to use it on. So their---the government thought that it wouldn't be wise to have the meeting at this time. And as I understand, also that Brother Boze cannot even have his school open in this area where I was going at this time. But it's not cancelled, it's just postponed until they can get it quietened again.</w:t>
      </w:r>
    </w:p>
    <w:p>
      <w:r>
        <w:t>4. Very happy this morning to see in the midst of us again, for many years absence, Brother Jackson---Brother Sidney Jackson and Sister Jackson from South Africa. Has he spoke? And these people was my real brothers, and sister, and co-workers in the campaign in South Africa, the last trip over, which we trust that someday by God's grace to get back with them again; for it's needy. And I've been trying for nine years to get back, but on the account of the organizations and so forth they won't let me back.</w:t>
        <w:br/>
        <w:t>So I wrote them a letter recently and said, "Then let the blood of those lost souls be on you and not on me." For I believe that God has been wanting to use my ministry over there for those people for some time. And by their denominational difference they won't let me come back. But it's all right, the Lord will take care of that.</w:t>
      </w:r>
    </w:p>
    <w:p>
      <w:r>
        <w:t>5. Now, what I wish to say this morning, that if the Lord willing … Brother Neville has asked me to have services tonight and---at the tabernacle, so you're invited out. And then next Sunday, the Lord willing, I'm to be here also, then maybe for the next two or three Sundays, because of the absence of this, being---cancellation of this meeting that was in making.</w:t>
      </w:r>
    </w:p>
    <w:p>
      <w:r>
        <w:t>6. Now, we also would like to say that---I said maybe we would preach the Seven Trumpets during this time. We wondered just how that we were going to do it in the insufficiency of the size of the building and the inconvenience of the air-conditioner (no air in the room; it's not fixed yet for air-conditioning). And we tried to rent this school up here which is air-conditioned, which seats about---oh, I don't know; it's a nice seating capacity, a very fine school, but we could find nothing. And it would---they'd give us next week, but next week… See, there's delegations coming from different parts of the world: from Jamaica, and from the Islands, and from South … even to South America, and Canada, and Mexico, and across the nations; and we sent out the notices Monday, then they wouldn't get them until about Wednesday or Thursday, and then, have to ask time off and so forth, which would throw it way out. The next weeks on until school time; you'd have to take it one night, and then off maybe a night or two, then on again, then… We just couldn't do that; you couldn't make it.</w:t>
      </w:r>
    </w:p>
    <w:p>
      <w:r>
        <w:t>7. I wondered why, when I'd prayed sincerely. And then, it's about time for us to return back to Arizona again for the children to get in school and then we… I was talking to the wife and…</w:t>
        <w:br/>
        <w:t>Yesterday I went into the room, and I said, "Lord, I may not use so many words, but understand please, God, what I mean in my heart. What is the matter that everything is cut off from preaching those trumpets?" And then He came and revealed it.</w:t>
        <w:br/>
        <w:t>And now, this morning I want to speak to you on the reason why.</w:t>
        <w:br/>
        <w:t>And now let us, who has Bibles and would like to turn in our Bibles---we will turn first to Leviticus, the 23th chapter of Leviticus.</w:t>
        <w:br/>
        <w:t>If the Lord is willing, tonight I'm going to preach on the subject "Going Beyond the Camp," and it will be short; and so you can have time to get back to your places for work.</w:t>
      </w:r>
    </w:p>
    <w:p>
      <w:r>
        <w:t>8. We are happy to see visitors in, people from out of town. How many out of town people's here, while we're looking? Ninety-five percent, yeah, ninety-eight percent of the congregation. So you see, it isn't Jeffersonville; it's the people who come into Jeffersonville. We are here by the grace of the Lord.</w:t>
        <w:br/>
        <w:t>And now, I want to read three places this morning. One of them is found in Leviticus the 23th chapter, and the other is in Isaiah 18, and Isaiah 27 (you who are marking it down).</w:t>
        <w:br/>
        <w:t>And now instead of preaching---the Lord willing, I'll do that tonight; but I want to teach this morning on the "Feast of the Seven Trumpets." Which this month is the feast of the seven trumpets, beginning … and which is the seventh month, which would be … July the 15th was beginning of the feast of the trumpets in the Levitical laws.</w:t>
      </w:r>
    </w:p>
    <w:p>
      <w:r>
        <w:t>9. Now, if you have your papers, and things, and wish to write down scriptures, and texts, and so forth, as we go along… There's one thing to this meeting; it's hot, and we are accustomed to that, through the years. But someone might think that I believe that when we enter into this building that we cease time, maybe in partly---partially in eternity, the way---how long I hold the people. I don't mean it to be that way, but I believe that we're living at so close to the coming of Jesus, that I have to take advantage of every minute that I have the people together.</w:t>
        <w:br/>
        <w:t>And I was thinking as I was driving down the road awhile ago (being out for a little prayer just before entering the pulpit, as any real sincere clergyman does), I was thinking, "You know, we're having the most glorious time when we meet here together, but---and the people gathering from many states setting right in here now, from way away, hundreds and hundreds of miles. And we assemble together to fellowship around the Word, but there'll come a time soon when this'll be just a fond memory." That is right. These times will be taken away from us. So therefore, we must do all that we know how to do, to make this every minute count. And think of this now, while we're suffering in the heat of the morning. And you know, every human body is a dynamo of heat itself, and it makes it pretty hard on you, and … but I want you to get the Word. Now, just before we read, let's pray.</w:t>
      </w:r>
    </w:p>
    <w:p>
      <w:r>
        <w:t>10. Lord, most any person in here that can move their hands could turn the pages of this Bible. But there's but one among us this morning that can open it; that's the great Holy Ghost, which is in our midst. Open to us the Word, Lord, as we read, as You did to the disciples, as they went on the road to Emmaus, and begin to explain to them the Scriptures. And may we, when we leave, say like those, who coming back to Jerusalem from Emmaus, "Did not our hearts burn within us, as He spake to us along the way?" For it's in the name of Jesus we ask it. Amen.</w:t>
        <w:br/>
        <w:t>Let us stand in reverence to the Word.</w:t>
      </w:r>
    </w:p>
    <w:p>
      <w:r>
        <w:t>11. Now, my subject this morning is the Feast of the Trumpets. I want to read now from the 23rd verse of the 23rd chapter of Leviticus.</w:t>
        <w:br/>
        <w:t>And the LORD spake unto Moses, saying,</w:t>
        <w:br/>
        <w:t>Speak unto the children of Israel, saying, In the seventh month, and in the first day of the month, shall ye have a Sabbath, a memorial of blowing of trumpets, a holy convocation.</w:t>
        <w:br/>
        <w:t>Now, in the Book of Isaiah, beginning with the first verse of the 18th chapter (this connects this together):</w:t>
        <w:br/>
        <w:t>Woe to the land shadowing with wings, which is beyond the river of Ethiopia:</w:t>
        <w:br/>
        <w:t>That sendeth ambassadors by the sea, even the vessels of bulrush upon the waters, saying, Go, ye swift messengers, to a nation scattered … peeled, of the people terrible … nation melted out and trodded down, whose land the river has spoiled!</w:t>
        <w:br/>
        <w:t>And all ye inhabitants of the world, and dwellers on the earth, see ye, when he lift up an ensign on a mountain; and when he bloweth a trumpet, hear ye.</w:t>
        <w:br/>
        <w:t>And Isaiah 27:12 and 13:</w:t>
        <w:br/>
        <w:t>And it shall come to pass in that day, that the LORD shall beat off from the channel of the river unto the streams of Egypt, and ye shall be gathered one by one, O ye children of Israel.</w:t>
        <w:br/>
        <w:t>And it shall come to pass in that day, that the great trumpet shall be blown, and ye shall come which are ready to perish in the land of Assyria, and the outcasts in the land of Egypt, and shall worship the LORD in the holy mount at Jerusalem.</w:t>
      </w:r>
    </w:p>
    <w:p>
      <w:r>
        <w:t>12. Let us pray again.</w:t>
        <w:br/>
        <w:t>Lord, bless these words to our hearts. May our thoughts and our meditation be according to thy bidding, in Jesus' name. Amen. You may be seated.</w:t>
      </w:r>
    </w:p>
    <w:p>
      <w:r>
        <w:t>13. There's so many things that a pastor would like to say to his congregation, that he loves, of different people from different places, which would not be permitted on the account of time.</w:t>
        <w:br/>
        <w:t>Now, as we approach this subject, we want you to feel at liberty. And many of you are standing, and as I come by, the halls was full, and outside the doors, the front, and around the building, and around the walls. So now, if you want to change seats with each other, that'll be fine.</w:t>
      </w:r>
    </w:p>
    <w:p>
      <w:r>
        <w:t>14. Now, the feast of the trumpets. Now, this was a gathering of Israel where they gathered together, the feast of the trumpets. Now, I have been anticipating for some time to speak on the subject of the seven trumpets in the book of Revelation. And now, we're going to review this, just a moment, to bring out the real cause of me not speaking this time; because the Holy Spirit would not let me speak at this time on these things. I know that sounds very juvenile, maybe, to people of great learning and understanding, but to the Christian it's different. We follow the leading of the Spirit, that alone.</w:t>
      </w:r>
    </w:p>
    <w:p>
      <w:r>
        <w:t>15. Now, I've begin to notice at the preaching of the seven church ages, which is the pattern, or the forecast of all that God was going to do for the churches, and through the churches, and positionally setting them up. The first three chapters of the book of Revelation reveals all the happenings unto the church. Then from the 3rd chapter unto the 19th chapter of Revelation there is no more seen of the church. The church goes up at the 4th chapter of Revelations and returns back at the 19th chapter of Revelations, the bride and the groom together coming to the earth. And then, from the 19th chapter to the conclusive of the 22nd chapter, it's all on the millennium and what will be in the years that is to follow. During the 4th to the 19th, God is dealing with Israel.</w:t>
      </w:r>
    </w:p>
    <w:p>
      <w:r>
        <w:t>16. Now then, when we got finished with the book of the Revelation of the church (what God did to those seven churches which were then in their infancy or their shadow in Asia Minor), then the Holy Spirit revealed and opened to us all the mysteries in there of how He's brought his church through history. And if you don't have the seven church ages on tape, it would be good if you listened to them; and soon they'll be in book form.</w:t>
        <w:br/>
        <w:t>Then just leaving it at that and presuming that after awhile we'd preach on the seals, not knowing what the seals was. I had my own idea, as every minister does, of reading, maybe what other men had said, and believing as much as I---possible with them on the things that they had drawed up, their conclusion. I'd read the book of Mr. Smith, Uriah Smith, which is the Adventist teacher, and I'd read his thoughts on it. And I'd read Mr. Larkin, I'd read oh, so many different ones of their commentaries on this. But, somehow or other, I thought I had a little view of it myself that might be places different. But trying one time, just speaking three subjects, the first---or the four subjects of the four horse riders, I preached on it four nights, one on one horse and the other…</w:t>
      </w:r>
    </w:p>
    <w:p>
      <w:r>
        <w:t>17. But then, just before it happened, I was given a vision (which is on tape as you all know, Sirs, What Time Is It?, that I should go to Tucson, Arizona, and there, on the backside of the desert (up into the mountain, where I was with some brethren), and told about what a great blast would go off; and seven angels came down. Me, thinking myself, it was the end of my life, told my wife to get with Billy, and what to do with the children, and so forth, till we met again at the other side.</w:t>
      </w:r>
    </w:p>
    <w:p>
      <w:r>
        <w:t>18. Then one day in Sabino Canyon, while God called me early in the morning up there, I was up with my hands in the air, praying, and a sword came into my hand. You know that. I stood there and looked at it, just natural as my hand is now. Now knowing what it meant, and it was left me with a voice that said, "This is the sword of the King." And then, later when the Angel of the Lord revealed it, it was the Word in the hand.</w:t>
        <w:br/>
        <w:t>Immediately after that, the angels of the Lord appeared and told about the seven trumpets---or the seven seals; and I was to return back here to Jeffersonville and preach the seven seals. And there if I've ever said anything that was inspired, it was in that. There where the Angel of the Lord met us in a… The Bible become a new Bible. There it opened up and revealed all the things that the reformers and things had left out. It was the complete revelation of Jesus Christ, altogether new to us, but perfectly, exactly with the Scripture. That was the Word which has always been. I was so inspired and directed.</w:t>
      </w:r>
    </w:p>
    <w:p>
      <w:r>
        <w:t>19. Then, when I come to this part here of preaching the seven trumpets, I would thought, "Well, I'll not try to think anything, I'll just wait till that time and let Him reveal it to me." And then yesterday when I was---I went into the room and wondering why (or beg your pardon, it was day before yesterday when I went into the room to try to understand); it was there that the Holy Spirit opened up this to show me the reason it not profitable even for the church at this time, because it has nothing to do with the church at all.</w:t>
      </w:r>
    </w:p>
    <w:p>
      <w:r>
        <w:t>20. Now, the hidden mysteries of Christ was fully revealed in the seven seals. It revealed first the seven church ages, opened up the ages and placed them positionally, both with history and with the Bible, and set them in position how they was. And we found ourself in the last church age, being the Laodicea church age, which was the most corruptible of all the church ages, even from the very first, from … Ephesians was a great church age.</w:t>
        <w:br/>
        <w:t>And then how here the Holy Spirit giving me a vision, and seeing what would take place, I drawed on the blackboard two years ago (here it is up here on the drawing) that how that the light was fading off of the earth, which would be exactly the way that the light come on the earth as the Gospel, and how it would fade in and out. Not knowing it at the time, what it meant, and how it would be, but the great ecumenical world had a meeting with Rome. And Rome, which is the mother of all organizations… The pope, for the first time in history, left the Vatican and went to Jerusalem and many places. Now, Jerusalem is the ancient seat of all of our religion---is Jerusalem. And in this ancient seat the pope from Rome, which has been the church's greatest enemy all times, leaves to come over to visit Rome ---or from Rome to Palestine, Jerusalem.</w:t>
      </w:r>
    </w:p>
    <w:p>
      <w:r>
        <w:t>21. And as we see, being uneducated myself, not knowing the words and how to speak them, I've always taught in types and patterns of nature. Nature will follow nature; nature is of God.</w:t>
        <w:br/>
        <w:t>When you take a time… When cattle in the field all congregate together in the corner of the field, take your fish line out of the water; fish won't bite; you'll never catch them, see. The cattle are resting (unless you'd happen to drop right down in the bed of one). But when cattle go to feeding, watch! The same time the cattle does that, the birds also will take to the trees; they'll quit feeding, see. It's nature; all of it blends together. You notice the bees at that time is buzzing over their honey, not gathering it. All nature works together.</w:t>
      </w:r>
    </w:p>
    <w:p>
      <w:r>
        <w:t>22. And therefore, like we see a tree drop a leaf off, pretty soon now, in the next couple of months, the leaf will leave the tree and the life, the sap, will go down into the root. And the tree leaf will drop off and fall on the ground and will rot. And the calcium, and the potash that's in the tree leaf will rot in the ground, and what happened? The life went on ahead of it, and will suck it right back into itself, and bring that leaf back again. It's a death, burial, and resurrection.</w:t>
      </w:r>
    </w:p>
    <w:p>
      <w:r>
        <w:t>23. And all nature… And the moon is the wife of the sun; it is a lesser light. And then also, that when the sun is gone, in the absence of the sun, the moon reflects the light to the earth, which is a type of the church. And when the pope leaves the ancient enemy of the church, and comes over to the Jerusalem, which is the seat of the church (which the new Jerusalem and the old Jerusalem), we notice, before it did it, there was a total blackout of the moon.</w:t>
      </w:r>
    </w:p>
    <w:p>
      <w:r>
        <w:t>24. And in the papers, across the nation as we have on the board, it displayed how that that moon turned from light to darkness. And the very phenomena of it, that moon drawed exactly in the skies the same thing the Holy Spirit had me to draw here two years ago, and showing the covering! When it went six pictures, I put the seventh on there, because the seventh church age, just a shadow of light, the going of the… That's where Jesus, at the door knocking. But it goes into total darkness.</w:t>
      </w:r>
    </w:p>
    <w:p>
      <w:r>
        <w:t>25. And what a reflection, what a message from God Himself, that these things are the truth! Testified it first in his Word, then by the Spirit at the platform, and then declared it in the heavens.</w:t>
        <w:br/>
        <w:t>There's no mistake about it at all. Those seals and ages are perfectly in line, perfectly, God giving witness by supernatural signs and wonders, with the Word and history all placed together, in the age that we're now living in.</w:t>
        <w:br/>
        <w:t>Now, it's hard for the churches to see this; it's hard for the denominations to see it. They always try to think that you're trying to bawl the people out. You're not, you're trying to warn the people. It isn't trying to be evil to them, you're trying to get them from the evil. It isn't people in the organizations, it's the system that they're in, that's damning them.</w:t>
        <w:br/>
        <w:t>Honest, sincere people are Catholic, Protestant, Jewish, and whatmore. It's human beings, who…</w:t>
      </w:r>
    </w:p>
    <w:p>
      <w:r>
        <w:t>26. Nuns don't go into the nunnery to be bad women, they go in there to be good women. They're trying to get closer to God, but it's the system that pollutes them. People join church, not to be a bad person, but be a good person. But it's the system of the church that draws them from the Word and the principles that God has laid down for this day; and that's what gets them out.</w:t>
      </w:r>
    </w:p>
    <w:p>
      <w:r>
        <w:t>27. Now remember, God is the Word. And each age He has allotted the Word for each age that would be on the earth. He allotted it in the church age, and the seven seals revealed every bit of it, see.</w:t>
        <w:br/>
        <w:t>Why did there---was there mysteries that was still hid? Revelations 10, we find, at the end of the seventh angel's message that these mysteries, that had been hid, would be revealed, Revelations 10:1 to 7. Notice, the reason is because there had been no prophets during this age. The Bible said that God does nothing till He reveals it to his prophets, his servants, the prophets. And the Word of the Lord in all ages has always come to the prophets, never to a system, never to a group.</w:t>
      </w:r>
    </w:p>
    <w:p>
      <w:r>
        <w:t>28. Never did God use a group. Every time any group of people organized, God left it and never did return. Search the history and see if that's right or not. We've already done it. Never does He deal with a system or a group after they organize; it's against God.</w:t>
        <w:br/>
        <w:t>Therefore, during the time of the reformations, there come in reformers as the seven seals proved that it was. But in the last days now, it was supposed to be revealed again; because we find in the Scripture of Malachi 4, that there's to be an anointing come down, and to restore again that original faith, and to bring the faith of the people back to the original Pentecost, the faith of the fathers.</w:t>
      </w:r>
    </w:p>
    <w:p>
      <w:r>
        <w:t>29. And we took the Elijah of the first run; we took the Elisha to follow him. We took John the Baptist after that, who was the Elijah of that day, and a promise for another in this day. Now, John the Baptist was not the Elijah of Malachi 4, he was the Elijah of Malachi 3; Jesus said so: "Behold I send my messenger before my face to prepare the way." We find him being that.</w:t>
        <w:br/>
        <w:t>Now, in doing so, in finding those positions, we know that all the rest of the Scripture inspired of God reveals to us that we're in the last day.</w:t>
      </w:r>
    </w:p>
    <w:p>
      <w:r>
        <w:t>30. Now, if I come with the message of Pentecost, I'd be in the Laodicean church age, and it wouldn't be right. That's the reason that Wesley could not take Luther's message. Luther was in one age---church age, and Wesley was in another church age. If Jesus would've come in the---with the message of Moses, it would not have worked. If Moses would've come with the message of Noah, it would not have worked.</w:t>
        <w:br/>
        <w:t>But God has allotted to his people of every age a scripture; and before the age can come into existence, into time, then the churches has got it so mixed up that they don't know where they're at.</w:t>
      </w:r>
    </w:p>
    <w:p>
      <w:r>
        <w:t>31. That's the reason they failed to recognize Jesus being the Son of God. Their traditions had blinded their eyes, but He was exactly with the Scripture.</w:t>
        <w:br/>
        <w:t>The prophets was the same. Jesus said, "Which of you---of your fathers didn't stone those prophets that were sent to you?"</w:t>
        <w:br/>
        <w:t>Then God sends his prophet to---and the prophet is the living Word of God made manifest.</w:t>
        <w:br/>
        <w:t>Jesus said, "How can you condemn Me to say, 'I'm the Son of God,' and you call in your own laws… You said those who the Word of the Lord came to (which were the prophets); you call them gods, and they are, for the Scriptures cannot be broken." He said, "Then how will you condemn Me?" When He is… They were a part of the law; they were part of the Word of God; but Jesus was the fullness of the Word of God, his whole plan of redemption, God's whole sufficiency was in Him.</w:t>
      </w:r>
    </w:p>
    <w:p>
      <w:r>
        <w:t>32. And now, through the church ages they've done the same; and the seven seals is to reveal all the mysteries that was left off during that time, because we're without prophets. And the Word does not come to reformers---prophets.</w:t>
        <w:br/>
        <w:t>God is unchangeable. Malachi 3 said, "I am God, and I change not." God's first way of doing anything, that's God's ever way of doing anything. God decided He would save man by the shed blood of an innocent one in the garden of Eden, and He has never changed it since, and cannot change it. We've tried by education, by buildings, by systems, by denominations, by ethics, and everything else, and it's all failed. But there's only one place that God meets man, that's under the shed blood of the innocent. Only by the blood, that was his first decision. See?</w:t>
        <w:br/>
        <w:t>We can make a decision, and next year we can think better. We got a better idea of it next year. God can't; He's infinite; his first decision is perfect, nothing can move it. I can learn more; we're finite. I can learn more, you can learn more; but God can't learn more, He's perfect to begin with. And therefore, his first decision, rest your soul upon it. What the Bible says, that's it.</w:t>
      </w:r>
    </w:p>
    <w:p>
      <w:r>
        <w:t>33. God's got to judge the world someday, and the Catholic says He'll judge it by the Catholic church. If that be so, which Catholic church? They differ one from another. If you're going to judge it by the Protestant, which Protestant church? They differ one from another. And it would be a bit confusing; no one would know where to stand. If the Methodist is right, the Baptist is lost. If the Protestant's right, the Catholic's lost; the Catholic's right, the Protestant's lost.</w:t>
        <w:br/>
        <w:t>But the Bible said that He will judge the world by Jesus Christ, and He is the Word? Then He'll judge it by the Word.</w:t>
        <w:br/>
        <w:t>And all denominations get off of that Word to make their creed. I just ask any to prove to me where they take the full Word. They can't do it, because it's controlled by a system of men. Where you got man … God never did deal but with one person at a time. He never even had two prophets at the same time---one! God can get one man in his hand. He doesn't deal with your organization, He deals with you.</w:t>
      </w:r>
    </w:p>
    <w:p>
      <w:r>
        <w:t>34. Now, upon that basis we come to the feast of the trumpets, the hidden mysteries. It's prophesied it was to be that way; therefore, it had to be revealed in the way that it was. But to be revealed in this last day to fulfill exactly what I've just said, Malachi the 4th chapter, Luke the 17th chapter, and the 30th verse (how He would do it), and Hebrews 13:8, Hebrews 4:12, and many of those scriptures that tell us.</w:t>
        <w:br/>
        <w:t>Now, if that's foreign to some of you, may I say that God always, the way God is known amongst people is by being prophetic. The Jews always knowed to believe their prophets. He said, "If there be one among you, I, the Lord, will speak to him in spiritual dreams and in visions. And what he says come to pass, then hear him." They were always… That's how they failed to recognize Jesus and had to class Him something else. So they made Him an evil spirit, Beelzebub, because He was able to discern the thoughts that was in their hearts. We always know that that's the sign of the Word.</w:t>
      </w:r>
    </w:p>
    <w:p>
      <w:r>
        <w:t>35. Hebrews the 4th chapter, the 12th verse said the Word of God is sharper than a two-edged sword and a discerner of the thoughts and intents of the heart.</w:t>
        <w:br/>
        <w:t>"When He, the Holy Ghost, will come upon you, He will remind you of these things I've said and will show you things to come."</w:t>
        <w:br/>
        <w:t>"God in sundry times in divers manners (Hebrews 1) spoke to the fathers through the prophets, in this last days through his Son, Jesus Christ." The same God just changed from the prophets to the Son. That's all. See? Always the same message, the same way of doing it.</w:t>
      </w:r>
    </w:p>
    <w:p>
      <w:r>
        <w:t>36. Now, it's prophesied that the churches would be in this condition had to be restored back again. And He said in Malachi 4, that He would send Elijah, the prophet, and would restore the people back again where they'd bring it. Notice, and just before or right after his message, there will be a time when the world will burn, and the righteous will walk out upon the ashes.</w:t>
        <w:br/>
        <w:t>Now, to some theologian (that might be listening in on the tape, somewhere around the world), if you think that that was John, remember, then the Scriptures was wrong; for the world did not burn after John's message. Jesus did not come and take the people in the millennium, but He's promised to do it after the spirit of Elijah comes upon the earth again.</w:t>
      </w:r>
    </w:p>
    <w:p>
      <w:r>
        <w:t>37. Notice now, in Malachi 4, we see here, that this is supposed to be done to restore what? The faith of the people back to the original fathers, the Pentecostal doctrine, the original fathers. And he will restore the people back to the fathers.</w:t>
        <w:br/>
        <w:t>We find in Luke 17, Jesus said that when He come in this last days … Luke 17:33, we find out that Jesus said, "As it was in the days of Lot, so will it be at the coming of the Son of man, when the Son of man is being revealed."</w:t>
        <w:br/>
        <w:t>Now notice, He come in three son's names. He come in the name of the Son of David---or the Son of man, Son of God, Son of David.</w:t>
      </w:r>
    </w:p>
    <w:p>
      <w:r>
        <w:t>38. Now, He had to come as Son of man, because He was a prophet. Jehovah, Himself, called the prophets son of man. And Jesus never referred to Himself as Son of God, He referred to Himself always as Son of man.</w:t>
        <w:br/>
        <w:t>And notice, He revealed Himself then as the prophet, the seer. Said, "If I do not the works of my Father then believe it not. "He met every description that was spoke of Him in the Scripture, even to his death, burial, resurrection, his crucifixion, his birth, all. And in his work He met the description of the seer, the Son of man.</w:t>
      </w:r>
    </w:p>
    <w:p>
      <w:r>
        <w:t>39. Now, He's been revealed through the church ages (now watch), through the church ages as Son of God. God being a Spirit, the Holy Spirit, He revealed Himself in the church ages as---in the congregation, as the Holy Spirit among the people.</w:t>
        <w:br/>
        <w:t>We find in Laodicea church age, the last church age, He's put out of the church. Nowhere else was He ever put out in any age, but in the Laodicea age. Because they said, "We're rich and have need of nothing.</w:t>
        <w:br/>
        <w:t>"And know it not, that you're miserable, poor, naked, and blind, and don't know it."</w:t>
        <w:br/>
        <w:t>He was put out of the church age, and then according to Luke 17, He said, "As it was in the days of Sodom, so shall it be in the coming of the Son of man." Now, He was reading the same Genesis that we read. Notice in Sodom what taken place. What was it in Sodom? Abraham…</w:t>
      </w:r>
    </w:p>
    <w:p>
      <w:r>
        <w:t>40. There's always three classes of people. There was Abraham, the elected and called out, outside of Sodom itself; there was Lot, the church member or denominational man, down---he became part of that world by being the mayor of the city---set in the gate, he was a judge, which is mayor; and there was Sodom itself.</w:t>
        <w:br/>
        <w:t>Now, at the evening time, or the mid of day, when Abraham was under his oak, three angels appeared to him. Two of them went down in Sodom, and preached the gospel, and tried to call them out. They wouldn't do it; they were perverted. Lot, and his wife only, and two of his daughters started out; and the wife turned to a pillar of salt.</w:t>
      </w:r>
    </w:p>
    <w:p>
      <w:r>
        <w:t>41. But the one that stayed and talked to Abraham, that Abraham called Elohim, the Almighty (Genesis 1, God; "In the beginning God," Elohim, the all-sufficient One, the self-existing One, Abraham called Him Elohim) and He set down and eat with Abraham; He drank; He was in human flesh. And watch the sign that He give Abraham.</w:t>
        <w:br/>
        <w:t>Now, they were looking for a coming son, a promised son, Isaac. Twenty-five years, on a long journey, they had looked for it; but they were at the end of the journey. God had appeared in many forms, as He has through the church ages, and lights, and so forth (as He spoke to Abraham), and by voices. But, just before the coming son arrived (now, we've been through it, and you know I'm just rehearsing to get this to you, that He changed the body of Abraham and Sarah, immediately after this, so they could receive the son), notice, the last sign that they got before the son arrived was Jehovah talking to them in the form of a man. And how they knowed this was Jehovah, because He said, "Abraham (not Abram; just a few days before, God had changed his name), where is thy wife Sarah?" not S-a-r-r-a, but S-a-r-a-h, 'princess.'</w:t>
        <w:br/>
        <w:t>And Abraham said, "She is in the tent behind You."</w:t>
        <w:br/>
        <w:t>And He said, "I (that's a personal pronoun)---I will visit you according to my promise at the time of life. (The next twenty-eight days something's going to happen to Sarah.)"</w:t>
        <w:br/>
        <w:t>And Sarah, in the tent, smiled in herself and said in her heart, "How could this be, seeing I'm old, and have pleasure with my lord, who is also old, Abraham?"</w:t>
        <w:br/>
        <w:t>And the angel or the man said, "Why did Sarah say that in her heart?"---in the tent behind Him! "Why did she say these things cannot be?" See? A man in human flesh like a prophet, yet it was Elohim, discerning the thought that was in Sarah's heart behind Him.</w:t>
      </w:r>
    </w:p>
    <w:p>
      <w:r>
        <w:t>42. And Jesus said, "As it was in the days of Lot, so will it be at the coming of the end of the world, when the Son of man, not Son of God, when the Son of man will be revealed."</w:t>
        <w:br/>
        <w:t>Hadn't had it through the age. See that perfect continuity of the Scripture? (Here we live in it.) The mysteries, even of the baptism in the name of the Lord Jesus, and away from the oneness idea, and these other things, how the Holy Spirit has moved that in, and showed it perfectly; and the true baptism of the Holy Spirit, the token, and everything, and laced it; and how He placed every reformer, and everything just exactly, and (see?) right before our own eyes. And it's not in a corner; it's world known. Jesus, the Son of God, revealing Himself by the Scriptures, making that Scripture, that has been predestinated to this day (like it was to that day, and all other days), live. And to believe it is the evidence of the Holy Spirit---righteousness!</w:t>
      </w:r>
    </w:p>
    <w:p>
      <w:r>
        <w:t>43. You can't pronounce that just going to church is the evidence of the Holy Ghost. If you do, then them Pharisees had it, see. You can't pronounce shaking or jumping being the … or if you do, the heathens has got it. If you say speaking in tongues, what---what devil worship doesn't speak in tongues? Tell me one. Brother Jackson sitting here for Africa---from Africa, he could tell you that.</w:t>
        <w:br/>
        <w:t>I've been into the Indian camps here, see the witches and wizards cut themselves, and pour their own blood, and speak in tongues; and the witch doctor interpret it; and see them lay down a pencil and write in unknown tongues. So that's not it. But if it… What is the true evidence? Jesus said, "That you believe that I am He." And He is the Word.</w:t>
      </w:r>
    </w:p>
    <w:p>
      <w:r>
        <w:t>44. Why didn't they get it? Why didn't the Jews get it? They were righteous men; they were good men; they were holy men, and there were all kinds of people. But to whom is predestined to hear the Word… And how do you know whether it is the Word? Each one says this. It's the promise of the Bible being vindicated of that age. There you are. Then you come back to where the Holy Spirit is.</w:t>
        <w:br/>
        <w:t>Watch the sound of the trumpet in a few minutes, what it declares. The trumpet, the gospel trumpet, see who can hear it. Remember those in the walled cities could not come out in the jubilee. No, sir. They were in the walls, they stayed there. It was over, they were slaves the rest of their life and had to be marked.</w:t>
        <w:br/>
        <w:t>Now, as we see all these patterns, notice.</w:t>
      </w:r>
    </w:p>
    <w:p>
      <w:r>
        <w:t>45. Now, these acts, Malachi 4, and all this, and Hebrews 13:8, "Jesus Christ the same yesterday, today, and forever," He remains forever the Word, the Word made manifest. That's exactly what He declared the prophets. A prophet doesn't only mean "a seer, a forthteller," it means "a revealer of the Word that's written in his own life." His own works reveals and vindicates the Word of that day, like Noah building the ark, Moses down there, whatevermore, at any prom… the promised Word for that hour.</w:t>
      </w:r>
    </w:p>
    <w:p>
      <w:r>
        <w:t>46. Now, we know that He's with us; we believe that. You see his Word made manifest by photographs, by scriptures, by declarations from the heaven on earth. everything else that He said, not one time has it failed. I ask any person to show me, from the different parts of the country or over the world, you're … you're obligated to write me and tell me where one time it ever failed---perfect, word by word. Now, that's a promise.</w:t>
      </w:r>
    </w:p>
    <w:p>
      <w:r>
        <w:t>47. Why was He to appear in this last days? If you go back (and you tape listeners) to the Bride Tree and bring up where Christ was that tree that was in the garden of Eden. The first Adam that fell, and this second Adam was cut down by sin; they hung Him on a Roman tree. And out of that drew the---come out of the bride tree, that He promised, that we see in the Scriptures.</w:t>
        <w:br/>
        <w:t>Now, in order to get the bride… Like the pyramid, how it comes in minority all the time, from the great wide, from Luther, Wesley, Pentecost. And then the capstone in the top of it is so honed; and each one of those stones are so perfectly put together (and we don't know yet how they did it); but it's so perfectly put together in that pyramid (we're not pyramid teaching now, we're just … Enoch and them built it years ago); and it stands for a symbol. Just the same as the sun rises and sets, just the same as the tree drops its life---its leaf, and comes back again, as a fish, and the cattle, and everything else symbolizes it, that pyramid stands as a symbol.</w:t>
      </w:r>
    </w:p>
    <w:p>
      <w:r>
        <w:t>48. Go into the prophet's chamber and watch them seven steps. Where did the, where did the guard meet the challenge to bring the comer into the presence of the king at the top of the steps? Was in the seventh step. There shows that we've got to come again with that same Spirit that was on John. He introduced the Messiah; he was greater than all the prophets; he introduced it.</w:t>
        <w:br/>
        <w:t>And we've got to come to a place again, to something that's going to introduce the Messiah.</w:t>
      </w:r>
    </w:p>
    <w:p>
      <w:r>
        <w:t>49. And how will the Messiah---the people that's believing Him know it, unless they're constantly in the Word to know what He is. Daniel said the wise shall know, but the foolish, the unwise wouldn't know. They shall know their God.</w:t>
        <w:br/>
        <w:t>Now, now, how He said it'll appear in the last days is to bring the people back to the Word, so that the bride will know her husband, know her mate, the revealed Word. That's why this has to happen. It wasn't in the reformers; wasn't in Luther, Wesley, and the Pentecostals, and them; the Scripture says it wasn't. But it will come; that is his promise for this age.</w:t>
        <w:br/>
        <w:t>We're living in the age that his coming will be in. She must be identified in Him. Any woman must be identified with her husband, for the two are one. And Christ's bride has to be identified with Him, for the two are one, and He is the Word, not the denomination, the Word. We are to be the children of the light, and the light is the Word, which is made light for this age. How do we know light, except it comes from the Word. All right. The Word made flesh is the light of the age when you see it; the Bible said so.</w:t>
      </w:r>
    </w:p>
    <w:p>
      <w:r>
        <w:t>50. Them people looking at Jesus there and said, "Well, this man, who's he? Why, he's borned a illegitimate birth down there. Why, his father and mother is this, that, and the other, and all this, that." But they didn't know Him. If they knowed the Scriptures they would've knowed Him; He said so.</w:t>
        <w:br/>
        <w:t>They said, "We're Moses' disciples!"</w:t>
        <w:br/>
        <w:t>Said, "If you knew Moses, you'd know Me, for Moses wrote of Me." And still too blind to see it! See how humble? away from all the crews, and the denominations, and the creeds, and everything, God moved right into flesh, in the form of a man, a kinsman redeemer. She must be identified with Him.</w:t>
        <w:br/>
        <w:t>We are invited to be the children of the light, that we walk in the light.</w:t>
      </w:r>
    </w:p>
    <w:p>
      <w:r>
        <w:t>51. I remember down in Kentucky here not long ago, I had a meeting. After I come out of the church, there was an old man standing with a lantern in his hand. He belonged to a church that don't believe in healing, so forth. Said, "I differ with you, Brother Branham."</w:t>
        <w:br/>
        <w:t>I said, "Well, you got a right to do that."</w:t>
        <w:br/>
        <w:t>He said, "You see? I will not accept anything unless I see it. I've got to see it right plain."</w:t>
        <w:br/>
        <w:t>I said, "Then did you ever see God right plain standing before you?" (Course, he didn't believe in visions and things.)</w:t>
        <w:br/>
        <w:t>He said, "No!"</w:t>
        <w:br/>
        <w:t>"Well," I said, "Then you're not a believer, sir; I couldn't talk to you. (See, see?) We see what God promises and hold to that."</w:t>
        <w:br/>
        <w:t>He said, "How do you figure that?" I said---he said, "Come, go home with me, and talk tonight."</w:t>
        <w:br/>
        <w:t>I said, "I can't; like to. Where you live?"</w:t>
        <w:br/>
        <w:t>He said, "You go over this mountain here."</w:t>
        <w:br/>
        <w:t>I said, "How you going to get there, you don't see your house?"</w:t>
        <w:br/>
        <w:t>He said, "Well, there's a path runs up over the hill."</w:t>
        <w:br/>
        <w:t>I said, "You don't see the path."</w:t>
        <w:br/>
        <w:t>He said, "Well, I got a lantern."</w:t>
        <w:br/>
        <w:t>I said, "The lantern won't show the light right on the house."</w:t>
        <w:br/>
        <w:t>"Oh, no, but that path will lead to the house."</w:t>
        <w:br/>
        <w:t>"But that lantern will only show light for one step at a time."</w:t>
      </w:r>
    </w:p>
    <w:p>
      <w:r>
        <w:t>52. We'll walk in the light, the beautiful light, one step at a time, Lord, coming closer to Him.</w:t>
        <w:br/>
        <w:t>Yeah, children of the light accept his Word. Keep walking and watch more unfold. Don't leave it, no matter what anybody else says, just stay right in that and just keep walking with it. Watch it unfold and reveal itself. The Word is a seed; a seed in the right kind of ground will bring forth its kind.</w:t>
      </w:r>
    </w:p>
    <w:p>
      <w:r>
        <w:t>53. Notice Revelations 10:1 to 7, all the mysteries are to be revealed to the bride by the messenger of the Laodicea church. Has anybody got a Revised Version Bible? If you have, you'll notice there where it said, the angel, it's in parenthesis, it says, the eagle … the messenger to the Laodicea church (see?), Revelations 10:1 to 7.</w:t>
        <w:br/>
        <w:t>And he said that this---in that day that he seen Him come down, and he eat up the little book. And there was … He put one foot on land and one on the sea and swore by Him that lives for ever and ever, that time shall be no more. And when He did, seven thunders uttered their voices. And when the seven thunders uttered their voices, John said he was about to write; and He said, "Don't write it." See? And he sealed it.</w:t>
      </w:r>
    </w:p>
    <w:p>
      <w:r>
        <w:t>54. Now, someone said, "Well that seven seals then, Brother Branham, that will be revealed in the last days, some great mystery how we get closer to God …" No, sir, it can't be. "Whosoever shall take one word from this Bible or add one word to it, his part will be taken from the book of life." What it is, is a revelation on what has been missed back there, to bring … it's already wrote here; it's in here; it's to reveal what already's been written (see?), because you can't add one thing to it, or take one word from it.</w:t>
      </w:r>
    </w:p>
    <w:p>
      <w:r>
        <w:t>55. The first chapter of the Bible---in the beginning, Genesis, one woman didn't misbelieve it, but she just misinterpret---let Satan misinterpret to her one word, "Surely…" See? And then from that caused all this trouble. And that was God speaking, God's Word. And in the last chapter of Revelations Jesus, Himself, the same God said, "Whosoever shall take one word out or add one word to it…" This is the complete revelation of Jesus Christ, and the seven seals had the mysteries hid of what it all was, and is supposed to open it in the last day, at the Laodicean age, at the end of time. Thanks be to God, that finishes the message to the church. That finishes it, when they look back and see what has been, and see where it's all brought up to, that finishes it, the age of the church.</w:t>
      </w:r>
    </w:p>
    <w:p>
      <w:r>
        <w:t>56. Now notice, the trumpets, that we're speaking of, is a call together for either a feast, for war, for a person, some sacred day, or something like that (notice, you said, "For a person?" yeah), or for the year of jubilee, the announcing of the coming of freedom, when they could go back. Now, we could take a complete morning on just that one thing. But now, getting into the trumpets, you got the background now, of the seals, and the church. Now, we're going into the trumpet.</w:t>
        <w:br/>
        <w:t>The trumpet sounded; and the trumpet denotes either war, or feast day, or… What it means is a gathering together of the people, the trumpet. Paul said, "When the trumpet gives an uncertain sound, who can prepare themselves for war, or for peace, or whatever it is?" Who knows? You have to know what the trumpet sounds. Therefore, when the trumpet sounds, we see something in the earth today. There's a great trouble somewhere; everybody knows it. Everybody's become a neurotic. The whole world is a neurotical world, and we know there's something wrong. The Pentagon, everywhere, we know there's something wrong.</w:t>
      </w:r>
    </w:p>
    <w:p>
      <w:r>
        <w:t>57. Now, the only way you'll know what the trumpet sound is, is to look what the music sheet says. That's all. It's a great symphony (see?) and beating like "Peter and the Wolf." See? When you… If the… And the composer has wrote the book, and the director must be in the same spirit of the composer. If he don't, he gives the wrong beat, and then the whole thing's out.</w:t>
        <w:br/>
        <w:t>That's what's the matter today. We've got too many directors in the---not in the spirit of the composer. They say the denomination, "Well, we believe this." No matter what you say, the Bible is right. Beat it out according to the sheet music right here before us, then the great symphony of God's great act is playing out just right; then we see the hour and where we're standing.</w:t>
      </w:r>
    </w:p>
    <w:p>
      <w:r>
        <w:t>58. Now notice, the trumpet is to call together the people---assemble themselves together for something. Sometime it'd announce a important person like in Joseph. They sounded the trumpet and Joseph was appearing, which was a symbol of the great trumpet (that we speak of and get to after while) in Isaiah that says when that great trumpet sounds and the ensign will be lifted up out there, then there'll come a time when the great trumpet will be sounded; and all the nations will gather to Jerusalem. That's when the millennium starts, the great trumpet.</w:t>
      </w:r>
    </w:p>
    <w:p>
      <w:r>
        <w:t>59. This calling of the feast of the trumpets, the approaching of something… Notice Revelation 8 and 7, if you want to write it down. We notice the first trumpet there scattered hail, blood, fire upon the earth. Just exactly with Exodus, when God was calling his people out of the exodus.</w:t>
        <w:br/>
        <w:t>Now, the reason that these seven trumpets does not apply to this church and this age is because it's to Israel only. It's the calling of, the gathering of the people. And now, there's only one significance in here, that I want you to get to in a few minutes, is where you'll see why this doesn't apply to this age that we're living in, the seven trumpets.</w:t>
      </w:r>
    </w:p>
    <w:p>
      <w:r>
        <w:t>60. I know many people differ with that, but I know it's this. I know it. Not because I'm saying you're saying it, because I didn't get it from myself; my thought is not my own. Ever what it is that told me, if it's wrong, then it's wrong. But I'm not telling it by my own, I'm telling by what somebody else has said. That somebody else is the God that spoke to us and done all these things that He has done, appeared, see. So I know it's right.</w:t>
      </w:r>
    </w:p>
    <w:p>
      <w:r>
        <w:t>61. The gathering of Israel is the trumpets. The trumpets is to gather Israel.</w:t>
        <w:br/>
        <w:t>Notice, the very first trumpet sound, blood, fire, hail, and everything scatter the ground, see. What was He doing? Bringing Israel out of spiritual Egypt (see?) back into his homeland.</w:t>
        <w:br/>
        <w:t>Now, let me say this right here, that every trumpet that blowed, blowed under the sixth seal. We'll get to it in a few minutes where we caught the seal there. All the trumpets sounded under the sixth seal, because the seventh seal there was silence. No one knew; that was the minute or hour that Christ would come, as He revealed it to us.</w:t>
      </w:r>
    </w:p>
    <w:p>
      <w:r>
        <w:t>62. But every trumpet sounded under the sixth seal, under the persecution of the Jews.</w:t>
        <w:br/>
        <w:t>Notice, Revelations now, 8th and begin with the 7th verse. All was the calling out of Israel natural in Egypt, now it's the calling out of Israel in the spiritual sense. He was making them ready to come to the feast of the atonement.</w:t>
        <w:br/>
        <w:t>Notice, the feast of the trumpets was first, which was Pentecost. The feast of the atonement followed it fifty days later. The feast of the atonement, read it here, we'll---probably if we have time---we'll refer to it and read to you out of the Bible here in Leviticus 12, now, or Leviticus 23, rather, and Leviticus 16. We find that the first was the feast of the trumpets was the atonement and after it followed Pentecost. Now, we find out---the feast of the atonement followed the feast of the trumpets.</w:t>
      </w:r>
    </w:p>
    <w:p>
      <w:r>
        <w:t>63. Now notice, a trumpet sounded and that was to gather them together. Now, the first trumpet blowed; there was hail, blood, fire sprayed upon the earth, just exactly like it was in Egypt, making ready to call them to the day of the atonement, see. They rejected the true atonement, and this years has been lengthened out through here, has been the year of Pentecost, see. Now, the sounding for the Jews comes next; this has been the calling out of the church. Watch real close, now, which afterwards He took them to the land of promise, which He will do the same thing, and which in symbol he takes the church to the land of promise. Remember, every trumpet sounded under the sixth seal, only then when it sounded.</w:t>
      </w:r>
    </w:p>
    <w:p>
      <w:r>
        <w:t>64. Notice now, exactly the continuity of the Scripture, exactly the same. Under the seventh trumpet is to Israel the same as the seventh seal was to the church. We find under the seventh seal, that when these souls that was under the altar there that received robes; they were given robes, not that they earned them, because they were in the dispensation when God was still dealing with grace with the Gentiles, not Jews. Israel is saved as a nation; God deals with Israel as a nation. Gentiles is a people for his name, not a nation for his name, Israel.</w:t>
      </w:r>
    </w:p>
    <w:p>
      <w:r>
        <w:t>65. And when Hitler and them persecuted the Jews, and did the things that they done under that… Look they … Stalin, Hitler, and all those dictators that raised up (if we had the time which to rehearse it to some newcomers, but we've went through it), under that same age, that there has been in Germany and all the other nations… Jews has scattered throughout all the land, but there has raised in the last twenty years a bitter persecution against the Jews.</w:t>
        <w:br/>
        <w:t>I've been out there at the old places, where they burnt their bodies, and cremated, and used the---used their ashes to fertilize the ground, Jewish children, and women, and everything. Then they try to deny it. Take them right out and show them where it was done. It's been a regular persecution against Israel, because it's been the time calling him now back to the atonement; he is still under the atonement of a natural lamb. The real Lamb of God is the atonement, and he's rejected it, and the blood's been upon him ever since.</w:t>
        <w:br/>
        <w:t>Notice, making ready the people. How perfect then the seventh trumpet and the seventh seal is. Perfectly together the persecution of the Jews.</w:t>
      </w:r>
    </w:p>
    <w:p>
      <w:r>
        <w:t>66. Note, in Revelations the 9th chapter and the 13th verse (now notice real close), under the sixth trumpet (Revelations 9:13), under the sixth trumpet, note, there was 200,000 horsemen, that had been bound in the river of Euphrates was turned loose under the sixth trumpet. Now, there's not 200,000 horsemen in the world, but there was 200,00 horsemen. Notice it. (I want you just jot it down, so you can read it.) They wasn't natural horses. They breathed fire, and they had breastplates of jasper, and they had tails, and the end of the tail looked like a serpent a snake's head on the end of it, stinging, see. It was spiritual horses, spiritual devils, chargers, that had been bound in Euphrates all these years, supernatural devils. What was it? The old Roman Empire being revived, the persecution of the Jews. They had been bound for nearly two thousand years at the river Euphrates, can't cross to the promise a religious sect that was trying to get to the other side, Euphrates, you know, come through Eden. But they were bound there, 200,000 devils of persecution.</w:t>
      </w:r>
    </w:p>
    <w:p>
      <w:r>
        <w:t>67. And notice what happens under that sixth trumpet. They were turned loose on the Jews, the persecution of the Jews! Supernatural devils, nearly two thousand years, then loosed by Stalin, Hitler, upon the Jews.</w:t>
        <w:br/>
        <w:t>You say, "Well, that isn't Roman." It's the same spirit they done the same things they did to the Christians in the old pagan Roman days (now watch the natural Israel and the spiritual church now, as we separate it here) turned loose on the Jews.</w:t>
        <w:br/>
        <w:t>You remember, under the sixth seal how every one of those martyrs are calling---according to the Word of God receive robes? It was given to them by the grace, because they're blinded that they can't see the Gospel, that this people might be called out of the Gentiles for the bride. They were given robes, the Bible said so under that trumpet, them Jews, who absolutely is against Christ and everything. The reason they are, is because the Bible said they're blinded; and they were blinded for your sake! And the just God knows that they would receive it, but they were made blind for your sake. The Bible said so.</w:t>
      </w:r>
    </w:p>
    <w:p>
      <w:r>
        <w:t>68. There's that Roman empire bound there by what? The ecclesiastical powers, which Rome, pagan Rome become papal Rome, and was bound there in its traditions of Christian, what part of Christian and superstitions it had of Rome, putting together all these worship of women, and all these other kind of stuff, Christmas days, and holidays, and holy days, and things. It's been bound by that traditions that it cannot let loose, because it's against Christian principles. Still the same ungodly, pagan spirit! And that spirit caught into the nations of the world, according to the prophecies of Ezekiel, and the rest of them. And they were loosed upon the Jew, who knowed nothing of the spirit. There's your mysteries that's hid under that seal there, see. Notice that we went through it. And I'll show you this trumpet here, this last trumpet, what takes place. There they are; these trumpets are let loose on the Jews (don't you see?), not on the Gentiles. The Gentile, when them seals is opened is sealed away. Time has ended; the church is called.</w:t>
      </w:r>
    </w:p>
    <w:p>
      <w:r>
        <w:t>69. You remember the vision the other day? Remember the preview of it? How many remembers Sunday before last? How there it was exactly come by; we seen it exactly. Seen that dirty, filthy thing come up called the church (vulgarity is to the extreme), and that little bride of every nation, each one of them dressed like their nation they come from, just perfect, by walking before the Lord. You notice, there'll be a time some time when they'll say, "Well, I thought the church was to go before the persecution. I thought there's a rapture."</w:t>
        <w:br/>
        <w:t>It's already passed and you knew it not." That's what He said about John one time, you know.</w:t>
        <w:br/>
        <w:t>Said, "How---why say the prophets that the scribes that Elias must first come?"</w:t>
        <w:br/>
        <w:t>He said, "He's already come." And even the disciples didn't know it. "They done to him what they listed." The rapture will be the same way. In a hour … He's promised to do that. He didn't promise to show Elias like that, but He promised to take the bride like that---in a hour that you think not, just a change in a moment of a twinkling of an eye be caught away; then you're left. Then that's the time!</w:t>
      </w:r>
    </w:p>
    <w:p>
      <w:r>
        <w:t>70. Two thousand years, this spirit through the Roman people, the Roman church, could not move. But that same spirit, coming up first down there into Mussolini in Rome, the dictator…</w:t>
        <w:br/>
        <w:t>You know the five---seven things He showed me in '33 would come to pass? Five of them's already passed. Dr. Lee Vayle's writing a book on it there now, see. Five things perfectly, and just two more things to happen. Said it'd happen just before the coming. Here we are right at the end now, and look like that sixth thing's moving right up, see. Perfectly, exactly, even the wars and how they'd happen. Exactly on the dot, and not one time did it miss.</w:t>
        <w:br/>
        <w:t>Listen folks, we ought to take inventory every hour! We don't know where we're standing---real close!</w:t>
      </w:r>
    </w:p>
    <w:p>
      <w:r>
        <w:t>71. Now, now he loosed upon… Under that sixth seal, these 200,000 spiritual demons, started in Rome, Germany---Hitler. Notice, over in the Bible where they received … they received power as kings, but wasn't crowned. A dictator is not a crowned king, just receive power as a king.</w:t>
        <w:br/>
        <w:t>Oh, the Spirit of God is moving through me now (you know?) just saying something; I don't know how to say it, nor what to say and maybe I better not.</w:t>
      </w:r>
    </w:p>
    <w:p>
      <w:r>
        <w:t>72. Notice, 200,000 demons turned loose upon those Jews, when they burned them, they crucified them; they put bubbles in their veins; they killed them, till they had no more gas to kill them with; and they shot them, till they had no more bullets to shoot with; and they---and they done everything they could do. They cremated their bodies and everything, and hung them on fences, children and all, innocent people. Because they were Jews, they were done that way. But God said He give each one of them a robe, undeserving as they was, but his grace to blind them so that we could see.</w:t>
        <w:br/>
        <w:t>That seventh seal hasn't opened yet, you know; that's his coming.</w:t>
      </w:r>
    </w:p>
    <w:p>
      <w:r>
        <w:t>73. So while they're still under there… But He shows us here in the preview as John. He took him up and… One time walking on the sea, you know… He said, "What about this man that leans on your bosom?"</w:t>
        <w:br/>
        <w:t>He said, "What is it to you if he stays till I come?" See, he never stayed, but He took him up and showed him the things that'd happen till He come. Just showed him, reviewed the whole plan to John.</w:t>
      </w:r>
    </w:p>
    <w:p>
      <w:r>
        <w:t>74. Notice, we find now, that that natural power under the natural, to a natural nation, Israel, was loosed there. And what did it? It went and made war, and how it murdered and persecuted.</w:t>
        <w:br/>
        <w:t>Now in the ecclesiastical realm of it… Are you… I hope that God opens your eyes to this now, because I realize this is not just speaking to this church here; this tape goes world-wide. And I don't mean to hurt anybody's feelings, but just to tell the truth. Now, the ecclesiastical realm has been opened from the natural revival of the old, pagan Rome, went forth on those Jews, which has always been their enemy (the lion with teeth and everything, that stomped down and broke out the people, Rome), always been God's enemy. And it was turned loose in the same spirit by the dictators of the world, because the religious system was still holding; now it's been loosed.</w:t>
      </w:r>
    </w:p>
    <w:p>
      <w:r>
        <w:t>75. What has it done?</w:t>
        <w:br/>
        <w:t>In the cunningness, as He said, he'd come in like flatteries. And what has he done? He's bringing the Protestant ecumenical council of the world churches, the spirit of antichrist, upon both of them, bringing them to the slaughter, just like they did the other, in an hour to call the bride. How? Loosed in the ecclesiastical church, spirit. Loosed upon what? Not upon the denominations, upon the bride! But here you would get it; the bride will not go through that time. The Bible says not. The church will, but not the bride! Can't you see it? Ministers, can't you see that, brethren?</w:t>
        <w:br/>
        <w:t>You say the church has to go through the persecution for the perfection of it. The blood of Jesus Christ perfects the bride. A man who chooses a wife don't put her through a lot of punishment; he's already found grace with her; she's found grace with him. He engages to her. And if there's anything, he'll keep her from every place to turn her hand. His grace is so great upon them, and so will it be upon the bride, and so is it on the bride.</w:t>
      </w:r>
    </w:p>
    <w:p>
      <w:r>
        <w:t>76. We unworthy creatures, deserving of hell, but his grace holds us through it. Looky how many lost and blind, how many sinners was there in the world the hour I got saved! God saved me for a purpose, and I'm determined by his will to do that purpose. I don't care what anything else goes, I want to do it.</w:t>
        <w:br/>
        <w:t>And in the hour when I see all the churches, their great glamour, and rich and have need of nothing, they say; and see them miserable, wretched, blind, and patting you on the shoulders, want you to compromise with them, I was born for a purpose; that's to condemn that thing and to call out! Yes, I do.</w:t>
        <w:br/>
        <w:t>Remember, when Jesus came on the earth, there wasn't one-hundredth of the people on the earth ever knowed He was here. He come to get that elected group. Said, "No man can come to Me, except my Father has drawed him. And all the Father hath (past tense) given Me, they'll come. They'll know it; they'll hear it.</w:t>
      </w:r>
    </w:p>
    <w:p>
      <w:r>
        <w:t>77. Notice, the loosing of this ecclesiastical spirit. Now, twenty years later after that war, we see the loosing of the ecclesiastical spirit, what under? The seventh seal, the seventh trumpet to the Jew. Look at the moon darkening out. Where under? See it drawn out? The Son of man being drove from the church. What is it? Joining in with the ecclesiastical bunch. The ecumenical move, and with the World Council of Churches has drove every man… What does that thing stand for? Why, you have to surrender all your evangelical teachings and things! How can two walk together less they be agreed? They can't. Jesus said they can't. And how can a church the Methodists and Baptists walk together? How can the Church of Christ walk with the Presbyterians? How can the Catholic walk with the Protestant? How can Protestant walk with Protestant? But the bride can walk with the Word, which is Christ; it must be in agreement, not the ecclesiastical system, but the Word. You have to agree with the Word to walk with the Word. Jesus said so; that makes it right.</w:t>
      </w:r>
    </w:p>
    <w:p>
      <w:r>
        <w:t>78. Notice, there she is. Now, she's loosed to call all these little loose ends. "Oh well, it don't make any difference anyhow." that's what Satan said to Eve, "Don't make any difference. It's all right. Surely, God's a good God; He loves us all." He doesn't!</w:t>
        <w:br/>
        <w:t>You hear so much about being a good God. He is a good God, but being good, He has to be just. There is no goodness without justice; there is no justice without no law, without punishment, penalty. So we're in that hour, that we're living.</w:t>
      </w:r>
    </w:p>
    <w:p>
      <w:r>
        <w:t>79. Notice, quickly now, these supernatural demons. Then under the auspices of a united nation, united groups together, eastern and western… Just like the right and left foot of the image that Daniel saw, how they wouldn't agree and mix with one another; and the word Eisenhower, during that time, Eisenhower means "iron"; Khrushchev means "clay." And he pulled off his shoe and beat it on the desk at the---when the League of Nations, or the … at the UN---Khrushchev did. Dusting off the…</w:t>
        <w:br/>
        <w:t>Oh my, the hour that we've living, the church and it's condition. But thank God, the little bride has made herself ready. It ain't long, just hold on. I don't know how long, I don't know when (nobody knows that), but we know it's close now.</w:t>
      </w:r>
    </w:p>
    <w:p>
      <w:r>
        <w:t>80. Watch the ecclesia… watch that natural, what it did to them Jews. That was a people that held to the laws of God. No matter how many churches raised up, what else, they was blinded to Christ and held to that law. And God gave them robes, every one of them, because they went down in martyrdom, see. They were blinded for our sake.</w:t>
        <w:br/>
        <w:t>Here now the church that knows nothing but the Bible; regardless of the ecclesiastical system, denomination, they know nothing about it, it's all foreign to them. They know Him and Him alone.</w:t>
      </w:r>
    </w:p>
    <w:p>
      <w:r>
        <w:t>81. People today are somewhat like Peter and them was upon the Mount Transfiguration. They got all enthused when they seen the supernatural did, and one said, "We'll make one church of the prophets, and one to Moses." And that's the way the people, the Pentecostals did. They said, "We'll make one, Assembly of God; and one, Church of God; and one, Oneness; and one, twoness; and so forth, like that. But while he was yet speaking, Jehovah cried out, "This is my beloved Son, who is the Word; hear ye Him; He is the Word."</w:t>
      </w:r>
    </w:p>
    <w:p>
      <w:r>
        <w:t>82. The hour that we're living, the ecclesiasticals, of spirits, uniting together now and bringing them all to this one big slaughter to blot out, it's already in writing here in this nation now. These churches has to be closed, unless you're with the organization. It's a union; it's a boycott, just like the mark of the beast. And now you see what the beast is, don't you? It's a power. And a power, a ecclesiastical power, Jesus said it'd be so close like the real thing, it'd deceive the very elected, if it was possible. But He promised to have something here for us in that day, that we wouldn't be deceived, and that's the Word, and Christ to make it manifest to us.</w:t>
        <w:br/>
        <w:t>They're supernatural devils unseen to the eye, but you can see what they're doing. See?</w:t>
      </w:r>
    </w:p>
    <w:p>
      <w:r>
        <w:t>83. Notice, while that group is riding, making themselves ready to stomp out everything that won't agree with them, there's another group being made ready after a while---Revelations 19. The next time the Church is heard, she comes also, not upon exactly horses, but the Bible said He was on a white horse, and the host of heaven was following Him upon white horses. That right? While this group down here has got two thousand bound at the river Euphrates, and has been bound for two thousand years, also, that church has bound the Holy Ghost for nearly two thousand years, under martyrdom back there and under the church ages. It's been bound, not at the river of Euphrates, but at the door of creeds and dogmas, that the Holy Spirit can't work in the church because of man-made systems. But she's going to be liberated, she's coming back. That's what the Bible said. And those two meet one another on the battlegrounds---Lucifer and Michael---again, like in the beginning.</w:t>
        <w:br/>
        <w:t>They've been bound for two thousand years almost---almost two thousand years.</w:t>
      </w:r>
    </w:p>
    <w:p>
      <w:r>
        <w:t>84. Not exactly two thousand, because the Romans kept on going (that Titus in A.D. 96, and on down like that) to kill the Jews, the Romans. Who was it killed the Jews? Who was Titus? A Roman general. And the blood rolled out the gates down there, up to the … slaughter them women, children, and everything. Didn't Ezekiel 9 say they'd do that? Go through the midst of the city and set a mark upon the people who sigh and cry, the Holy Spirit. And the rest of them, the slaughtering man come forth, that would been bound ("Hold them! Hold them!" until they went forth), and slaughtered everything that was in there. Little women, children, babies, and everything else, they were all slaughtered. Exactly, here it is again repeating itself. And here is that ecclesiastical system coming right back, smothering out, tramping out everything that's called God. Oh, they got their systems, and organizations, and denominations, but that don't have nothing to do with the Bible. They'll tell you quick they don't even believe in it. Yes, sir! Say what the church says.</w:t>
      </w:r>
    </w:p>
    <w:p>
      <w:r>
        <w:t>85. It's what God says; that is the Word.</w:t>
        <w:br/>
        <w:t>The bride is with the Word, they're one. How can they be one? When that Word, that's wrote in there, becomes in you, and you and the Word becomes one (that's exactly what He promised), then it interpret…</w:t>
        <w:br/>
        <w:t>God don't need an interpreter. They say, "Well, we interpret it like this." You've got no right to interpret nothing. God does his own interpretation.</w:t>
        <w:br/>
        <w:t>God said, "Let there be light," and there was light. Who interprets that? He said, "A virgin shall conceive," and she did. That don't need any interpreter; it's already interpreted. God said these things'd happen in this day, and it is. It don't need no interpreting; it interprets itself.</w:t>
        <w:br/>
        <w:t>Oh my!</w:t>
      </w:r>
    </w:p>
    <w:p>
      <w:r>
        <w:t>86. Revelations 9:1, under the fifth trumpet … their king---notice. (Revelations 9:1 now) the king of this great group of 200,000 horses. They had a king over them, and if we notice, it was a fallen star. "Why art thou fallen from heaven, oh Lucifer?" (Oh, how Dr. Smith got that so scrupled up there, but it's all right, see. Wasn't for his hour, see. All right.) … was a bottomless pit. Their king was the king of the bottomless pit, Revelations 17:8 (I wrote something down here; I'm just going to read it. You see here Revelations 17:8, I want to see what it says here, because I don't know just how to hit this next…), 17:8:</w:t>
        <w:br/>
        <w:t>And the beast that thou sawest was, and is not; and shall ascend out of the bottomless pit, and shall go into perdition: and they that dwell upon the earth shall wonder, whose names were not written in the book of life from the foundation of the world, when they beheld the beast which was, which is not, and which yet is.</w:t>
        <w:br/>
        <w:t>See? Was, one pope dies, another one ascends---beast which was, which is not, which is, which is not, which is---don't change its order. Pope, same time, everything---everything has to go in the same system.</w:t>
      </w:r>
    </w:p>
    <w:p>
      <w:r>
        <w:t>87. And it shall come where? To the bottomless pits. And the Bible said here, that the leader of these fellows was from the bottomless pits, and that was their king; and he sets with a triple crown and joining the Protestants with him.</w:t>
        <w:br/>
        <w:t>Heard a Lutheran priest say the other day, said---or a Lutheran preacher said, "Well, people ask me why I wear a collar. How can they tell me from the…" Was you there? Yeah, wasn't that ridiculous? I almost felt like vomiting, walked off the platform. They said, "For there shouldn't be any difference."</w:t>
        <w:br/>
        <w:t>If Luther, Martin Luther'd hear that, he'd turn over in his grave, say, "You hypocrite, you don't belong in my ranks." See?</w:t>
        <w:br/>
        <w:t>But you know where it's got? "There's no difference."</w:t>
      </w:r>
    </w:p>
    <w:p>
      <w:r>
        <w:t>88. There is a difference! Even difference in individual. God said, "Separate me in Paul and Barnabas." That's right. Their work … separate. God's a separator, not a mixer. The church wants a good mixer today that can let them wear bathing suits, and shorts, and everything else, and get out and carry on like that. But God said, "Separate me!" Separate yourself from the world!</w:t>
      </w:r>
    </w:p>
    <w:p>
      <w:r>
        <w:t>89. Revelations. We find out here that their king was from the bottomless pits and the same one that went into perdition, in and out, in and out, went out… Notice, in Leviticus the 23rd chapter, how perfect is the interpretation with the order with the Word, with what we're trying to give now. Watch this now, the order.</w:t>
        <w:br/>
        <w:t>Now, we notice… Let's just turn and read that just for a moment. In Ecclesia… not in Ecclesiastes, but Leviticus---Leviticus 23. Now notice this here (Leviticus the 23rd chapter). Now … (And we want not to miss this at all, now, so we can get it just exactly the way the Lord's got it written here for us. I certainly can't find Leviticus in Exodus can I?) All right Leviticus now:</w:t>
        <w:br/>
        <w:t>And the [23rd] the LORD spake unto Moses, saying,</w:t>
        <w:br/>
        <w:t>Speak to the children of Israel, saying, In the seventh month, in the first day of the month, shall ye have a Sabbath, a memorial of blowing of trumpets, and a holy convocation … [See?]</w:t>
        <w:br/>
        <w:t>Ye shall do … the servile work therein: but ye shall not offer … offerings made by fire unto the LORD … And ye shall offer an offering made by fire unto the LORD. [Now watch. Now notice.]</w:t>
        <w:br/>
        <w:t>And the LORD spake … Moses, saying,</w:t>
        <w:br/>
        <w:t>Also in the tenth day of the seventh month there shall be a day of an atonement:…</w:t>
      </w:r>
    </w:p>
    <w:p>
      <w:r>
        <w:t>90. See? The atonement followed the… Watch now. The atonement followed the trumpet sound, see. How beautiful! See? The atonement day followed the trumpet. Now, the fifty days of the trumpets for us symbolize when the trumpet sounded at Pentecost, which was fifty days. Now, after this, the Jews rejected that; now the trumpets is to call them back to that atonement, see, the atonement they rejected. And they rejected, so our eyes could be opened; theirs was closed. And during this time, these seals opened up and the trumpets blowed. And now, in the blowing of the trumpets, just before the Messiah comes---because they've got to be in Palestine; and you remember God had to harden Pharaoh's heart to run them out of Egypt; and He hardened Stalin, Mussolini, and all then to get them back into the promised land, where the 144,000 is supposed to be. And now, for the first time for thousands of years, 2,500 years, that Israel is a nation with its own flag, own army own---and considered in the---in the UN. First time it's been. The oldest flag that ever flew on earth, at this time flies again. The five---six-point star of David. He said He'd lift that ensign in the last days, when she'd be coming back. We're at the end. There's just no doubt about it; we're here.</w:t>
      </w:r>
    </w:p>
    <w:p>
      <w:r>
        <w:t>91. Notice, now quickly Revelations 9 (under the seventh trumpet, their king is from the bottomless pits), I'm in Leviticus now, how perfect the interpretation is here with the Word, because (see?) immediately following the Pentecostal jubilee followed the day of an atonement. The order of the feast time, between the Pentecostal feast to the atonement, the sound of the trumpets for the atonement was the Pentecostal feast, the long period of time.</w:t>
        <w:br/>
        <w:t>Look, there was a long period of time between the Pentecostal feast to the calling of the trump… the sounding of the trumpets, the trumpets to be sound, a long period of time. Frankly, it was fifty days from the feast of Pentecost to the feast of the atonement, was fifty days. Now, fifty days is exactly seven Sabbaths.</w:t>
      </w:r>
    </w:p>
    <w:p>
      <w:r>
        <w:t>92. And seven Sabbaths is the seven church years … church ages. Get it? See, see?</w:t>
        <w:br/>
        <w:t>Now, the Jews had been blinded, waiting all this time, while the Pentecostal firstfruits has been poured out upon the church. And we've come down through the martyr ages, and down through the reformer ages, and now in the calling out age, three sections, same Spirit, like Father, Son, and Holy Ghost, same one, see. But seven church ages, being seven Sabbaths, exactly seven Sabbaths from the Pentecostal jubilee trumpet---a Pentecostal jubilee feast---until the waving of the sheaf, and then the Pentecostal jubilee. And then from the jubilee to the atonement is seven Sabbaths, fifty days. And at the end of the fifty days is … the atonement is made. You get it?</w:t>
      </w:r>
    </w:p>
    <w:p>
      <w:r>
        <w:t>93. Now this has been a type that the Church…,when He's revealed Himself as Son of God, has been revealing to the church in the baptism of the Holy Ghost down through the ages and the Pentecostal age, see. Just keep getting more and more: Justification under Luther, sanctification under Wesley, baptism of the Holy Ghost.</w:t>
      </w:r>
    </w:p>
    <w:p>
      <w:r>
        <w:t>94. Now here's the calling-out time. at the sixth seal, when it opened, the persecution struck the Jews in a literal standpoint. And here comes the persecution to the church in the ecclesiastical standpoint, because the bride is already called. The Sabbaths are over and ready for the Jews to be called. Where to? The feast of atonement. Oh, church, don't you see that? Called to the feast of the atonement, why? To recognize the atonement---not no more chickens, and geese, and what they've been doing; the Lamb of God, slain from the foundation of the world. Israel's going to know that.</w:t>
      </w:r>
    </w:p>
    <w:p>
      <w:r>
        <w:t>95. Notice, here's a great thing. Look! Oh, my, the Holy Spirit has been bound by the denominations all these two thousand years. We find out if it has. Now notice the Sabbaths, seven Sabbaths; they couldn't get all the way out. The Bible said there will be a day that will be neither night or day. And all Scripture, Jesus said, must be fulfilled. Is that right? Say "Amen." The prophet said there'll be a day that can't be called day or night, but in the evening time it shall be light. What was it? The same sun that shines in the east is the same sun that shines in the west.</w:t>
        <w:br/>
        <w:t>Every time that sun comes up, and goes across, and sets, means your life. Little baby born weak of a morning; about eight o'clock it goes to school; 11:30 it's out of school, it's the heat of the day; then it begins to set to fifty years old; sixty, seventy, eighty, ninety she sets over yonder and dies; only to come back the next day and say there is a life, death, burial, resurrection.</w:t>
      </w:r>
    </w:p>
    <w:p>
      <w:r>
        <w:t>96. And notice, civilization has went with the sun. The oldest civilization we have, China (anyone knows that). Where did the Holy Ghost fall? On the Eastern country on Eastern people. And the gospel has traveled with the sun. It come from where? From over in the East into Germany; from Germany to England (crossed the channel three times); Mediterranean into Germany; from the Mediterranean---from the East into Germany, through the Mediterranean; from Germany across the English Channel into England; from English Channel across the Pacific over into---or the Atlantic over into the United States; and now, she's at the West Coast! She's crossed the nation that she's civilized, and went across, and went on. Civilization has traveled; the gospel has traveled with it. Now, all the riffraff's on the West coast, where everything had picked up, like the tidal wave coming in.</w:t>
      </w:r>
    </w:p>
    <w:p>
      <w:r>
        <w:t>97. But the prophet said the sun will not shine through this day; it'll be a day of gloom. They've had enough light, like a real rainy day; they could join churches, and believe the Lord, and things like that; but He said in the evening time the clouds will move away, the denominations will fade, and the same gospel, the same Word made flesh (as he promised in Luke 17:33), the same gospel with the same thing would take place in the evening time, just when the shadows are getting low.</w:t>
        <w:br/>
        <w:t>The same gospel, the same Christ, that lived in flesh back yonder at the beginning on the Eastern people, shall live again in the Western people at the end time. "It shall be light in the evening time." All Scriptures is given by inspiration and cannot be broken.</w:t>
      </w:r>
    </w:p>
    <w:p>
      <w:r>
        <w:t>98. The big fifty days has passed over; the Pentecostal feast has passed over. Seven Sabbaths, until the trumpets, a type of the seventh church age.</w:t>
        <w:br/>
        <w:t>Remember, remember, under the sixth trumpet the Jew (are you listening?)---under the sixth trumpet the Pentecostals reject the Bible, the lukewarm, not only the Pentecostals, all the rest. The church world rejects Christ, and He's put on the outside. And in the same trumpet … or same seal, rather, when it was opened, they show Jesus on the outside of the church trying to get back in; at the same time the trumpet sounds for the Jews, and the Jews recognize the atonement! Glory! Hallelujah! Oh my!</w:t>
        <w:br/>
        <w:t>The Holy Spirit's been bound by these denominational rivers for almost two thousand years, but is to be loosed in the evening time by the evening time message: the Holy Spirit back in the Church again, Christ, Himself, revealed in human flesh in the evening time. He said; He promised it.</w:t>
      </w:r>
    </w:p>
    <w:p>
      <w:r>
        <w:t>99. There was three stages of it as I said: the martyrs, age of the martyr for it, and then the stage of the reformers, and now the calling-out time. When finished, the Laodicean age, according to Revelations 10, the mystery of all the Bible would be knowed to the bride. Is that right?</w:t>
        <w:br/>
        <w:t>Revelations 10 (listen close now), bride called out by the Word, Christ Himself calling out the bride, making plain Hebrews 13:8 (that He's the same yesterday, today, and forever, does the same, is the same; "He that believeth on Me the works that I do shall he do also." See?), Luke 22---Luke 17:30, and also Malachi 4, Hebrews 4, all these scriptures that's promised, this is to be between the sixth and the seventh seal and the sixth and the seventh trumpet.</w:t>
      </w:r>
    </w:p>
    <w:p>
      <w:r>
        <w:t>100. Pentecost feast finishes at the period of the seventh trumpet, for the next is the coming of the---or seventh seal, for the next is the mystery of the coming of Christ, and also the trumpet is sound for the Jews. Their sixth trumpet is sounded, and when it does, it makes known to them the revealed Son of God. One-half hour is fixed. Remember, all trumpets sound on this sixth seal. The sixth seal finishes the mystery---under the sixth seal just before the seventh's opened.</w:t>
      </w:r>
    </w:p>
    <w:p>
      <w:r>
        <w:t>101. Notice, here's Leviticus 23 and 26. How in order is the Scripture! After the long period of Pentecost … which Israel did reject back there… And He called the Gentile church out through this Pentecostal feast.</w:t>
        <w:br/>
        <w:t>How many understand what a Pentecostal feast is? It's the fruit of---firstfruit of the harvest, the firstfruit of the resurrection, the Pentecostal feast.</w:t>
        <w:br/>
        <w:t>Don't miss this people! And you on tape listen close! This has been the time of Pentecostal feast. The Jews has laid silent; they rejected it. Now, they've got to be called back to the atonement. We know who the atonement was; they didn't. And the trumpet sound after the Pentecostal jubilee, calls the Jews together. Can't you see how that trumpet of persecution under Hitler and them blasted, and the Jews was forced to come together to fulfill the Scriptures? Now, you got it? All that's got it say, "Amen." Good. All right.</w:t>
      </w:r>
    </w:p>
    <w:p>
      <w:r>
        <w:t>102. Notice, here in Leviticus 26 now, the order of the Scriptures. After the long period of Pentecost, which ends in the calling out of the bride (the bride is called out by a servant, the rejected), next to be known to Israel, the feast of the atonement. Notice, here is the same as in Leviticus the 16th chapter now, when He ordered the feast of Pentecost---or the feast of atonement. But in this place they are called (oh, how perfect; see it preachers? Don't miss it, ministers), in this feast of Pentecost, which is represented in Leviticus 23:26---or 23 and 24, is a feast of mourning, not a killing of a feast. The feast was killed---the atonement was killed, rather, the atonement was killed (Leviticus 16, it's exactly a parallel to it), only in this place it's called Israel to mourn for their sins.</w:t>
        <w:br/>
        <w:t>How perfect it is today. It's not the rekilling of it (which Moses symbolized with striking the rock the second time; it didn't work), not a killing of a beast, but a mourning of rejecting the atonement. Oh my!</w:t>
        <w:br/>
        <w:t>This will be the trumpet, the feast be rejected, then their Messiah made known.</w:t>
      </w:r>
    </w:p>
    <w:p>
      <w:r>
        <w:t>103. Notice! They'll know their Messiah when they see Him. He's coming in power this time, the one they looked for. He's coming in power for the Gentile bride, and the Jews are going to recognize Him. And then the Bible says (we just got through preaching on it here, about six months ago or more), the Bible says when they say, "Where did you get those wounds? (How many remembers the message, raise your hand. Sure you do. See?) Where'd you get those wounds?"</w:t>
        <w:br/>
        <w:t>He said, "In the house of my friends."</w:t>
        <w:br/>
        <w:t>Remember me preaching on the time when Jacob had sent the children of Israel down there to get the stuff, and the food, and stuff; and how Joseph act like he didn't know them; and how all these things went on, then he made himself known? You remember? And they were so scared they went to weeping, same as Jacob's trouble. And here we find the Jews under persecution they don't know where they stand now.</w:t>
        <w:br/>
        <w:t>But they're coming back; and when they do see the Atonement appear, the Bible said when they see that, they said they'd separate one home from another and weep for days, like a---like a family that's lost their only son. "Where did you get those wounds?"</w:t>
        <w:br/>
        <w:t>He said, "In the house of my friends."</w:t>
      </w:r>
    </w:p>
    <w:p>
      <w:r>
        <w:t>104. Remember, the bride's already in heaven. Joseph's wife was in the palace, and Joseph dismissed everything from around him, and he made himself known to his brothers. You see? His wife, and children, and them was in the palace when He returns back to make Himself known to the Jews. There's the atonement, there's your sound trumpet. There's where they say, "Oh…" What is it? There's the atonement. "Where was them wounds come from?" There it is.</w:t>
        <w:br/>
        <w:t>"In the house of my friends."</w:t>
        <w:br/>
        <w:t>Remember what Joseph's brother said? Why they said, "Now, we'll be killed sure enough. We did that; we did the evil"---like that.</w:t>
        <w:br/>
        <w:t>He said, "No, God did this to save life." You remember the story in Genesis? See, see? So did He do it this way to save the life of the Gentiles, the bride.</w:t>
        <w:br/>
        <w:t>Said, "I got them in the house of my friend, but don't be angry." See? "Don't be afraid."</w:t>
      </w:r>
    </w:p>
    <w:p>
      <w:r>
        <w:t>105. They said, "Oh my! Did we actually miss seeing Him? Was that the atonement, and we've missed it? Oh, God!" And they said they just separated themselves and mourned for days. What is it? The atonement, sadness.</w:t>
        <w:br/>
        <w:t>This time, the coming of the---making known atonement, is not the regular atonement being killed, like in Leviticus 16, but Leviticus 23 is a mourning time of their sins; and their sins was, they rejected it.</w:t>
        <w:br/>
        <w:t>Oh, don't you see where we're at? Don't you see why them trumpets means nothing to us? They all sounded under our sixth seal. You see now why the Holy Spirit wouldn't let me speak it? And the heavenly Father knows, with this Bible before me, that's the truth. Didn't know it till yesterday---day before yesterday, in my room there where He revealed it, come to me and spoke to me. I come back; I said, "Wife, I got it now; He just met in in there and told me. Here it is, Honey." See? There it is (see?), perfectly just in harmony.</w:t>
        <w:br/>
        <w:t>Oh, people without Him, get in quick; it might be the last opportunity you'll ever be able to have. You don't know what time He might come.</w:t>
        <w:br/>
        <w:t>The feast of the trumpets… The Bible says they'd separate themselves one from another and pray and weep, because---like a person with their only child being lost.</w:t>
      </w:r>
    </w:p>
    <w:p>
      <w:r>
        <w:t>106. Look! I want to say one more thing. Closely now, don't miss this. How striking! From the seventh angel's messenger of the seventh seal message in Revelations 10 was the seventh seal to the seven trumpets, between those two times… Oh God, how can we say this to make the people see it? It's between that sixth trumpet (and the sixth trumpet---and the sixth trumpet and the sixth seal sounds at the same time), and between the sixth trumpet and the seventh trumpet, there is a prophet to appear before the Gentiles to call the people back to the original Pentecostal doctrine; and the two witnesses of Revelations 11 appear to the Jews to send them to Jesus, while the church is being taken up---all of them prophets. Amen! The Word of the Lord cannot be broken. It won't be a denomination! Do you see it?</w:t>
      </w:r>
    </w:p>
    <w:p>
      <w:r>
        <w:t>107. Read in your book here and see if that between the sixth and seventh trumpet isn't injected in there with the Jews being called out. Between the sixth and seventh plague, we come over to that 144,000 (you remember that?), which was between that. Do you remember between the sixth---the fifth seal and the sixth seal---between the sixth and the seventh seal, there was a calling out of the 144,000. You remember that? Now, there's where these trumpets come in, right there (see?) and persecution them horses loosed on there.</w:t>
        <w:br/>
        <w:t>Then between that---then there was to be a seventh angel's message that had been preaching and condemning the Pentecostals. And Jesus had been put out, wouldn't have no cooperation with nobody, be put on the outside, rejected (the Bible said so); for it's Christ made manifest among us, Jesus among us all made manifest in the purity of his Word, making it known. And if that… This is not just makeup, friends, this is thus saith the Lord, the Scripture.</w:t>
      </w:r>
    </w:p>
    <w:p>
      <w:r>
        <w:t>108. And at the same time… Now, as soon as this church, the bride is drawed together she's taken up in that mystery of the seventh seal---or the seventh seal, the mystery going and the Jews is called by the mystery of the seventh trumpet, which is two prophets, Elijah and Moses. And they come back, and there's where the Pentecostals is all mixed up. They're looking for something to happen, and the church is done gone, and that's to the Jews!</w:t>
      </w:r>
    </w:p>
    <w:p>
      <w:r>
        <w:t>109. Now, I feel in somebody's mind saying that couldn't be Moses. Yes it is. Now you remember, He can tell me your thoughts. I keep feeling that… All right.</w:t>
        <w:br/>
        <w:t>Let me straighten that out for you. It was Moses, because here's your thought: you say that Moses---it couldn't be Moses, because Moses died. You think it's Elijah---it's Elijah true, when you think it's Enoch. You say, "Moses is already dead." But remember he could come back to life again; he did, eight hundred years later. Several hundred years later he appeared on Mount Transfiguration. You say, "After a man's done dead?" Yes, sir. Lazarus was dead, raised again, and then had to die again. Sure! Even the wicked will be raised up to life again and then have to die the second death. Is that right? So get that out of your mind; it is Moses.</w:t>
        <w:br/>
        <w:t>Watch your ministry, just exactly what Moses and Elijah done; closed the heavens and sprayed fire upon… You know what the thing they done.</w:t>
      </w:r>
    </w:p>
    <w:p>
      <w:r>
        <w:t>110. Think of it! It's the end time, folks. Hallelujah! The great day of the Lord is at hand. Gather yourselves together. Feast of the Messiah, they'll reject Him, and they'll find out that there is their Messiah. The Bible said them striking things like this would take place.</w:t>
        <w:br/>
        <w:t>In Revelations 11 call, their ministry will be the ministry of Moses and Elias calling to Israel out of the Jewish traditions, just as the seventh angel's message called the bride out of the Pentecostal traditions. Remember Moses and Elijah is to call Israel out of the old atonement of the lamb, and sheep, and blood, and goats, and sacrifice to the real living sacrifice, to the Word.</w:t>
      </w:r>
    </w:p>
    <w:p>
      <w:r>
        <w:t>111. And the seventh angel's message, under the same trumpet, same everything, exactly, the same seal, is to what? Call the people, the bride out of the Pentecostal and world traditions to the genuine atonement, the Word, Christ, impersonated in his Word here, made flesh among us.</w:t>
        <w:br/>
        <w:t>Science has proved it by pictures. The church knows it the world around. We firmly know it, for He's never told us one thing as thus saith the Lord but what's been the truth. Did He not say down there on the river, "As John the Baptist was sent, so will this message call out…"</w:t>
        <w:br/>
        <w:t>I looked up and see it is twelve o'clock. The midnight hour is here, friends, upon us. See how perfect the Scripture is? Perfectly how it--</w:t>
      </w:r>
    </w:p>
    <w:p>
      <w:r>
        <w:t>112. -that…</w:t>
        <w:br/>
        <w:t>Look, that's not going to be some organization go down there and call the Jews, it's going to be two men, Moses and Elijah, both of them prophets.</w:t>
        <w:br/>
        <w:t>Now look, to call the Gentiles, the bride out, He promised Malachi 4 to do the same thing. And the Bible said He'd be put out of the church in the seventh church age. He'd be put out of the church; it'd go completely black and go… Where does it black out? It goes into this ecclesiastical system, into this ecumenical council, World Council of Churches. He's put completely out, his Word. They can't agree with it, you know they can't; they can't even agree in their own little local groups. How are they going to agree in that? So they take another mark of the beast, a image unto the beast.</w:t>
        <w:br/>
        <w:t>Remember, the Bible said there was a image made unto the beast.</w:t>
      </w:r>
    </w:p>
    <w:p>
      <w:r>
        <w:t>113. And this United States has always been number thirteen. It started with thirteen states, thirteen colonies, thirteen stars, thirteen stripes; number thirteen is always a woman. She appears in the 13th chapter of Revelations. At first he was a lamb: meekness, freedom of speech, freedom of religion, and so forth; and then he received power and spoke with all the power the dragon had before it. What is it? What was the dragon? Rome. See, had a mark, a image of the beast to raise up against the real church of God; under them denominations will plague this thing, but when they start to do it…</w:t>
        <w:br/>
        <w:t>The Lamb shall take his bride</w:t>
        <w:br/>
        <w:t>To be ever at his side,</w:t>
        <w:br/>
        <w:t>All the host of heaven will assembled be;</w:t>
        <w:br/>
        <w:t>O 'twill be a glorious sight,</w:t>
        <w:br/>
        <w:t>All the saints in spotless white;</w:t>
        <w:br/>
        <w:t>And with Jesus they shall feast eternally.</w:t>
        <w:br/>
        <w:t>(Amen!)</w:t>
        <w:br/>
        <w:t>"Come and dine," the Master calleth,</w:t>
        <w:br/>
        <w:t>"Come and dine;" … (Amen!)</w:t>
        <w:br/>
        <w:t>What a day we're living in, and hour. Run, people, run for your lives!</w:t>
      </w:r>
    </w:p>
    <w:p>
      <w:r>
        <w:t>114. Notice now, in closing, the ministry like the seventh angel, the two witnesses, under that seventh trumpet just before---the sixth trumpet, just before the seventh trumpet find…</w:t>
        <w:br/>
        <w:t>Now remember, and I told you I'd bring back this great trumpet… He said, what would he do over here in Isaiah? He said at the great trumpet would sound (the great trumpet not trumpets now, feast of trumpets, there is two of them, Moses and Elias to call the trumpets), but under the great trumpet (the coming of the Lord, to announce Joseph returning, see?) that all nations would assemble at Jerusalem. Amen! You find that in the book of Isaiah; I just give it to you awhile ago, one of those chapters we read. That's in Isaiah 18:1 and 3.</w:t>
        <w:br/>
        <w:t>And in Isaiah 27:12 and 13 is where He sounds that trumpet and all of the nations will recognize Israel in her homeland, God with her.</w:t>
      </w:r>
    </w:p>
    <w:p>
      <w:r>
        <w:t>115. Then the bride will come to be with the bridegroom, and the bridegroom with the bride (and then the great millennium, after the whole world is destroyed by atomic power; and there'll be a new heavens and new earth) shall live forever.</w:t>
        <w:br/>
        <w:t>Look right under… Now, notice! the ministry of Moses and Elijah will… Now, everybody get it? Let me say it again. The ministry of Moses and Elijah, between the sixth and seventh trumpet, will be two prophets that will… They … Israel always believed their prophets.</w:t>
      </w:r>
    </w:p>
    <w:p>
      <w:r>
        <w:t>116. Now, why did the Holy Spirit say to me (when I started up to there to show them that He was the Son of God), said, "Not yet"? You remember that about five years ago on my way to India? Said, "Don't do it."</w:t>
        <w:br/>
        <w:t>I said… They said, "If this be the Messiah, let us see Him do the sign of the prophet; we believe the prophets."</w:t>
        <w:br/>
        <w:t>Brother Lewi Pethrus and them sent me those Bibles, when he give a million of them out to them Jews coming from Iran and everywhere coming back, assembling themselves together---become a nation.</w:t>
        <w:br/>
        <w:t>I thought, "This is my time." I was already in Cairo, Egypt. He said, "Don't do it not, the hour is not yet." Then I returned home.</w:t>
        <w:br/>
        <w:t>Oh my!</w:t>
      </w:r>
    </w:p>
    <w:p>
      <w:r>
        <w:t>117. Moses and Elijah's got to call. The Pentecostal jubilee's still going, or had up till this time, see. Now, the feast of trumpets has to be known. And this one over here of Malachi 4 is not connected with that one over there. Not at all. Not at all.</w:t>
        <w:br/>
        <w:t>Notice! Watch here! The ministry will be Moses and Elijah, changing and calling Israel from the Jewish traditions (listen!), from the Jewish traditions that they been mixed up in (being prophets, they'll believe Him), calling them to the feast of the atonement, Christ, letting them recognize Christ. They'll say, "He's coming, He'll be here." The Jews will be gathering, things like that, and then when He comes say, "Here I am." See?</w:t>
        <w:br/>
        <w:t>"Where'd you get them scars?"</w:t>
        <w:br/>
        <w:t>"In the house of my friends."</w:t>
      </w:r>
    </w:p>
    <w:p>
      <w:r>
        <w:t>118. Now, the same as those two prophets did… Remember, the Gentile bride is to have a prophet called Elias (Elijah) that's to call them out of their traditions, the bride, just the same as these prophets call Jews out of Judism to Christ, the atonement. And the Gentiles already knows the atonement, but it's to call the bride back to the original atonement, where these fifty Sabbaths, or these seven Sabbaths, that they have got away from, call them back to the end time.</w:t>
        <w:br/>
        <w:t>The seven (listen!), the seventh church messenger, the seven trumpet messenger is all prophets. Now, that's right! Injected is the 144,000. Calling the seals, which was to the Gentiles… It had to be to the Gentiles, to open up the Gentiles to see the Gentile church. That's all we know; that's all we'll listen to; what's already passed. We look for Jesus.</w:t>
        <w:br/>
        <w:t>You say, "Now, wait a minute, Brother Branham, I believe they are going to do this."</w:t>
      </w:r>
    </w:p>
    <w:p>
      <w:r>
        <w:t>119. The last sign that Abraham (and we are the royal seed of Abraham, the bride), the last sign that Abraham ever seen before the promised sign … the promised son come was what? God in the form of a human being, that could discern the thoughts of the people---one man, not a dozen, one man. No matter how many impersonations, they had one, and He discerned the thoughts that's in there. What? And the next thing happened, Abraham and Sarah turned back to a young man and woman. We know that.</w:t>
        <w:br/>
        <w:t>Now, I know that kind of chokes you a little bit now; but remember, just so that you'll be sure to know now. You don't read the Bible like this; you read between the lines and (see?) make the picture come.</w:t>
      </w:r>
    </w:p>
    <w:p>
      <w:r>
        <w:t>120. Watch! Sarah was an old woman; the Bible said her womb was dead. Is that right? Abraham's life was dead in him, his seed. Is that right? Now remember, Abraham's seed was dead. Forty years later he had seven sons by another woman! What did He do? He changed their bodies.</w:t>
        <w:br/>
        <w:t>Watch. They took a three hundred mile journey down to Gerar, quite a long journey for an old man. And Sarah even thought they couldn't have family relations. She said, "Me…" (Twenty years or more maybe before, they'd had family relation.) Said, "Me, an old woman, and my lord also, have pleasure again like young people?"</w:t>
        <w:br/>
        <w:t>He said, "Is anything too hard for God?"</w:t>
      </w:r>
    </w:p>
    <w:p>
      <w:r>
        <w:t>121. Notice, what happened? Immediately she turned back to a lovely young woman. Showing in there, portraying what He's going to do to the royal seed of Abraham to receive the Son that's been promised. She turned back to young… Look! They went down into Gerar and what happened? Abimelech, the king, fell in love with her, said, "She's fair and beautiful," and was going to marry her (is that right?), old grandma, and all them other pretty girls down there---granny. "She's beautiful, she's fair to look upon." See?</w:t>
        <w:br/>
        <w:t>God changed her body and turned them back. It's a mystery that's to be revealed now in this day by the Son of man (see?), the evening message, see. Turned back… And that was the last sign they seen was what? That discernment before the change of the body come. And before we can ever receive the Son, what happens? "The trumpet of God shall sound; the dead in Christ shall raise first (the new body); and we which are alive and remain shall be changed in a moment in the twinkle of an eye (Hallelujah!); and shall be caught up together to meet the Lord in the air." The secret has been made known; the seals are opened; the trumpet sounded for Israel; the two prophets is ready to appear. What is it? The church must get off the scene right now so they can appear. He can't deal with two at the same time; He never did, see.</w:t>
      </w:r>
    </w:p>
    <w:p>
      <w:r>
        <w:t>122. Oh, brother! Watch! Exactly, to call all … call them out of the denominations and traditions… Now, we see the church of Pentecost age is finished. The bride must step out of the way to go up now, so the two servants, the two servants of God, in Revelations, the two prophets, can appear upon the scene to sound the seventh trumpet to them, make known to them the Christ.</w:t>
        <w:br/>
        <w:t>The seventh angel messenger say, "Behold the Lamb of God that takes away the sin of the world." Not behold my Methodist, my Baptist, my Pentecostal; but the Word, the Son of God, the Lamb of God, that takes away the sin of the world; for no other foundations is there. They'll say, "How long have we got?" The Jews are in their homeland; the bride's called. Scripturally everything just exactly what He promised; we're ready. The hour is here.</w:t>
        <w:br/>
        <w:t>Nations are breaking; Israel's awakening;</w:t>
        <w:br/>
        <w:t>The signs that the Bible foretold;</w:t>
        <w:br/>
        <w:t>The Gentile days numbered,</w:t>
        <w:br/>
        <w:t>With horrors encumbered,</w:t>
        <w:br/>
        <w:t>Return, O dispersed to your own.</w:t>
        <w:br/>
        <w:t>The day of redemption is near;</w:t>
        <w:br/>
        <w:t>Men's hearts are failing for fear;</w:t>
        <w:br/>
        <w:t>Be filled with God's Spirit,</w:t>
        <w:br/>
        <w:t>Have your lamps trimmed and clear;</w:t>
        <w:br/>
        <w:t>Look up, your redemption is near.</w:t>
        <w:br/>
        <w:t>False prophets are lying;</w:t>
        <w:br/>
        <w:t>God's truth they're denying,</w:t>
        <w:br/>
        <w:t>That Jesus, the Christ, is our God.</w:t>
        <w:br/>
        <w:t>(That's right!)</w:t>
        <w:br/>
        <w:t>But we'll walk where the apostles have trod.</w:t>
        <w:br/>
        <w:t>For the day of redemption is near;</w:t>
        <w:br/>
        <w:t>Men's hearts are failing for fear;</w:t>
        <w:br/>
        <w:t>Be filled with the spirit,</w:t>
        <w:br/>
        <w:t>Your lamps trimmed and clear;</w:t>
        <w:br/>
        <w:t>(Don't take a chance.)</w:t>
        <w:br/>
        <w:t>Look up, your redemption is near.</w:t>
      </w:r>
    </w:p>
    <w:p>
      <w:r>
        <w:t>123. The prophet said it shall be light in the evening time.</w:t>
        <w:br/>
        <w:t>It shall be light in the evening time;</w:t>
        <w:br/>
        <w:t>The path to Glory you will surely find;</w:t>
        <w:br/>
        <w:t>In the water way is the light today,</w:t>
        <w:br/>
        <w:t>Buried in the precious name of Jesus.</w:t>
        <w:br/>
        <w:t>Young and old, repent of all your sins;</w:t>
        <w:br/>
        <w:t>The Holy Ghost will surely enter in.</w:t>
        <w:br/>
        <w:t>The evening lights have come;</w:t>
        <w:br/>
        <w:t>It is a fact that God and Christ are one.</w:t>
        <w:br/>
        <w:t>We're here! We're at the end! That's not just some silly thing of a man, that's thus saith the Lord.</w:t>
        <w:br/>
        <w:t>Let us bow our heads.</w:t>
      </w:r>
    </w:p>
    <w:p>
      <w:r>
        <w:t>124. Merciful God, Jehovah, the Almighty, that thundered on Mount Sinai, and the people screamed. "Let Moses speak and not God, lest we die," You said, great Jehovah, "I'll raise them up a prophet; I'll not speak to them no more like this." but You promised what You'd do, and You did it. You raised us up the Lord Jesus. He is the Word; You said He was. "In the beginning was the Word, and the Word was with God, and the Word was God. And the Word was made flesh, and dwelt among us…"</w:t>
        <w:br/>
        <w:t>We see the things that He prophesied to us here through his prophet, John, on the isle of Patmos; we see it fulfilled to the letter. We see the Holy Ghost made manifest among us here on earth. We see the denominations put Him out of the church, the Word. They got nothing against the people, it's that Word that they hate; it's against their tradition, just as when You were here on earth, You was the Word, and You were against their traditions; and they threw You out of the churches everywhere.</w:t>
      </w:r>
    </w:p>
    <w:p>
      <w:r>
        <w:t>125. And now, Lord, there's no cooperation nowhere. Trying even to get into South Africa where I know there's some souls there yet waiting. Every place, and look like they won't receive me, Lord. Not because of me, Lord, it's because of this message. But You said it would be this way; and You made it known to us, so we wouldn't be discouraged. We know the hour we're living.</w:t>
        <w:br/>
        <w:t>God, these people set here this morning in this hot, baking room here. They've listened close; they see now, I'm sure. If they don't, reveal it to them, Lord, why that You wouldn't permit me to take those trumpets. I see it has nothing to do with us. Like that sixth trumpet, it all happened, and we done seen the sixth seal open; and we seen a vision here two weeks ago of the preview of the bride and the church, as I told it here. Just as You showed me, Lord, I told it. Here we are; it may be later than we think.</w:t>
      </w:r>
    </w:p>
    <w:p>
      <w:r>
        <w:t>126. Oh, Father, if there's a person here this morning that has just taken some superstition, some theological influence, or same theologian's word (which is contrary to the Word of God); and they don't know the real Christ, the real Holy Spirit; it isn't revealed to them, the Word, yet, how the Word is to be in this day; they only see a tradition; they living in a light that's blinding. Like the greatest robbery that was ever done in the world was in England, it was done by a false light. And the greatest robbery your church has ever had, has been when they taken a denominational light and refused the genuine light of the Bible, the Christ.</w:t>
        <w:br/>
        <w:t>Oh, God, be merciful. Save the lost, Lord. Please, I ask just a little while longer, Jesus. We got loved ones. Just a little while longer. Soon that great rock will be hewed out of the mountain. Grant Lord, if any is here this morning without You, may they come just now sweetly and receive You.</w:t>
      </w:r>
    </w:p>
    <w:p>
      <w:r>
        <w:t>127. While we have our heads bowed, if you'd raise your hand and say, "Remember me, Brother Branham." We have no… The altars and things are filled up. God bless you! Just say, "Remember…" God bless you! God bless you! God bless you! Just literally hundreds of hands.</w:t>
      </w:r>
    </w:p>
    <w:p>
      <w:r>
        <w:t>128. Father God, there's a little shadow somewhere; take it away, Lord. They set here in this room. Satan might've blinded their eyes in times past, but I pray that You'll wink at that, as You did to us in many days ago. But now, that You call us all to sight… The Bible said that they were blind, they didn't know it. Said, "I counsel thee to buy of Me eyesalve." God, use the salve this morning upon their eyes that they might see. Yet it be humble and a bunch of humble people, and humble, uneducated, and so forth, but yet that's the way it was at the beginning. Grant it, Lord, that they'll receive it just now. I give them to Thee, in the name of thy Son, Jesus.</w:t>
        <w:br/>
        <w:t>And you said, "He that heareth my Word (I'm sure Lord, the best of my knowledge, they heard it), and believeth on Him that sent Me (not make-believe, but really believe---believes what the Word has said), has everlasting life; and shall not come to the judgment, but is passed from death unto life." John 5:24.</w:t>
        <w:br/>
        <w:t>Grant, Lord, that they'll be yours from this hour on. If there's a wonder in their mind, take it away. If there's a sick person in our midst, let the great Holy Spirit, Lord (which I know there is, revealing the thoughts, standing here on the platform)… They know all about it; I pray that You'll heal them, Lord. Settle all the questions.</w:t>
      </w:r>
    </w:p>
    <w:p>
      <w:r>
        <w:t>129. The pool will be open to those who've never been immersed in the name of Jesus Christ, taking the name of the bridegroom. They got a denominational ecclesiastical… No one was ever baptized in that titles of Father, Son, Holy Ghost, or sprinkled, and these traditional things that belongs to churches of this age, antichrist movement, image of the beast. Nobody was ever baptized in the name of Father, Son, and Holy Ghost till the Catholic church. All the Bible and all the history afterwards says they were baptized in the name of Jesus.</w:t>
        <w:br/>
        <w:t>Paul said in Galatians 8:1, "If even an angel from heaven comes and preaches another Gospel, let him be cursed." And You commanded those people who'd been baptized under John, the same one who baptized Jesus, to come and be rebaptized again in the name of Jesus Christ, in Acts 19. And said, "Don't even let a angel tell you anything else."</w:t>
      </w:r>
    </w:p>
    <w:p>
      <w:r>
        <w:t>130. There will come a messenger in the last days, will guide the people back to the first fruit, back to the original faith. Grant it, Lord, that that great messenger among us now, the great Christ, the Holy Spirit made vivid, made understanding, opening up the Word and revealing it to us, may He guide them back to the original Pentecostal faith. Like Peter said on the day of Pentecost, "Repent, everyone of you; be baptized in the name of Jesus Christ for the remission of sin." And it was forever that way, to every person, until the Roman church at Nicea.</w:t>
        <w:br/>
        <w:t>God be merciful now. The pool will be ready, the hearts open; come in, Lord Jesus (we're in the last hours), if there is possibility Lord of them coming in at this hour, which I hope and trust that there is. And we who are in, Lord, may we take inventory now, that we have seen and heard the voice of God speaking through his Word, and we know what hour we're living. Grant it, Father! We commit them to Thee in the name of thy Son. Now with our heads bowed:</w:t>
        <w:br/>
        <w:t>Softly and tenderly Jesus is calling,</w:t>
        <w:br/>
        <w:t>Calling for you and for me;</w:t>
        <w:br/>
        <w:t>See, on the portals He's waiting and…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