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Sixth Seal</w:t>
      </w:r>
    </w:p>
    <w:p>
      <w:r>
        <w:t>Date: March 23, 1963</w:t>
      </w:r>
    </w:p>
    <w:p>
      <w:r>
        <w:t>Location: Jeffersonville, Indiana, USA</w:t>
      </w:r>
    </w:p>
    <w:p/>
    <w:p>
      <w:r>
        <w:t>1. Let's bow our heads just a moment. Lord, we are again gathering for the service. And we think of the time in the early days when they all come up to Shiloh for the blessings of the Lord; and now, tonight, we have assembled here to hear your Word.</w:t>
        <w:br/>
        <w:t>And as we have been studying in this certain portion of the Scripture, that the Lamb was the only one that could open the seals or to loose them, and we pray that tonight, as we have under consideration this great sixth seal, we pray, heavenly Father, that the Lamb will open it to us tonight, that… We are here to understand it, and no man on earth or in heaven was sufficient. Only the Lamb was found sufficient.</w:t>
        <w:br/>
        <w:t>So may the all-sufficient One come and open this seal for us tonight that we might just look past the curtain of time. It would help us, we believe, Father, in this great, dark, sinful day that we're living---would help us and give us courage. We trust now that we find grace in your sight. We commit ourselves with the Word to You, in Jesus Christ's name. Amen.</w:t>
      </w:r>
    </w:p>
    <w:p>
      <w:r>
        <w:t>2. Good evening, friends. It's a privilege to be here again tonight, to be in the service of the Lord. I'm just a bit late. I just went to … on an emergency of a dying man, a member of this church. His mother comes here. And they said the boy was dying right then. So I went down to see just a shadow of a man laying on a bed, dying---a man about my age. And in just a moment's time, I seen the man rise to his feet, giving praise to the Lord.</w:t>
        <w:br/>
        <w:t>So God … if we will be willing to confess our sins and do that which is right, and ask for mercy, call upon Him, God is willing and waiting to grant it to us.</w:t>
        <w:br/>
        <w:t>And now, I know it's warm in here tonight. No, I guess the heat is altogether shut off. And we're… I noticed last night, or today… This is my seventh day in a room without light (just electric lights, see), studying, and praying for God to open these seals.</w:t>
      </w:r>
    </w:p>
    <w:p>
      <w:r>
        <w:t>3. And there was so many that wrote in that group of questions last night, was more or less… Not as much as questions, it was wanting to have a healing service anyhow---wanted to stay an extra day to have a healing service on Monday. So I would … I actually could do it if that would be the will of the people, that they would do that. You can think it over and let me know, but … if you just want to stay and pray for the sick, because I've designated all this time completely to these seals and just kept myself away for the seals. So you can think it over and pray over it, and then let me know.</w:t>
      </w:r>
    </w:p>
    <w:p>
      <w:r>
        <w:t>4. And I'll, if the Lord willing, I can… My next appointment is at Albuquerque, New Mexico, and that'll be a few days yet; and I have to go home for some business on making another convention ready in Arizona. And so then if it be the will of the Lord, you pray over it and I'll do the same, and then we'll know more about it a little later.</w:t>
        <w:br/>
        <w:t>And I just detect now… You see, you go to talking about sickness, and there it comes, see. This lady sitting right here, if something don't help her, she ain't going to stay here but a little bit. So then, we just pray that God will… That's what you're here for. Come way away… So see, the Holy Spirit knows just everything. But I've tried to designate this time for these seals because we set it for that, you see. But if there's a…</w:t>
      </w:r>
    </w:p>
    <w:p>
      <w:r>
        <w:t>5. How many is sick, is here anyhow, that come to be prayed for? Let's see your hands---all around everywhere. Oh, my! Well, how many would think that that would be right, the will of the Lord, to stay and have a … take Monday night, just pray for the sick? Have a healing service Monday night? Would you like to do that? Could you do it? Well, Lord willing, we'll do it then. We'll have prayer service for the sick Wednesday … Sunday night … or, Monday night and pray for the sick.</w:t>
        <w:br/>
        <w:t>Now, I hope that don't interrupt that group that I'm going back with (going back to Arizona), Brother Norman. Is he here anywhere? Does that interrupt your program, Brother Norman, or anything? Brother Fred and the rest of you, is that all right? Okay. All right, then the Lord willing, Monday night we pray for the sick. Just one night set aside for that altogether, just praying for the sick. Now, there won't be any more of the seals. The Lord just open these seals, and then we will pray for the sick Monday night.</w:t>
      </w:r>
    </w:p>
    <w:p>
      <w:r>
        <w:t>6. Now… Oh, I've been really enjoying this tremendously, of serving the Lord under these… Have you enjoyed this, the opening of the seals? Now, we are now speaking from the fifth seal, or the sixth seal, rather, and that takes down now from the 12th verse of the 6th chapter down to the 17th. It's one of the long seals, that quite a bit of things happen here.</w:t>
      </w:r>
    </w:p>
    <w:p>
      <w:r>
        <w:t>7. And now a little review of last night, kind of back up a little each time. And say, I want to say something too. I found in that box four or five very important things to me. I was told that… And I certainly want to apologize (are the tapes on?), I want to apologize to my minister brethren, and to you people here.</w:t>
        <w:br/>
        <w:t>They say the other night, when I was speaking of Elijah, that hour when they was … he thought he was the only one that was going to be in the rapture, or the only one that was going to be saved, and I said seven hundred instead of seven thousand. Is that right? Well, I'm sure sorry of that, folks. I knowed better than that. It was just simply a mumble of speech, because I knowed it was seven thousand. I just didn't say it right. I thank you.</w:t>
        <w:br/>
        <w:t>And that means…</w:t>
      </w:r>
    </w:p>
    <w:p>
      <w:r>
        <w:t>8. I'm glad that you are watching what I say, because it's seven thousand. I got two or three notes on it. It said, "Brother Branham, I believe you were mistaken." It said, "Wasn't there seven thousand instead of seven hundred?"</w:t>
        <w:br/>
        <w:t>And I thought, "Surely I didn't say seven hundred." And then Billy… And then first thing you know, I picked up another note, and it said, "Brother Branham, I believe you said seven hundred."</w:t>
        <w:br/>
        <w:t>And one person said, "Brother Branham, was that a spiritual vision, that there's just going to be…? a type, and you're typing it with the seven…?" It puts people on edge when you go to thinking these things, and it's enough to. It puts me on edge.</w:t>
        <w:br/>
        <w:t>Something happened today when this seal was revealed, that I had to walk completely out in the yard, just walk right out in the yard a little while. That's right. It just simply almost took my breath right away from me, see. So, tension, oh, my! And another thing, you're laying right on to what I say, and God is going to hold me responsible for what I tell you, see. And so I must absolutely be as sure as all sure can be sure, see, of these things, because this is a tremendous time that we're living in.</w:t>
      </w:r>
    </w:p>
    <w:p>
      <w:r>
        <w:t>9. I was thinking about the healing service for Monday night. That wouldn't interfere with you, Brother Neville? Precious Brother Neville. I tell you they just made one. I think they lost the pattern. He certainly has been a real chum and friend to me, I tell you.</w:t>
        <w:br/>
        <w:t>The Tabernacle … now built and got the Sunday school rooms and everything ready in order here. And some of you people that's around here, right in Jeffersonville, want to come to church, you've got a nice place and a place to come---Sunday school rooms and fine teachers, and Brother Neville here for the adult class, and a real pastor. I don't say that for a bouquet to him, but I'd rather give him a little rose now than a whole wreath after he's gone. And Brother Neville, I've knowed him since I was just a boy, and he hasn't changed one bit. He's still Orman Neville, just like he always was.</w:t>
      </w:r>
    </w:p>
    <w:p>
      <w:r>
        <w:t>10. I remember visiting… Even, he had grace enough to ask me to his pulpit when he was a Methodist preacher down here in the city. And we had a nice congregation down there in Clarksville. I guess that's called Howard Park … Harrison Avenue Methodist Church. I think that's where he must have found you, down there, Sister Neville---down there, because she was a Methodist.</w:t>
        <w:br/>
        <w:t>I come back up and I said to the church here, I said, "That's one of the nicest men, and one of these days I'm going to baptize him in the name of the Lord Jesus." It happened. Here he is. And now he's my chum, right along my side and such an honorable, respectable man. He's always stood by me just like … just as close as he could stand. Whatever I say, he just lays right with me and hangs right along. Even when he first come in… He didn't understand the message then, but he believed it, and he stayed right with it. That's honor. That's respect. To a brother like that, I can't say enough for him. And now the Lord bless him.</w:t>
      </w:r>
    </w:p>
    <w:p>
      <w:r>
        <w:t>11. All right now, a little preview of last evening in the breaking of the fifth seal. We won't go all the way back tonight, just back far enough to get the fifth seal.</w:t>
        <w:br/>
        <w:t>Now, we find out that there was the antichrist that rode on, and wound himself up from three powers, all went into one power and rode the pale horse, Death, into a bottomless pit, into perdition where it come from. And then we find out when… The Scripture says when the enemy comes in like a flood, the Spirit of God raises up a standard against it.</w:t>
        <w:br/>
        <w:t>And we seen it perfectly vindicated in the Word last night, for there was four beasts that answered to the four times that this rider rode. And he rode a different horse each time: a white horse, and then a red horse, and a black horse, and then a pale horse. And we found out those colors and what they were and what they did; then take it right back into the ages of the churches and exactly that's what it done, just perfectly.</w:t>
        <w:br/>
        <w:t>Therefore, you see, when the Word of God blends together, that means it is correct, you see. I believe anything that hooks with the Word of God is always "amen!"</w:t>
      </w:r>
    </w:p>
    <w:p>
      <w:r>
        <w:t>12. Now, like a person said they had a vision, and said, that it was… Oh, they know the Lord give it because it come with great power. Well, the vision might be all right; but if it isn't with the Word, and contrary to the Word, it isn't right, see.</w:t>
        <w:br/>
        <w:t>Now, they may be present, some Mormon brethren or sisters, and they may be some get these tapes, now; and I don't want to say that… Some of the finest people I … you want to meet would be in the Mormon people---very fine type of people. And then their prophet, Joseph Smith, that the Methodist people killed here in Illinois, on their journey over. And so then, that fine man… And the vision---I don't doubt at all but what he had the vision. I believe he was a sincere man. But the vision he had was contrary to the Scripture. Therefore, they had to have a Mormon Bible to make it. This is it here, to me. That's the reason… This is the Word---that's it.</w:t>
      </w:r>
    </w:p>
    <w:p>
      <w:r>
        <w:t>13. One time a minister came here from a foreign country, and I seen him out with … riding around in a car with … which was not … with a lady. And they come to a meeting. And I found out they had drove two or three days (just he and she in the meeting), to come to the meeting together; and the woman had been married three or four different times. And this minister walked up in the hotel lobby where I was, and run over and shook hands with me, and I shook his hand, raised up and was talking to him.</w:t>
        <w:br/>
        <w:t>I asked him, I said, "When you are free, could I speak to you in my room just a moment?"</w:t>
        <w:br/>
        <w:t>He said, "Certainly, Brother Branham."</w:t>
        <w:br/>
        <w:t>I took him to the room, and I said to the minister, I said, "Reverend, sir, you're a stranger in this land," I said, "but this lady has quite a name." I said, "You come all the way from such-and-such a place down at … to this such-and-such a place?"</w:t>
        <w:br/>
        <w:t>He said, "Yes, sir."</w:t>
        <w:br/>
        <w:t>And I said, "Aren't you afraid that that will kind of… I'm not doubting you, but don't you think that will reflect on your reputation as a minister? Don't you think we should put a little better example than that?"</w:t>
        <w:br/>
        <w:t>And he said, "Oh, this lady is a saint."</w:t>
        <w:br/>
        <w:t>I said, "I don't doubt that," but, I said, "but brother, the thing of it is, that everybody looks at her is not a saint. They're looking at what you're doing." And I said, "I believe you had better be careful. That's just one brother to another." And he said… I said, "The lady has been married four or five times now."</w:t>
        <w:br/>
        <w:t>He said, "Yes, I know that."</w:t>
        <w:br/>
        <w:t>I said, "You don't teach that in your church at home, do you, brother?"</w:t>
        <w:br/>
        <w:t>Said, "No. But you know, I had a vision of it, Brother Branham."</w:t>
        <w:br/>
        <w:t>I said, "Well, that's fine." I said…</w:t>
        <w:br/>
        <w:t>He said, "Do you mind? I believe I could straighten you out a little bit on your teaching about that."</w:t>
        <w:br/>
        <w:t>And I said, "All right." And I said, "I'd be glad to know it, sir."</w:t>
        <w:br/>
        <w:t>He said, "Well," said, "you know, in this vision," he said, "I was asleep."</w:t>
        <w:br/>
        <w:t>And I said, "Yeah." (I seen then it was a dream.)</w:t>
      </w:r>
    </w:p>
    <w:p>
      <w:r>
        <w:t>14. And he said, "My wife," said, "she had been living with another man and," said, "running around on me." And said, "Then she come to me, and she said to me, 'Oh, darling, forgive me! Forgive me!' Said, 'I'm sorry I did that. I'll be true from now on.'" He said, "Of course I loved her so much I just forgive her and said, 'All right.'" And said, "Then you know what? Then I got the interpretation of this vision." Said, "That was the woman." Said, "Sure, she's been married, and so forth, and all these times," and said, "it's all right for her to marry because the Lord loved her so much she can marry as many times as she wants to."</w:t>
        <w:br/>
        <w:t>I said, "Your vision was mighty sweet, but it's way off the beaten path here." I said, "That's wrong, you see. You shouldn't do that."</w:t>
      </w:r>
    </w:p>
    <w:p>
      <w:r>
        <w:t>15. So that's… See, but when you see scripture dovetailing with scripture, making it a constant continuity where they come together… The Scriptures, where this one leaves off here, this other one over here comes and dovetails in and draws the whole picture out. Like putting a crossword puzzle together like. You find the piece that fits in; there's nothing else can fit it. Then you're getting the picture fixed. And there's only one can do that ---that's the Lamb. And so we're looking to Him.</w:t>
        <w:br/>
        <w:t>But we find that when these … this rider… He was one rider that rode these horses. And then we chased him right down and seen what he done and everything, and found out back in the church ages that's exactly what he did.</w:t>
      </w:r>
    </w:p>
    <w:p>
      <w:r>
        <w:t>16. Then when he went out on a certain beast and does certain things, we find out that there was one sent to combat what he did. There was one sent for the first age, a lion. That was the Word, of course---Christ. Next was the ox, during the time of the Dark Ages, when the church had organized and had accepted dogmas instead of the Word.</w:t>
        <w:br/>
        <w:t>And you remember the whole thing is based on two things: one a antichrist, and the other one a Christ. It's still the same thing today. There is no halfway Christian. There's no drunk-sober man, no black-white birds. No, no! No sinner-saint. No, you're either a sinner or a saint. There's just no in-between.</w:t>
        <w:br/>
        <w:t>You're either borned again or you're not borned again. You're either filled with the Holy Spirit or you're not filled with the Holy Spirit. No matter how many sensations you had, if you ain't filled with the Holy Spirit, you're not filled with it, see. And if you have been filled with it, your life shows it. Goes right up to it, see. Nobody has to tell anybody about it. They see it, because it's a seal.</w:t>
      </w:r>
    </w:p>
    <w:p>
      <w:r>
        <w:t>17. Now, we find those beasts, how they rode each time. One set out on his ministry in political powers, uniting religious powers and political powers together. We find out God sent out his power to combat it. We go right back and see what the church age was and look back, and there it was just exactly that way.</w:t>
        <w:br/>
        <w:t>Then we find out another age came along, and the enemy sent out the antichrist under the name of religion, under the name of Christ, under the name of the church. Yes, sir! Went out under the name of the church. "That was the real church," he said, see. Antichrist is not Russia. Antichrist is not that. Antichrist is so close like real Christianity till the Bible said it would fool everything that wasn't predestinated.</w:t>
      </w:r>
    </w:p>
    <w:p>
      <w:r>
        <w:t>18. The Bible said that in the last days everything that wasn't predestinated, the elected… Says "the elect…" And anybody take that word and run it back in your margin reading and see what it means. It says "the elected, predestinated," see. It'll fool every one of them whose names were not on the Lamb's book of life from the foundation of the world.</w:t>
        <w:br/>
        <w:t>When the Lamb was slain the names were put on the book. He's standing in the holy place tonight in glory as an intercessor, making intercessions for every one of those souls whose name is on that book. And nobody knows that name but Him. He's the one that's got the book in his hand. And He knows when that last one comes in, then his intercessing days is over. He comes forth then to claim what He has interceded for. He's doing the kinsman redeemer work now and comes forth to receive his own.</w:t>
      </w:r>
    </w:p>
    <w:p>
      <w:r>
        <w:t>19. Oh, my! That ought to set every Christian to searching himself, and holding his hands before God, and saying, "Cleanse me, oh, Lord. Look into my life and let me see where my bad part is, and let me get it out of the way right quick. 'For if the righteous be scarcely saved, where will the sinner and the ungodly appear?'" It's checking-up time.</w:t>
      </w:r>
    </w:p>
    <w:p>
      <w:r>
        <w:t>20. And if you would place it, and want to give this Word… (Now I don't want you to ask me a question on this, because you would get me plumb over on another… I mean in writing your questions. I think the questions done in anyhow.) This is the time of the investigation judgment. That's right. Now, we'll get that on the trumpets when we come to that, whenever the Lord provides, or the vials. And we'll find out on that investigating judgment, when that … just before the woes went forth. And we see that that is true; and the three angels that struck the earth crying, you know, "Woe, woe, woe, unto the inhabitants of the earth."</w:t>
      </w:r>
    </w:p>
    <w:p>
      <w:r>
        <w:t>21. And we're living in a terrific time. The time that… You see, these things that we're in now, that we're studying right now, is after the church is done gone. These things are the tribulation period. And I think it ought to be truly settled in every believer's heart that this church never takes the tribulation period. You cannot put, nowhere, the church in tribulation. You can put the church there, but not the bride.</w:t>
        <w:br/>
        <w:t>The bride has gone on, because, see, she has not one sin---not a thing against her. The grace of God has covered her over, and the bleach has took every sin so far away there's not even ever a remembrance of it. Not a thing but purity---perfect in the presence of God. Oh, it ought to make the bride get down on her knees and cry out to God.</w:t>
      </w:r>
    </w:p>
    <w:p>
      <w:r>
        <w:t>22. I think of a little story, if I'm not taking too much of your time now in this preliminary. I do this for a purpose---until I feel the Spirit just right to start. This is a sacred thing! See, who knows them things there? Nobody but God. And they are not supposed to be revealed---and proved in the Bible that they would not be revealed---till this day. That's exactly right. They was guessed at, but now we're supposed to get it exactly the truth, vindicated truth, see.</w:t>
      </w:r>
    </w:p>
    <w:p>
      <w:r>
        <w:t>23. Notice, now, it was a little girl in the West that … how she had fell in love with a man that had fell in love with her. He was a buyer of the cattle, come out there for the Armour Company, and they had a great… The boss come one day, the boss's son from Chicago. And of course, they put them on a regular "western frontier." The girls there, they dressed up. Each one of them was going to get this boy sure, you know, because that was the main man's boy. So they dressed in their "western frontier" and…</w:t>
        <w:br/>
        <w:t>They do that out West.</w:t>
      </w:r>
    </w:p>
    <w:p>
      <w:r>
        <w:t>24. They just got through one of those episodes, and Brother McGuire (I think he's here now), they caught him downtown without his western clothes on and throwed him in the jail. And put him in a kangaroo court and made him pay for it, and then made him go buy a western outfit. And I seen the rest of them walking around with guns about that long, hanging on them. They just go native out there. They are trying to live in something in the backgone days---bygone, see.</w:t>
        <w:br/>
        <w:t>And then in Kentucky, you're trying to live in a bygone days of the East here---get back in Renfro Valley and things. You like to go back to the old days. There's something causing that. But when it comes back to go back to a gospel in the original, you don't want to do that. You want something modern. Goes to show that… See, there's a…</w:t>
      </w:r>
    </w:p>
    <w:p>
      <w:r>
        <w:t>25. What makes a man do wrong? What makes him drink and carry on, or a woman do wrong?---is because she is trying to… There's something in her thirsting, something in him thirsting. And they're trying to quench that holy thirst with the things of the world, when God ought to be that quench. He made you that way to thirst. That's the reason you thirst for something. God made you that way so you'd turn that holy thirst to Him, see. But when you try to quench that thirst… How dare anybody to do that! You have no right to do that: to try to quench that holy thirst that… You thirst for something, then you turn it into the world, try to satisfy it with the world. You can't do it. There's only one thing that will fill that up, and that's God. And He made you that way.</w:t>
      </w:r>
    </w:p>
    <w:p>
      <w:r>
        <w:t>26. So these young girls put on a regular western "carry-on" for this boy when he come out. And each one of them was sure that they was going to get this boy.</w:t>
        <w:br/>
        <w:t>There was a little cousin there on the ranch, and she was an orphan. And so she just done all the work for these, because they had to have their fingernails fixed, you know. And they couldn't wash the dishes, for their hands and things. And she done all the real hard work.</w:t>
        <w:br/>
        <w:t>And then finally, when the boy came, they went out and got him in an old western style, the buckboard. And they come in shooting their guns and carrying on, you know, and acting up.</w:t>
        <w:br/>
        <w:t>That night they had a great big dance out there, an old-fashioned dance, and all the ranchers around about coming in with their dancing and so forth. And the first thing you know, why, this went on, this jubilee, for two or three days.</w:t>
      </w:r>
    </w:p>
    <w:p>
      <w:r>
        <w:t>27. Then, one night this boy stepped out of the place, just to rest awhile from the dance, and got away from these girls. And he happened to look going down toward the corral. There went a little girl, kind of ragged looking, and she had a dishpan full of water---she had washed the dishes. And he thought, "I've never seen her before. I wonder where she come from?" So he just puts it in his way to go around by the side of the bunkhouse, and go down there, and come back side of the corral and met her.</w:t>
        <w:br/>
        <w:t>She was barefooted. She stopped. She held her head down. She had seen who it was, and she was very shy. She knew … this great person. And she was just a cousin to these other girls. Their father was foreman on this big Armour outfit, so they… She kept looking down. She was ashamed of being barefooted.</w:t>
        <w:br/>
        <w:t>He said, "What's your name?" She told him. Said, "Why ain't you out there where the rest of them is?" She kind of made excuses.</w:t>
      </w:r>
    </w:p>
    <w:p>
      <w:r>
        <w:t>28. And so the next night he watched for her again. Finally, he was sitting out there, and they all got to carrying on and everything. And he sat on the corral fence and watched for her to come throw the dishwater out. And he watched her. And he said to her, he said, "You know my real purpose for being here?"</w:t>
        <w:br/>
        <w:t>She said, "No, sir, I don't."</w:t>
        <w:br/>
        <w:t>He said, "My purpose of being here is hunting a wife." He said, "I find a character in you that they don't have." (I was thinking of the church, you see.) Said, "Will you marry me?"</w:t>
        <w:br/>
        <w:t>She said, "Me? Me? I can't think of such a thing. Me?" See, that's the main boss's son. He owned all the companies and ranches throughout the country, and everything, you see.</w:t>
        <w:br/>
        <w:t>Said, "Yes, I couldn't find one in Chicago. I want a real wife. I want a wife with character. And the things that I'm looking for, I see it in you." Said, "Will you marry me?"</w:t>
        <w:br/>
        <w:t>She said, "Well…" (It startled her.) She said, "Yes."</w:t>
        <w:br/>
        <w:t>And he said, "Well…" (Told her he would be back.) Said, "Now, you just make yourself ready, and a year from today I'll be back. And I'll get you, and I'll take you away from here. You won't have to work like this no more. I'll take you, and I'll go to Chicago. And I'll build you a home like you've never seen."</w:t>
        <w:br/>
        <w:t>She said, "I have never had a home. I'm an orphan."</w:t>
        <w:br/>
        <w:t>He said, "I'll build you a home---a real one." Said, "I'll be back."</w:t>
      </w:r>
    </w:p>
    <w:p>
      <w:r>
        <w:t>29. He kept in track of it during the time of the year.</w:t>
        <w:br/>
        <w:t>She worked everything that she could do to save enough money at her dollar a day, or whatever she had with her board, to buy her wedding dress---a perfect type of the church. She got her garments ready.</w:t>
        <w:br/>
        <w:t>You know, when she displayed this wedding garment, her cousins said, "Why, you poor, silly kid. You mean to think that a man like that would have anything to do with you?"</w:t>
        <w:br/>
        <w:t>She said, "But he promised me." She said, "He promised, and I believe his word."</w:t>
        <w:br/>
        <w:t>"Oh, he was just making a fool out of you." Said, "If he'd got somebody he'd have got one of them."</w:t>
        <w:br/>
        <w:t>She said, "But he promised me. I'm looking for him." (I am, too.)</w:t>
        <w:br/>
        <w:t>So it kept getting later and later. The day finally arrived. A certain hour he was to be there; so she dressed in her garment. And she hadn't even heard from him, but she knowed he'd be there. So she dressed up in her wedding clothes and got things ready. So then they really did laugh, because the main boss had been up to the foreman, or to … and none of the girls had heard nothing about it. So it was just all a mysterious thing to them.</w:t>
      </w:r>
    </w:p>
    <w:p>
      <w:r>
        <w:t>30. That is, too. Sure it is. But this girl just based it all upon the basis of his word that he would be back for her. So they got to laughing, and put their hands around one another and danced around and said, "Ahhh," (laughing, you know, like that) and said, "poor, little, silly kid."</w:t>
        <w:br/>
        <w:t>She just stood there---not a bit of blushing. She was holding her flowers, and her wedding garment all fixed. She was struggling, you know. (His bride has made herself ready.) She kept holding her flowers, waiting. They said, "Now, I told you it was wrong. See, he ain't coming."</w:t>
        <w:br/>
        <w:t>Said, "I've got five more minutes." Said, "He'll be here."</w:t>
        <w:br/>
        <w:t>Oh, they just laughed. And just about the time the old clock ticked up the five minutes, they heard the horses galloping, and sand rolling under the wheels. The old buckboard stopped.</w:t>
        <w:br/>
        <w:t>She jumped from between them and out the door, and he jumped out of the carriage, and she fell into his arms. And he said, "It's all over now, Honey." Left her little old cousins (denominations) sitting there looking, and went to Chicago to her home.</w:t>
      </w:r>
    </w:p>
    <w:p>
      <w:r>
        <w:t>31. I know of another great promise like that, too: "I've gone to prepare a place for you, and I'm coming back to receive you." They might be saying we're crazy, but, brother, to me right now, and these seals breaking like this under this supernatural thing, I can almost hear the sound as that clock of time ticks away into eternity there.</w:t>
        <w:br/>
        <w:t>I can almost see that angel standing there and saying, at the last of that seventh angel's message, "Time shall be no more." That little loyal bride will fly away into the arms of Jesus one of these days when He takes her to the Father's house. Let's think of these things as we go along now.</w:t>
      </w:r>
    </w:p>
    <w:p>
      <w:r>
        <w:t>32. Notice the ministry of the lion, the Word; the ox, the laboring sacrifice; the cunningness of the reformers; then the eagle age coming in, that is to reveal and pick up these things and show them.</w:t>
        <w:br/>
        <w:t>Now, we find out in last night's service, also, the great mystery opened with this seal, which was absolutely contrary to my former understanding---just presuming that it was right.</w:t>
      </w:r>
    </w:p>
    <w:p>
      <w:r>
        <w:t>33. I always allowed them souls under the altar to be the early Christian martyrs; but we found out last night, when the Lord God broke that seal for us, it absolutely is impossible. It wasn't them. They were gone on to glory, plumb on the other side. And there they was…</w:t>
        <w:br/>
        <w:t>We find out that they were Jews that would come up during the time where … from the calling now of the 144,000---which we get into tonight and tomorrow---and between the sixth and seventh seal the 144,000 is called. And then we find out that they were martyrs that had been killed, and yet had not been … had white robes on, but their names had been on the Lamb's book of life, and they were given white robes, each one of them.</w:t>
      </w:r>
    </w:p>
    <w:p>
      <w:r>
        <w:t>34. And we took that… And there's nothing in the world, I don't believe, but that bunch of the Jews that's went through a pre-tribulation period, when during the time of this last war, they were … they got to be hated by everybody. And Eichmann or killed millions of them in Germany (you just heard the trial), millions of innocent people slain. Jews, just because they were Jews---no other reason.</w:t>
        <w:br/>
        <w:t>The Bible said here that they were slain for their testimony of God … for the Word of God and the testimony they held. Now, we find out that the bride was the Word of God and the testimony of Jesus Christ. These had no testimony of Jesus Christ. And we find out that the Bible says that all of Israel, the predestinated Israel, will be saved (Romans 11). Now, we know that. And there we seen them souls…</w:t>
      </w:r>
    </w:p>
    <w:p>
      <w:r>
        <w:t>35. Now look how close. Why couldn't this be before? Because it hadn't happened before. Now you can see it, you see. See, the great Holy Spirit seeing those things coming down through the ages and times, and now it's being revealed. And then you look there and see that's the truth. There's where it's at.</w:t>
        <w:br/>
        <w:t>Now, it was the martyrs in the tribulation of the pre-tribulations of Eichmann. Now, they only type the martyrs of the 144,000, which we're entering into between the sixth and seventh seal. And the seventh seal is just one thing. That's all. "And it was silence in heaven for a space of a half hour." And now only God can reveal that. It's not even symbolized nowhere. That's tomorrow night. Pray for me.</w:t>
      </w:r>
    </w:p>
    <w:p>
      <w:r>
        <w:t>36. Now. We notice now as we go into the sixth seal… Now, may the heavenly Father help us as we settle down now to this sixth seal. Now, the 12th verse of the 6th chapter.</w:t>
        <w:br/>
        <w:t>And I beheld when he … opened the sixth seal, and, lo, there was a great earthquake; and the sun became black as sackcloth of hair, and the moon became as blood;</w:t>
        <w:br/>
        <w:t>And the stars of heaven fell unto … earth, even as a fig tree casts her untimely figs, when she is shaken of a mighty wind.</w:t>
        <w:br/>
        <w:t>And the heaven departed as a scroll when it is rolled together; and every mountain and every island were moved out of their places.</w:t>
        <w:br/>
        <w:t>And the kings of the earth, and the great men, and the rich men, and the chief captains, and the mighty men, and every bond, and every free man, hid themselves in the dens and in the rocks of the mountains;</w:t>
      </w:r>
    </w:p>
    <w:p>
      <w:r>
        <w:t>37. Notice there. Look at them mighty men, see. What had they done? They had received the wine of the wrath of the fornication of the harlot. That's exactly the same class that drank of her wine.</w:t>
        <w:br/>
        <w:t>And said to the mountains and rocks, Fall on us, and hide us from the face of him that sitteth on the throne, and from the wrath of the Lamb:</w:t>
        <w:br/>
        <w:t>For the great day of his wrath is come; and who shall be able to stand?</w:t>
      </w:r>
    </w:p>
    <w:p>
      <w:r>
        <w:t>38. What an introduction to… See the riders now … the riders, beast, and the answering beast has ceased. Then we've taken up. We see the martyrs under the throne. Now, this … from the time… These martyrs are the true Orthodox Jews that died in Christian faith … religious faith, because they could not be Christians. Remember, God blinded their eyes. And they're going to be blind for a long time, until the Gentile church is taken out of the way. Because God doesn't deal with them two people at the same time, because it's very contrary to his Word.</w:t>
      </w:r>
    </w:p>
    <w:p>
      <w:r>
        <w:t>39. Remember, He deals with Israel as a nation always---it's the nation of Israel; the Gentiles as individuals---people taken from the Gentiles. And it had to… The Gentiles had to be made up of all the people of the world, so now and then there is a Jew comes into that, see. Just like Arabian and Irish, and Indian, and whatmore. It's all the people of the world make up this bouquet bride, see.</w:t>
        <w:br/>
        <w:t>But now when it comes to dealing then with Israel, in this last part of the seventy weeks, He deals with them as a nation. The Gentiles are finished. The hour is soon arriving, and may be yet this very night, that God will completely turn from the Gentiles altogether. Exactly. He said so. "They shall tread down the walls of Jerusalem until the Gentile dispensation be finished." The times are over. Yes, sir. And then, "Let him that is filthy, stay filthy. Let him that's righteous be righteous," see.</w:t>
      </w:r>
    </w:p>
    <w:p>
      <w:r>
        <w:t>40. There's no more blood on the seat of the … in the sanctuary at all. There's no more blood on the altar. The sacrifice has been removed; and there's nothing but smoke and lightning and judgment in there. And that's just exactly what's poured out here tonight!</w:t>
        <w:br/>
        <w:t>The Lamb's done left his mediatorial work. The mediatorial work has been finished from over on the throne. And the sacrifice (as we've typed Him perfectly: the kinsman redeemer, the bloody Lamb that come forth, a Lamb that had been slain, a bloody one, been killed, bruised) come forth and took the book out of his hand. That's… The days are finished. Now, He's coming to claim what He has redeemed. Amen! That just sends something through me!</w:t>
      </w:r>
    </w:p>
    <w:p>
      <w:r>
        <w:t>41. We find out now, John said, "I beheld when He had opened the sixth seal, there was a great earthquake." Then all nature was interrupted, see. God's been doing great things like healing the sick, and opening the eyes of the blind, and doing great works. But we find out here that nature took a tumble. Yes---all nature.</w:t>
        <w:br/>
        <w:t>Look what taken place. The earthquakes, the sun went black, and the moon wouldn't give its light, and the stars shook and fell. Why, everything happened, see, right at the time of the opening of this sixth seal. That's when it takes place---right immediately after the announcing of those martyrs. The martyrs had been finished.</w:t>
      </w:r>
    </w:p>
    <w:p>
      <w:r>
        <w:t>42. Now, you see we are right close into that hour now. It could be at any time, see, because the church is just about ready to take its flight. But remember, when these things happen, the bride won't be here. Just remember, the bride's gone. She don't have to go through any of it. This is a time of tribulation of purification of the church. It's put upon her for her to go through it. Not the bride---He takes his sweetheart out of the way. Yes, sir! He has done redeemed her. See, it's kind of a… That's his own selection, his own choice, like any man takes his bride.</w:t>
      </w:r>
    </w:p>
    <w:p>
      <w:r>
        <w:t>43. Now, the earthquake… Let us compare scriptures now. I want… Have you got a pencil and paper with you? I want you to do something for me. If you want to write, write this because it's … unless you are going to take the tapes.</w:t>
        <w:br/>
        <w:t>Now, I want you to read with me as you do. Compare scriptures of this great event, that we will see that this great secret or mystery that was under the sixth seal of the book of redemption… Now remember, these are hidden mysteries. And the six seals altogether is one great big book---just six scrolls rolled together. And it unwinds the whole book of redemption. That's how the whole earth was redeemed.</w:t>
      </w:r>
    </w:p>
    <w:p>
      <w:r>
        <w:t>44. That's the reason John wept. Because if no one could get that book all creation, everything, was gone, till it just simply turned back to atoms and molecules and so forth, and cosmic light, and not even be creation---person, nothing else. Because Adam lost the rights of that book. He forfeited it when he listened to his wife, and she listened to Satan's reasonings instead of the Word of God, see.</w:t>
        <w:br/>
        <w:t>It was forfeited. Then, it couldn't go back into the dirty hands of Satan who tempted her out of the way. So therefore, it went back to its original owner, like any abstract deed would do, see. Goes right back to its original owner, and that was God, the creator who made it. And He holds it.</w:t>
      </w:r>
    </w:p>
    <w:p>
      <w:r>
        <w:t>45. And there's a price, and that's redemption. There's some price for redemption, and there was nobody could do it. So He said… Made his laws, his own laws of a kinsman redeemer.</w:t>
        <w:br/>
        <w:t>Then they could find nobody. Every man was borned of sex, borned after sexual desire. He was in the original sin---Satan and Eve. So he could not do it. There is nothing in him. No holy pope, priest, doctor of divinity, whoever he might be, he was … nobody worthy. And he couldn't be an angel because it had to be a kinsman. He had to be a man. Then God Himself become a kinsman by taking on human flesh through the virgin birth.</w:t>
        <w:br/>
        <w:t>And He shed his blood.</w:t>
      </w:r>
    </w:p>
    <w:p>
      <w:r>
        <w:t>46. That wasn't the blood of a Jew, it wasn't the blood of a Gentile, it was the blood of God. The Bible says we are saved through the blood of God. The child takes the father's blood. We know it. Anything in the male sex produces the hemoglobin. So we find out…</w:t>
        <w:br/>
        <w:t>Like the hen laying the egg. She can lay an egg, but if the rooster, the mate, hasn't been with her, it won't hatch. It's not fertile. The woman is only an incubator that carries the egg, but the egg come … the germ comes from the male. And in this case, the male was God Himself!</w:t>
      </w:r>
    </w:p>
    <w:p>
      <w:r>
        <w:t>47. That's how I say that up is down and big is little. God was so great till He become … even formed Himself in such a teeny thing to a little teeny germ into the womb of a virgin. And around there He developed the cells and the blood. And was borned and raised on earth. And from that kind of a start, unadulterated, no sex desire to it at all…</w:t>
        <w:br/>
        <w:t>And then He gave that blood, because He become a kinfolks to us, and He was the kinsman redeemer. And He shed that blood freely. He didn't have to. He give it freely to redeem. Then He goes upon the altar of God and waits there, while God holds the book of redemption in his hand, and the bloody Lamb stands on the altar of sacrifice. There's the Lamb to make redemption, making intercession.</w:t>
      </w:r>
    </w:p>
    <w:p>
      <w:r>
        <w:t>48. Then, how dare anybody to say that Mary, or Joseph, or any other mortal could be an intercessor! You cannot intercess unless there's blood there! Yes, there is one mediator between God and man, and that's Christ Jesus. That's what the Scriptures says. There He stands, and until the last soul has been redeemed. And then He comes forth to claim what He has redeemed.</w:t>
        <w:br/>
        <w:t>Oh, what a great Father He is. Now, remember… Now, I've always taught that "in the mouth of two or three witnesses, let every word be established," and the Scripture… Just like, you can't take one scripture and prove nothing unless there is something else goes with it, see. I can take one scripture and say, "Judas went and hung himself," and take another one and say, "You go do the same." But you see, it won't blend in with the rest of it.</w:t>
      </w:r>
    </w:p>
    <w:p>
      <w:r>
        <w:t>49. And I thought… Under this sixth seal, when the Holy Spirit broke it forth, then I seen what it was. Then I thought it would be a good thing to give the class a little something different tonight, because it might be tiring you, just listen to me talking all the time. So I thought that we would do something different.</w:t>
      </w:r>
    </w:p>
    <w:p>
      <w:r>
        <w:t>50. Now notice. This great event was sealed under the book of mystery of the redemption. Now, the Lamb has it in his hand and is going to break it. Now, let's look to Matthew the 24th chapter, the Lamb Himself speaking. Now, anyone knows that Christ is the author of the whole book, as far as that is concerned; but this is his speech here, or his sermon to the people, to the Jews.</w:t>
      </w:r>
    </w:p>
    <w:p>
      <w:r>
        <w:t>51. Now, I want you to hold your book like this: Matthew 24 and Revelation 6, like this, and let's compare something here just a little bit. So watch this now, and you can find out just how it is. See, what… The Lamb here is showing exactly in symbol what He said over here in word---doing exactly. So that makes it right. That's all there is to it. Here's one---He's talking of it; and here's where it happens. It's just perfect vindication.</w:t>
        <w:br/>
        <w:t>Now, let's look at the 24th chapter of St. Matthew, and Revelation 6, and compare the 24th chapter of Matthew. We all know that that was the chapter that every scholar, every person goes to, to talk about the tribulation period. It comes out of the 24th chapter of Matthew. And now, let's…</w:t>
      </w:r>
    </w:p>
    <w:p>
      <w:r>
        <w:t>52. If that is so, now…</w:t>
        <w:br/>
        <w:t>For we know that this sixth seal is the judgment seal. It's the judgment seal---exactly what it is. Now, see, we've had the antichrist ride, seen the church go. Now it's finished, goes up. Then we see the martyrs of them Jews back there under the altar. Now, here is the breaking forth of the judgment upon the people who are… Out of this tribulation judgment will come forth 144,000 redeemed Jews. I'll prove to you they are Jews and not Gentiles. They have nothing to do with the bride, not a thing. The bride… We done seen the bride's gone. You can't place that anywhere else. Don't come back again until the 19th chapter of the book of Acts.</w:t>
      </w:r>
    </w:p>
    <w:p>
      <w:r>
        <w:t>53. Now notice, for the sixth seal is the judgment seal of the Word. Now. Here, let's start out now and let's read. St. Matthew the 24th chapter. Now, I'd just like to give you something here I've just looked up to find. Now, St. Matthew from 1 to 3, well, is where we're going to read first.</w:t>
        <w:br/>
        <w:t>And Jesus went out, and departed from the temple: and his disciples came to him for to shew him the buildings of the temple.</w:t>
        <w:br/>
        <w:t>And he said unto them, See ye not all these things? verily I say unto you, There shall not be one … be left here one stone upon another, that shall not be thrown down.</w:t>
        <w:br/>
        <w:t>[Now,] And [3rd verse] as he sat upon … mount of Olives, the disciples came unto him privately, saying, Tell us, when … these things be? … what shall the sign of thy coming, and of the end of the world?</w:t>
      </w:r>
    </w:p>
    <w:p>
      <w:r>
        <w:t>54. Now let's stop there. These three verses, it took place actually on Tuesday afternoon, April 4, A.D. 30. And the first two verses took place on the afternoon of April 4, A.D. 30, and the third verse taken place on Tuesday evening of the same day, see.</w:t>
        <w:br/>
        <w:t>They come to the temple, and they asked Him these things: "What about this, and what about this? Look at this great temple. Isn't it wonderful?"</w:t>
        <w:br/>
        <w:t>He said, "There won't be one stone left on another."</w:t>
        <w:br/>
        <w:t>Then He went upon the mountain and sat down, see. That there, He starts … it's in the afternoon. And then when they did, they asked Him up there, said, "We want to know about some things."</w:t>
      </w:r>
    </w:p>
    <w:p>
      <w:r>
        <w:t>55. Now notice, here is … three questions are asked by the Jews, his disciples. Three questions are asked. Now watch. First, "When shall these things be [when there won't be one stone left upon another]?" "What shall be the sign of thy coming [second question], and of the end of the world?" See it?</w:t>
        <w:br/>
        <w:t>There's three questions. Now there's where many men make their mistake. They apply these things here to some age then; when you see, He's answering three questions. Watch now how beautiful it is.</w:t>
        <w:br/>
        <w:t>Third verse, see. Now, last phrase there in the third verse, "And what shall be…?" First they called Him to the Mount of Olives here, privately. "Tell us. When shall these things be?"---question number one; "…what shall be the sign of thy coming?" ---question number two; "…and of the end of the world?"---question number three. See, there is three different questions asked.</w:t>
      </w:r>
    </w:p>
    <w:p>
      <w:r>
        <w:t>56. Now, I want you to turn over and watch how Jesus here tells them about these things. Oh, it's so beautiful! It just makes me … I get to… What was that word we used the other night? Stimulation from revelation!</w:t>
        <w:br/>
        <w:t>Notice, now. Let's turn now to the first seal of the seals of this book and compare this first seal with this first question; and each question compare it right down, and see if it don't run hand in hand, just like we've done in all these others---opening up to the church ages and everything exactly the same. There's the seal perfectly opened then.</w:t>
      </w:r>
    </w:p>
    <w:p>
      <w:r>
        <w:t>57. Notice, now. Now, we are going to read, first for the… "Then He answered them…" And then He's going to start to answering now, and we want to compare it with the seals. Now watch, the first seal is Revelation 6:1 and 2. Now we read 6:1 and 2.</w:t>
        <w:br/>
        <w:t>And I saw … the Lamb when he'd opened one of the seals, and I heard, as it were the noise of a thunder, one of the four beasts saying, Come and see.</w:t>
        <w:br/>
        <w:t>And I saw, and behold a white horse: and he that sat on him had a bow; and a crown was given unto him: and he went forth conquering, and to conquer.</w:t>
        <w:br/>
        <w:t>Who did we find this fellow was? Antichrist. Matthew 24 now, 4 and 5:</w:t>
        <w:br/>
        <w:t>And Jesus answered and said unto them, Take heed that no man deceive you.</w:t>
        <w:br/>
        <w:t>For many shall come in my name, saying, I am Christ; and shall deceive many.</w:t>
      </w:r>
    </w:p>
    <w:p>
      <w:r>
        <w:t>58. See it? Antichrist. There's your seal, see. He spoke it here; and here they open the seal, and here he was---just perfect.</w:t>
        <w:br/>
        <w:t>Now, the second seal: Matthew 24 and 6, Revelation 6:3 and 4. Now watch. Matthew 24 and 6. Now, let me see what it says.</w:t>
        <w:br/>
        <w:t>And ye shall hear of wars and rumors of wars: see that ye be not troubled: for all these things must come to pass, but the end is not yet.</w:t>
        <w:br/>
        <w:t>All right. Let's take the second seal---Revelation 6:3 and 2. Watch what He says now.</w:t>
        <w:br/>
        <w:t>And when he had opened the second seal, I heard the second beast say, Come … see.</w:t>
        <w:br/>
        <w:t>And there went forth another horse that was red: and power was given to him that sat thereon to take peace from the earth, and that they should kill one another: and there was given unto him a great sword.</w:t>
      </w:r>
    </w:p>
    <w:p>
      <w:r>
        <w:t>59. Perfectly---just exactly. Oh, I like to make the scripture answer itself, don't you? The Holy Spirit wrote it all, but He is able to reveal it.</w:t>
        <w:br/>
        <w:t>Now, let's notice the third seal. Now, this is famine. Now, Matthew 24:7 and 8. Let's get 7 and 8, Matthew.</w:t>
        <w:br/>
        <w:t>And nation shall rise against nation, and kingdom against kingdom: and there shall be famines, … pestilences, … earthquakes, in divers places.</w:t>
        <w:br/>
        <w:t>All these things are the beginning of sorrows.</w:t>
        <w:br/>
        <w:t>See, you're coming right on up now. Now, Revelation 6. Now we are going to open the third seal. It's found in Revelation 6:5 and 6.</w:t>
        <w:br/>
        <w:t>And when he had opened the third seal, I beheld the third beast say, Come and see. And I beheld, and lo a black horse; and he that sat on him had a pair of balances in his hand.</w:t>
        <w:br/>
        <w:t>And I heard a voice in the midst of the four beasts say, A measure of penny … A measure of wheat for a penny, and three measures of barley for a penny; and see thou hurt not the oil and … wine.</w:t>
        <w:br/>
        <w:t>Famine, see? Exactly the same seal---same thing Jesus said.</w:t>
        <w:br/>
        <w:t>All right, fourth seal---pestilence and death. Notice, Matthew 24, we'll read the 8th verse. Seventh and 8th, I believe it is on this fourth seal, I got here. All right. Now… What did I read back here? Did I read something wrong? Yeah, I've had that marked. Yeah, there we are now. Now we're going. Now we're going. All right, sir.</w:t>
      </w:r>
    </w:p>
    <w:p>
      <w:r>
        <w:t>60. Now, let's start here at the 7th on this, the fourth seal; and on the 6th and 7th and 8th on the other one, on the Revelation. Now, let's see, the 7th and 8th of Matthew 24. All right. Now.</w:t>
        <w:br/>
        <w:t>And nation shall rise against nation, and kingdom against kingdom: and there shall be famines, … pestilences, … earthquakes, in divers places.</w:t>
        <w:br/>
        <w:t>All these things are the beginning of sorrows.</w:t>
        <w:br/>
        <w:t>Now, the fourth seal, as we read it over here was… The fourth seal was … begin 7th and 8th on this other now.</w:t>
        <w:br/>
        <w:t>And when he had opened the fourth seal, … and lo the fourth beast said Come and see.</w:t>
        <w:br/>
        <w:t>And I looked, and behold a pale horse: …</w:t>
      </w:r>
    </w:p>
    <w:p>
      <w:r>
        <w:t>61. Now wait, I got this wrote down wrong. Now just a minute---7 and 8, now let's see. Matthew 24:7 and 8, now let's see. We'll get that. That's the third opening, isn't it?---Matthew 24:7 and 8. I'm sorry. Now, that opens up the rain … or the famine, opens up the famine.</w:t>
        <w:br/>
        <w:t>All right, now the pestilences and death… Yes, sir, now we are going to it; 7 and 8---now, that would be the fourth seal. Let's see where we get the fourth seal. "And when he had opened the fourth seal…" Yes, the pale horse rider, Death, see?</w:t>
        <w:br/>
        <w:t>And I looked, and behold a pale horse: and he … pale horse: and his name that sat on him was called Death, and Hell followed … him. And power was given unto him over the four parts of the earth, to kill with the sword, and with hunger, and with death, and with the beasts of the earth.</w:t>
        <w:br/>
        <w:t>Now see, that was Death.</w:t>
      </w:r>
    </w:p>
    <w:p>
      <w:r>
        <w:t>62. Now, the fifth seal---Matthew 24:9-13. Let's see if I got this right now again, see.</w:t>
        <w:br/>
        <w:t>Then shall they deliver you up to be afflicted, and shall kill you: [there you are] and ye shall be hated of all nations for my name's sake.</w:t>
        <w:br/>
        <w:t>And when … and then many shall betray … many shall be offended, and shall betray one another, and shall hate one another.</w:t>
        <w:br/>
        <w:t>And many false prophets shall rise, and … deceive many.</w:t>
        <w:br/>
        <w:t>And because iniquity shall abound, the love of many shall wax cold.</w:t>
        <w:br/>
        <w:t>But he that … endures to the end, the same shall be saved.</w:t>
        <w:br/>
        <w:t>Now, we are on the fifth seal now, and that was last night, see. They would deliver you up, betray one another and so forth.</w:t>
      </w:r>
    </w:p>
    <w:p>
      <w:r>
        <w:t>63. Now, watch here on the sixth seal; 6:9 to 11. Now, let's get that one: Revelation 6:9 to 11.</w:t>
        <w:br/>
        <w:t>And when he had opened the fifth seal, I saw under the altar the souls of them that were slain for the word of God, and for the testimony which they held:</w:t>
        <w:br/>
        <w:t>And they cried with a loud voice, saying, How long, … Lord, holy and true, dost thou … judge and avenge our blood on them that dwell on the earth?</w:t>
        <w:br/>
        <w:t>And white robes were given unto every one of them; and it was said unto them, that they should rest yet for a little season, until their fellow-servants also and their brethren, … should be killed as they were, should be fulfilled.</w:t>
      </w:r>
    </w:p>
    <w:p>
      <w:r>
        <w:t>64. Now you see, under the fifth seal we find here martyrdom. And under the 24:9 over here to 13, we find also that it was martyr. "They shall deliver you up and kill you," and so forth. See, the same seal being opened.</w:t>
        <w:br/>
        <w:t>Now, in the sixth seal is the one we are coming to now. Matthew 24:29 and 30 … 24, and let's get 29 and 30. Here we are. Now, we are going to get also Revelation 6:12 to 17. That's exactly what we just read.</w:t>
        <w:br/>
        <w:t>Now, listen at this. Now, it's what Jesus said in Matthew 29 … 24:29 and 30.</w:t>
        <w:br/>
        <w:t>Immediately after the tribulation of those days [What … it's tribulation of this … amateur tribulation they've went through here, see.] the sun shall be darkened, and the moon shall not give her light, and the stars shall fall from heaven, and the powers of … heaven shall be shaken:</w:t>
        <w:br/>
        <w:t>And then shall appear the sign of the Son of man in heaven: and then shall be all the tribes of the earth mourn, and they shall see the Son of man coming in the clouds of heaven with power and great glory.</w:t>
      </w:r>
    </w:p>
    <w:p>
      <w:r>
        <w:t>65. Now, read over here in Revelation now, the sixth seal, the one we are on right now.</w:t>
        <w:br/>
        <w:t>And … behold when he had opened the sixth seal, and, lo, there was a great earthquake; and the sun became black as sackcloth [see] of hair, and the moon became as blood;</w:t>
        <w:br/>
        <w:t>And the stars of heaven fell unto the earth, even as a fig tree cast her untimely figs, when she is shaken of a mighty wind.</w:t>
        <w:br/>
        <w:t>And the heaven departed as a scroll as it is rolled together; and every mountain and every island … moved out of their places.</w:t>
        <w:br/>
        <w:t>And the kings of the earth, and the great men, and the rich men, and the chief captains, and the mighty men, and every bondman, and every free man, hid themselves in the dens and in the rocks of the mountains;</w:t>
        <w:br/>
        <w:t>And said unto the mountains and rocks, Fall on us, and hide us from the face of him that sits upon the throne, and from the wrath of the Lamb:</w:t>
        <w:br/>
        <w:t>For the great day of his wrath is come; … who shall be able to stand?</w:t>
      </w:r>
    </w:p>
    <w:p>
      <w:r>
        <w:t>66. Just perfectly. Turn right back over and see what Jesus said here now in Matthew 24:29. Listen (after this Eichmann case and so forth).</w:t>
        <w:br/>
        <w:t>Immediately after the tribulation of those days shall the sun be darkened, … the moon shall not give her light, and the stars shall fall from heaven, and the powers of the heavens shall be shaken: [Now watch.]</w:t>
        <w:br/>
        <w:t>And then shall appear the sign of the Son of man in heaven: and they shall see … and then shall all the tribes of the earth mourn, and they shall see the Son of man coming in the clouds of heaven with great power and … glory.</w:t>
        <w:br/>
        <w:t>And he shall send forth his angels [and so forth] with a … sound of a trumpet, and they shall gather them together his elect from the four winds, from one end of heaven to the other.</w:t>
      </w:r>
    </w:p>
    <w:p>
      <w:r>
        <w:t>67. See, just exactly, comparing what Jesus said in Matthew 24. And what the revelator here opened up in the sixth seal, is just exactly… And Jesus was speaking of the tribulation period, see.</w:t>
        <w:br/>
        <w:t>First they asked when these things would be, when the temple would be taken away. He answered that. The next thing they asked: when they were to … come time there come the martyr age; and when this would be, when the antichrist would rise, and when the antichrist would take away the temple.</w:t>
      </w:r>
    </w:p>
    <w:p>
      <w:r>
        <w:t>68. Daniel---how we could go back and pick up Daniel there, when he said that this prince that would come… You readers know that. And what should he do? He would take away the daily sacrifice and what all would take place during the time.</w:t>
        <w:br/>
        <w:t>Jesus, even speaking of it here, underlined it. Said, "When you see the abomination that maketh desolation spoken by the prophet, Daniel, standing in the holy place…" What is that? The mosque of Omar stood in the place of the temple when they burned it down. Said, "Let them that's in the mountain … let them that's on the house top don't come down to take things out of the house. Let them that's in the field … return back, for there will be a time of trouble." You see? And all these things would take place---moved them on down now and vindicated, back to this opening of the sixth seal.</w:t>
      </w:r>
    </w:p>
    <w:p>
      <w:r>
        <w:t>69. Now, I want you to notice, Jesus (about tomorrow night on this), Jesus omitted the teaching of the seventh seal. It's not here. Watch, He goes right on with parables now, after that. And John omitted the seventh seal, the seven, last … the seventh seal. That's going to be a great thing. It's not even written---omitted this seventh seal, both of them did. And the revelator, when … God just said… John said there was just silence in heaven. Jesus never said a word about it.</w:t>
        <w:br/>
        <w:t>Notice now, back to the 12th verse. Notice, no beast (that's the 12th verse starting off on our seal to see it opened), no beast-like living creatures was represented here either---like it was on the fifth seal. Why? This happened the other side of the gospel age, in the tribulation period.</w:t>
      </w:r>
    </w:p>
    <w:p>
      <w:r>
        <w:t>70. This sixth seal is the tribulation period. That's what takes place. The bride has gone! See? There's no living creature, nothing there to say… It's just… Now, God is not dealing with the church no more. It's been gone. He's dealing with Israel. This is the other side. This is when Israel receives the message of the kingdom by the two prophets of Revelation 11.</w:t>
        <w:br/>
        <w:t>Remember, Israel is a nation---God's servant nation. And when Israel is brought in, it'll be a national affair. Israel, the kingdom age, is where David … the Son of David sits on the throne.</w:t>
      </w:r>
    </w:p>
    <w:p>
      <w:r>
        <w:t>71. That's the reason that woman cried, "Thou Son of David." And David is the… Son of David---God swore by him, to David that He would raise up his Son that would take his throne, and it would be an everlasting throne, see. It would have no end. Solomon give it in a type in the temple. And Jesus just told them here, that there won't be a rock left on one of them. But He's trying to tell them here what? He's coming back.</w:t>
        <w:br/>
        <w:t>"When are you coming back?"</w:t>
        <w:br/>
        <w:t>"These things will take place before I come back." And here they are!</w:t>
        <w:br/>
        <w:t>Now was the time of the tribulation. Remember, when the kingdom is set up on the earth… Now, this may be a little shocking, and if there is a question, you can still ask me, if you want to put the question up, after … (because I've just hit it), if you don't already know it. In the time of the millennium, it's Israel that's a nation. The twelve tribes is a nation, but the bride is in the palace. She's a queen now. She's married. And all of the earth shall come into this city, Jerusalem, and shall bring the glory of it in there. And the gates will not be shut by night because there won't be any night, see. The gates will always be open; and the kings of the earth (Revelation 22), bring their honor and glory into this city. But the bride is in there with the Lamb.</w:t>
      </w:r>
    </w:p>
    <w:p>
      <w:r>
        <w:t>72. Oh, my! Do you see that? In there. Not … the bride isn't going to be out here laboring in the vineyard. No, sir! She's the bride! She's the queen to the King. It's the others that labor out there---the nation, not the bride. Amen.</w:t>
        <w:br/>
        <w:t>All right. Notice, these messengers now … these messengers of Revelation 12, these two prophets, they are going to preach, "The kingdom is at hand!" The kingdom of heaven is to be set up. The time: last three and one-half years of Daniel's seventieth week promised to the Jews, his people.</w:t>
        <w:br/>
        <w:t>Remember now, that to prove that, that this is Daniel's last part of the seventieth week… (I got a question on that for tomorrow, see.) Now, seventy weeks was promised, which was seven years. And in the midst of the seven weeks, the Messiah was to be cut off to be made a sacrifice. He would prophesy three and one-half years, and then he'd be cut off for a sacrifice for the people. And there is still a determination that three and a half years is still determined for Israel.</w:t>
      </w:r>
    </w:p>
    <w:p>
      <w:r>
        <w:t>73. Then, when Messiah was cut off… The Jew was blinded so he couldn't see that was Messiah. And then when Messiah was cut off, then the gospel, and grace age, come to the Gentiles. And they come down, and God pulled one from here and there, and here and there, and put them away under the messengers; and here and there, and here and there, and put them away under the messengers. And He sent forth the first messenger, and he preached and the trumpet sounded (as we'll pick it up after awhile); and then the trumpet was declaring war.</w:t>
        <w:br/>
        <w:t>The trumpet always denotes war. The messenger, the angel, come on earth---the messenger of the hour, like Luther, like any of the messengers that we talked of. What does he do? He arrives, and a seal opens, revealed; a trumpet sounds, war declared, and away they go. And then the messenger dies. He seals away this group. They're put in, and a plague falls upon those who rejected it, see. And then it goes on. Then they organize and get another organization. (We just come through it.)</w:t>
      </w:r>
    </w:p>
    <w:p>
      <w:r>
        <w:t>74. Then here they come out with another power---another power, another age of the church, another ministry. Then when he does that, along comes God with his ministry, when the antichrist comes with his. See, anti is against. They run side by side.</w:t>
        <w:br/>
        <w:t>I want you to notice a little something. Just about the time that Cain come on earth, Abel came on earth. I want you to notice, just about the time that Christ came on earth, Judas came on earth. About the time that Christ went off of earth, Judas went off the earth. Just about the time that the Holy Spirit fell, the antichrist spirit fell. Just about the time the Holy Ghost is revealing Himself here in the last days, the antichrist is showing his colors, coming up through these politics and things. And just about the time the antichrist moves himself fully on the scene, God moves Himself fully on to redeem us. Just runs just right together, and they are both side by side. Cain and Abel, the crow and the dove on the ark, Judas and Jesus, and just on down. You can take it just…</w:t>
      </w:r>
    </w:p>
    <w:p>
      <w:r>
        <w:t>75. Here was Moab and Israel, both of them. Moab was not a heathen nation. No, sir. They offered the same sacrifice that Israel was offering. They prayed to the same God. Exactly. Moab was … one of Lot's daughters that slept with her father and had a child, and that child was called Moab. And from him sprang the Moab race, the country of Moab. And when they seen Israel, their redeemed brother, come…</w:t>
        <w:br/>
        <w:t>They were fundamentalists. They were a big denomination. Israel had no denomination. They just dwelt in tents and wherever you go. But Moab had the dignitaries, kings, and so forth, and they had Balaam up there, a false prophet. They had all this. Then they come down there to curse their little brother that was on the road to the promised land, going to his promise.</w:t>
        <w:br/>
        <w:t>And he went and asked them, "Can I pass through your land? If my cows drink water, I'll pay for it. If they lick up grass, we'll pay for it."</w:t>
        <w:br/>
        <w:t>He said, "No, you're not holding no revival like that around here." That's right. "You're not holding anything like that around here."</w:t>
      </w:r>
    </w:p>
    <w:p>
      <w:r>
        <w:t>76. And then watch what he done. He come right back in the Jezebel form. And he come down through that false prophet and caused the children of God to err; and married Moabite women into Israel and caused adultery.</w:t>
        <w:br/>
        <w:t>And he did the same thing in that same age on the journey on the road to the promised land we are on. What did he do? The false prophet come right around and married, and called into the Protestant church and caused denominations---just exactly what they did back there.</w:t>
        <w:br/>
        <w:t>But little old Israel moved right on the same. She railed in the wilderness for a long time, and all them old fighters had to die off. But she went right on into the promised land. Yes. Watch them all in arm just before they crossed the Jordan. I like that. Now we are getting down to that age right now, here now.</w:t>
      </w:r>
    </w:p>
    <w:p>
      <w:r>
        <w:t>77. Notice. Now we find out that the time last… I said three and one-half years of Daniel's seventy weeks. Let me explain that a little closer now, because I see somebody here that's always watched that, and I want to try to make myself clear---a teacher. Notice, when the seventy weeks come in… When Daniel seen the vision of the time coming and the ending up of the Jews … but he said there was determined seventy weeks (that's seven years). In the midst of it, why, the Messiah would be here, and would be cut off for a sacrifice.</w:t>
        <w:br/>
        <w:t>Now, that's exactly what taken place. Then God dealt with the Gentiles until He took out a people for his name. As soon as the Gentile church is taken out… He taken up the church, and when He did, the sleeping virgin, the church itself… The bride went up, and the church itself was put into outer darkness, where there was weeping and wailing and gnashing of teeth.</w:t>
      </w:r>
    </w:p>
    <w:p>
      <w:r>
        <w:t>78. And the same time the tribulation falls upon that people; and while the tribulation is falling, in there comes these two prophets of Revelation 11 to preach the gospel to them. And they preach a thousand, one hundred and three score days. See? Well, that's exactly, with thirty days in a month, like the real calendar has, is exactly three and one-half years. That's Daniel's seventieth … one last part of the seventieth week.</w:t>
        <w:br/>
        <w:t>See, God doesn't deal with Israel in here. No, sir! A brother asked me not long ago, "Should I go to…" A brother here in the church---a precious, dear brother---said, "I want to go to Israel. I believe there's an awakening."</w:t>
        <w:br/>
        <w:t>Someone said to me, "Brother Branham, you ought to go to Israel right now. They see it." See, you can't do it. I stood right there, and I thought…</w:t>
        <w:br/>
        <w:t>Them Jews said, "If this be … Jesus be the Messiah," said, "let me see Him do the sign of the prophet. We'll believe our prophets [because that's what they're supposed to be]."</w:t>
        <w:br/>
        <w:t>"What a setup," I thought. "Here I go." When I got right there, right close to it … right … I was … well, I was at Cairo, and I had my ticket in my hand for Israel. And I said, "I'll go see if they ask that. If they can see a sign of a prophet, we'll see if they'll accept Christ."</w:t>
      </w:r>
    </w:p>
    <w:p>
      <w:r>
        <w:t>79. Lewi Pethrus of the Stockholm Church sent them a million Bibles. And those Jews coming in there… You've seen the picture. I've got it on the reel right back here now---"Three Minutes Till Midnight." And them Jews come in from all over the world, everywhere---begin gathering in over there.</w:t>
        <w:br/>
        <w:t>After England had went in there during the time of General Allenby … (in "The Decline of the World War," in the second volume, I think it is), and they surrendered. The Turks surrendered. Then they give it back to Israel, and she's been growing as a nation. Now she is a perfect nation---her own money, currency, flag, army, and everything else, see.</w:t>
      </w:r>
    </w:p>
    <w:p>
      <w:r>
        <w:t>80. And these Jews coming back to the homeland, they were… First thing, when they went down in Iran and down in there to get them, they asked… They said they wanted to take them back to Israel to give them their … take them back to their land, Palestine, where they were supposed to be. And remember, as long as Israel is out of that land, she's out of the will of God---like Abraham, to who it was give to. And when … they wouldn't get on that plane. They had never seen anything like that. And an old rabbi stepped out there and said, "Our prophet told us that when Israel went home, it would be on the wings of an eagle." On the plane, the way home.</w:t>
        <w:br/>
        <w:t>There she is now, building, the fig tree restoring, amen, the old six-point Star of David flying. "The Gentiles' days numbered, with horrors encumbered…"</w:t>
      </w:r>
    </w:p>
    <w:p>
      <w:r>
        <w:t>81. The tribulation period is right at hand, standing right here; and the seals being opened, the church ready to take her flight in the air; and the tribulation set in. Then God comes down and pulls the 144,000 out of there. Amen!</w:t>
        <w:br/>
        <w:t>Oh, it's perfect! You see where the seals bring it out now, open it up? Now, this is the last three and a half years to the people. Also, if you notice, it's the time that God will call that 144,000 Jews in this last three and a half years. See, He hasn't dealt with them at all. They haven't had a prophet. They won't believe nothing else but a prophet. You can't fool them. So, they are going to hear a prophet. Yes, sir. That's all. God told them that in the beginning and they stay right with it.</w:t>
      </w:r>
    </w:p>
    <w:p>
      <w:r>
        <w:t>82. He said, "The Lord your God shall raise up a prophet among you like me." Moses said that. Said, "Him shall you hear. And ever who will not hear that prophet will be cut off from the people." That's right. And you see, their eyes had to be blinded or they'd have recognized Him. Instead of that… Being blinded, that let Satan get on them. And they say, "He's a fortune-teller, Beelzebub. Let his blood be upon us. We know there's nothing to him." See? And the poor people was blinded.</w:t>
        <w:br/>
        <w:t>That's the reason the Eichmann group and all that group that was slain back there had a right to come in. Their own Father had to blind their eyes so He could take us---the most pathetic thing in the Scriptures nearly. Just think of… There the Jews was calling the blood of their own Father, their own God, hanging there, bleeding…</w:t>
      </w:r>
    </w:p>
    <w:p>
      <w:r>
        <w:t>83. Look. "There they crucified him," the Bible said. That's four of the greatest words… Look. There---Jerusalem, the most holy city in the world; they---the most holy people in the world; crucified---the most brutal death in the world; him---the most important person in the world.</w:t>
        <w:br/>
        <w:t>Why? The religious people---the greatest religion in the world, the only true religion in the world---was standing there crucifying the very God that their Bible said would come. Why didn't they see it? The Bible tells us that God blinded them so they couldn't see it.</w:t>
        <w:br/>
        <w:t>He said, "Which one of you can accuse me of sin?" In other words, "If I haven't done exactly what's predicted for me to do, then you tell me." Sin is unbelief. He done exactly what God told Him, but they couldn't see it.</w:t>
      </w:r>
    </w:p>
    <w:p>
      <w:r>
        <w:t>84. Now, when you talk to people, it's just like pouring water on a duck's back. Do you see what I mean? It's a pitiful thing, when you see this nation and people the way they do, so starchy and religious… But don't the Holy Spirit tell us that they'll be heady, high-minded, lovers of pleasure more than lovers of God, trucebreakers, false accusers, incontinent, and despisers of those that are good? … they'd have a form of godliness but would deny the power of the gospel. Said, "From such, turn away from them."</w:t>
      </w:r>
    </w:p>
    <w:p>
      <w:r>
        <w:t>85. Here we are, these denominationals twisted up. They take all the glory and power and place it back on the apostles, and the rest of it over in the millennium. It's just like a man, as I have said before. A man is always giving God praise for what He has done, looking forward to what He will do, and ignoring what He is doing right now. That's exactly. Man is still the same thing.</w:t>
        <w:br/>
        <w:t>There was them Jews standing there saying, "Glory to God. Why [as the 6th chapter of St. John said], our fathers eat manna in the wilderness."</w:t>
        <w:br/>
        <w:t>And Jesus said, "They're every one dead."</w:t>
      </w:r>
    </w:p>
    <w:p>
      <w:r>
        <w:t>86. They drank water from the rock in the wilderness, and then He said, "I am that Rock." He said, "But I am the bread of life that come from God out of heaven---that tree of life that wasn't eaten back yonder. If a man eats this bread he shall not die. I'll raise him up again at the last days." That's right.</w:t>
        <w:br/>
        <w:t>The very Messiah standing there speaking the very words of their heart, and things like that---showing that He was Messiah, just what Messiah was supposed to do. And them standing there with their hands behind them, "Aah, it can't be. No, no. He didn't come in the right trend. See, he come out of Bethlehem. And he's nothing but an illegitimate child, and that's the devil working on him. We know he's mad. He's crazy. He's got a devil," see.</w:t>
        <w:br/>
        <w:t>Their eyes were actually blinded to that.</w:t>
        <w:br/>
        <w:t>Now, but they're looking for the prophet, and they're going to receive it. Going to receive two of them. Right.</w:t>
      </w:r>
    </w:p>
    <w:p>
      <w:r>
        <w:t>87. Now, notice again. Now, also when these Jews… I'll give you another little symbol so you can realize that it's Jews over here now, on this side of the rapture. Watch what takes place. It's also symbolized (we won't take time to do it because we'll run out here), also symbolized in what was called Jacob's trouble.</w:t>
        <w:br/>
        <w:t>Now look, these Jews here has… Notice! Oh, I'm going to take just a little bit of time here. It makes me nervous when you start skipping around like that.</w:t>
        <w:br/>
        <w:t>Notice. I want you to see it. Now, I… Well, God will show it to you, I am sure. Look! Jacob had the birthright. Is that right? But he sure was a little shyster with it. See? He went down and he deceived his daddy, he deceived his brother, he done everything. But yet legally, right down, he had it, because Esau had sold out.</w:t>
        <w:br/>
        <w:t>But then when he goes down there to work for his father-in-law, he put those poplar sticks in the water to make those pregnated cattle and things bring forth speckled calves. And you know everything he done like that, just to gain money.</w:t>
      </w:r>
    </w:p>
    <w:p>
      <w:r>
        <w:t>88. Now watch. Now, he was ousted from his people. Now, it's a type of the Jew now. He's a money snatcher. I don't care how he gets it, he'll get it. He'll skin you alive to get it. Why, you know that. He's a little shyster, that's all. Boy, don't deal with him. He'll get you, boy. Yes, sir! Why? He's got to be that. That's the kind of a spirit that's dominating.</w:t>
        <w:br/>
        <w:t>Just exactly like them reformers could not understand this Word, because that was the spirit of the man sent to them. It's the eagle age that gets the Word and the revelation. All that understands that, raise up your hands, so… That's good. That's fine. That's good.</w:t>
      </w:r>
    </w:p>
    <w:p>
      <w:r>
        <w:t>89. Now, see, if you can get back here under these seals, if they ever get… When they are opened, you can see exactly what God is doing, what He has done, what He is going to do. Here it is exactly. And that's the reason men act that way because that's the spirit that's predicted for that age to be on them. They couldn't do nothing else. Nothing could…</w:t>
        <w:br/>
        <w:t>John, Paul, and them, that lion spirit there (l-i-o-n), standing there---the Word itself. Paul stood right with that Word and said, "I know this, that there will be false brethren rise up among you, go around, and what they'll make (denominations and everything else among you), and what they'll do. And they'll go on to the last days, and horrible times." Why? He was a prophet. There stood that Word in him, how it would end up way over there. "Some false men among yourselves will rise up, and speaking things will draw away brethren who are disciples." That's exactly the antichrist. It did just exactly that.</w:t>
      </w:r>
    </w:p>
    <w:p>
      <w:r>
        <w:t>90. Notice, after it went into the Dark Age of the tribulations, what was it? There was nothing they could do. Rome owned … he had the religious power and he had the political power. There wasn't nothing they could do, but just labor to stay alive and give themselves for sacrifice. It was an ox. That's all they could do. That's the kind of spirit they had. The Spirit of God---the ox.</w:t>
        <w:br/>
        <w:t>Then here come the reformers, the head of a man, shrewd, wise: Martin Luther, John Wesley, and so forth, Calvin, Finney, Knox, and the rest of them. Here they come forth. And when they did, they were reformers. They come forth reforming, bringing people out. And turned right back around exactly like they did back there, and married right straight back into her again on the denominational system. That's exactly. The Bible said so. She was a whore, and she had harlot daughters. Just exactly.</w:t>
      </w:r>
    </w:p>
    <w:p>
      <w:r>
        <w:t>91. And God said, "I give her space to repent and she didn't do it, so I'm going to take her and her offspring and cast them over there where they belong." That's exactly. And that's… God said that down under the seal. Now, there she was. We find out that He does that, and He will do it. And they're every one headed that way.</w:t>
        <w:br/>
        <w:t>But the … all that's got their names on the book of life, God will call and they'll hear it. "My sheep hear my voice," Jesus said. Only thing we got to do is make a sheep-call. Goats don't know it!</w:t>
      </w:r>
    </w:p>
    <w:p>
      <w:r>
        <w:t>92. Notice. But you see the sheep-call, "My sheep hear my voice." Why? What is a voice? I want to tell you what a voice is. A voice is a spiritual sign.</w:t>
        <w:br/>
        <w:t>He said to Moses, "If they won't hear the voice of the first sign, they will hear the voice of the second sign. My sheep hear my voice."</w:t>
        <w:br/>
        <w:t>When these things are supposed to be taking place in the last days, sheep of God recognize that. They recognize it. "My sheep know me [see] and a stranger they won't follow." They won't follow them strangers. It's got to be a vindicated sign of the day, and they see it.</w:t>
      </w:r>
    </w:p>
    <w:p>
      <w:r>
        <w:t>93. Now.</w:t>
        <w:br/>
        <w:t>Now notice. Now, Jacob, as he come up now, the first thing you know, he got a longing to go where? Back to the homeland. Oh, that's exactly what Israel done! That's Israel. Jacob is Israel. He just had his name changed, you know. See? And he got out there, and he got all the money he had, and he could get. Took it any way he could---from his kinsfolks, or anybody else. So, cheating, stealing, lying---any way he could get it, he got it. See? He did.</w:t>
        <w:br/>
        <w:t>And then when he starts back to home, he got to get a homesick feeling in his heart. But as he started back, on his road going back, he met God. Then his name was changed, see. But in this time he was so worried, because he was afraid Esau was coming after him, see. And watch the money, the money proposition. Just like the Jew will try making this covenant with Rome, in their money proposition.</w:t>
      </w:r>
    </w:p>
    <w:p>
      <w:r>
        <w:t>94. Notice it. Then Esau didn't need his money. Neither does Rome---got the wealth of the world in her hands, see? But it didn't work. But we find out now that Israel in that time of trouble, when he was Jacob, he wrestled with the … got ahold of something that was real.</w:t>
        <w:br/>
        <w:t>There was a man come down. Jacob got his arms around him, and he stayed there. And the fellow said, "I must be going now. It's coming daylight." Oh, that breaking of the day! "It's fixing to become day."</w:t>
        <w:br/>
        <w:t>But Jacob said, "I'm not going to leave you. You just can't go. I'm going to stay right with you. I want things changed here." That's that 144,000, that money-scheming bunch and things like that, when they see the true genuine thing to get a hold of. There stands Moses, and there stands Elijah. Amen! They'll wrestle with God until 144,000 of the tribes of Israel are called out right there.</w:t>
        <w:br/>
        <w:t>That's just before the tribulation period, see. Oh, how wonderful! Also Jacob's trouble. Here is when the 144,000 is called out. They … the preachers, them two prophets, they preach like John the Baptist, "The kingdom of heaven is at hand. Repent, Israel!" Repent what? "Repent from your sins, your unbelief, and turn back to God."</w:t>
      </w:r>
    </w:p>
    <w:p>
      <w:r>
        <w:t>95. Now, let us remember something here. These great happenings, to nature, has happened before, in this 12th verse here, see? The sun became as black as sackcloth of hair. Now, compare this… Now, remember, that does not happen in the Gentiles. It's Israel!</w:t>
        <w:br/>
        <w:t>Let me show you. Now, remember, I said it's calling out the 144,000, see. This time now, it's when He's … tribulations, which is to do it. And this is telling what happens in this tribulation.</w:t>
      </w:r>
    </w:p>
    <w:p>
      <w:r>
        <w:t>96. Now, let's turn to Exodus 10:21-23, and watch here, when… Exodus is when, of course, Israel was coming out, going to be taken out. Exodus, the 10th chapter, and the 21st to the 23rd verse. I'm so excited and shouting when I write these notes down that sometimes I might get them mixed up. All right, Exodus 10:21 and 23. All right, here we go---21 and 23.</w:t>
        <w:br/>
        <w:t>And the LORD said unto Moses, Stretch forth thine hand toward heaven, that there may be darkness over the land of Egypt, even darkness which may be felt.</w:t>
        <w:br/>
        <w:t>And Moses stretched forth his hand toward heaven; and there came a thick darkness in all the land of Egypt three days:</w:t>
        <w:br/>
        <w:t>Now, they saw not one another, neither rose any from his place for three days: but … the children of Israel had light in their dwellings.</w:t>
      </w:r>
    </w:p>
    <w:p>
      <w:r>
        <w:t>97. Notice, just exactly like… Come over here: "…and the sun became as black as sackcloth…" See? Same thing, these happenings of nature. What was it? What, when nature happens like this, has been? God calling Israel. [Blank spot] … was about to deliver Israel there, (all right), bring them out of their enemy's hand, which was Egypt at that time. Now here He is, bringing them out of the Roman hands, where they had made their covenant.</w:t>
        <w:br/>
        <w:t>Same thing happened. That's the plagues. The time that these plagues will fall, it'll plague this group of Gentiles. If we had time, I could show what's going to happen to that Gentile church. The Bible said that the dragon, Satan, was wroth (that's angry) with the woman (the Jew, Israel), and he spurted water from his mouth (thickness and multitudes of people), that went to make war with the remnant of the woman's seed (Revelation 13). Now, see there? We've had that. And that's when Rome sends her army after the remnant---the remnant of the woman's seed.</w:t>
      </w:r>
    </w:p>
    <w:p>
      <w:r>
        <w:t>98. Now watch. The first time they're in his hands, when He's delivered them out, the sun turns to sack… black as sackcloth. Now, this is the second time, the end of the tribulation period.</w:t>
        <w:br/>
        <w:t>Now, in Daniel 12, if we had time, we could read it. In Daniel the 12th verse … 12th chapter rather, Daniel said, every one that was found written in the book would be delivered.</w:t>
        <w:br/>
        <w:t>Now remember, Daniel is now speaking of this period when this thing is supposed to happen, when Israel is to be delivered, when the end of the seventieth week… And that's when they are supposed to be delivered. Now, let's get to Daniel 12 here just a minute.</w:t>
        <w:br/>
        <w:t>And at that time Michael shall stand up, the great prince which stood for the children of thy people [see, that's Jews]: and there shall be a … trouble, such as never was since there was a nation even to that same time: …</w:t>
        <w:br/>
        <w:t>Now, compare that exactly what Jesus said in Matthew 24. There shall be a time of trouble that's never been since there was a nation. Look at the sixth seal. See? The same thing, a time of trouble. Notice.</w:t>
        <w:br/>
        <w:t>… since there was a nation even to the same time: and at that time thy people [now in this last part of the seventh year] thy people shall be delivered, every one that shall be found written in the book.</w:t>
        <w:br/>
        <w:t>The predestinated, you see, that's written in the Lamb's book of life shall be delivered at that time.</w:t>
        <w:br/>
        <w:t>And many of those that sleep in the dust of the earth shall awake, some to everlasting life, and some to everlasting shame and … contempt.</w:t>
        <w:br/>
        <w:t>And then shall the wise shine as the brightness of the firmament; and they that turn many to righteousness shall shine as the stars for ever and ever.</w:t>
      </w:r>
    </w:p>
    <w:p>
      <w:r>
        <w:t>99. Then He told Daniel to shut up the book, for He would be resting in his lot until that time. Now, see, it don't make any difference whether you live or die; you come forth anyhow. See? Dying isn't nothing to a Christian. He don't die anyhow, see.</w:t>
        <w:br/>
        <w:t>Now, Daniel 12 says that every one that was found written in the book would be delivered. Here God is about to deliver his second son, Israel, after the tribulation. See, the second time Israel… Israel is his son, you know that. Israel is God's son. So He's going to deliver him here in the tribulation period just exactly the way He did down in Egypt.</w:t>
      </w:r>
    </w:p>
    <w:p>
      <w:r>
        <w:t>100. Now, let's stop here again and get something else, to where we bring it into home. Now, watch here these two prophets. Look what they're going to do now, just like Moses and them did down there. "And there was given me a reed…" (The 3rd verse of the 11th chapter.)</w:t>
        <w:br/>
        <w:t>And I will give power unto my two witnesses, that they shall prophesy a thousand two hundred and threescore days, clothed in sackcloth.</w:t>
        <w:br/>
        <w:t>These are the two olive trees [you remember that---Zerubbabel, and so forth, would rebuild the temple], and the two candlesticks that stand before the God of the earth.</w:t>
        <w:br/>
        <w:t>And if any man will hurt them, fire proceedeth out of their mouth [you remember, out of the mouth of Christ come the sword---the Word], and devoureth their enemies: and if any man shall hurt</w:t>
      </w:r>
    </w:p>
    <w:p>
      <w:r>
        <w:t>101. Now, we know the fire, in the 19th chapter, of the coming of Christ, proceeded a sword from his mouth, which was the Word. Is that right?---the Word. Oh, if you'll get this material now for that seal tomorrow night. The Word is the thing that God slays his enemy by.</w:t>
        <w:br/>
        <w:t>Now, look here. When these prophets are prophesying, if any man mistreats them, harms them, fire proceeds from their mouth---Holy Ghost fire, the Word. The Word is God. The Word is fire. The Word is the Spirit, see. "Proceeds from their mouth."</w:t>
      </w:r>
    </w:p>
    <w:p>
      <w:r>
        <w:t>102. Look at Moses. Let's see what come from his mouth. Israel got to … the way they were doing there… I mean Egypt. They were mistreating these Jews. Moses… They wouldn't let them go, Pharaoh wouldn't. God put the words in Moses' mouth, see. It's God thoughts going into Moses' heart. He goes over now to express it, then it becomes the Word. Stretched his hand forth and said, "Let there be flies!" and here come flies. Look here, "And if any man hurts them, fire proceedeth out of their mouth and devours their enemies." There it is. They can speak what they want to, and there it happens. Amen! "And if any man hurt them, they must in this manner be killed."</w:t>
        <w:br/>
        <w:t>Brother, God rides on the scene here! They have power to shut the heavens that it rain not in the days of their prophecy. Elijah. He knows how to do it, he's done it before. Amen! Moses knows how to do it. He's done it before. That's the reason they was kept back. Now. Amen!</w:t>
      </w:r>
    </w:p>
    <w:p>
      <w:r>
        <w:t>103. I could say something awful good right here, but I guess I'd better hold it until tomorrow night. See? All right. "And have power over the waters to turn them to blood and to smite the earth with plagues as oft as they will." What is it? What can bring these things but the Word? They can do nature any way they want to.</w:t>
        <w:br/>
        <w:t>Here it is. They're the ones who brings on this sixth seal. They uncover and open it up. It's the power of God to interrupt nature. See, the sixth seal is completely an interruption of nature.</w:t>
        <w:br/>
        <w:t>Do you get it now? There's your seal. Who does it? It's the prophets the other side of the rapture. With the power of God, the Word of God, they just condemn nature. They can send earthquakes, turn the moon into blood, the sun can go down, or anything, at their command. Amen!</w:t>
      </w:r>
    </w:p>
    <w:p>
      <w:r>
        <w:t>104. There you are. There you are, see. See how the seals opened down there in the church age? how it showed the martyrs? And now here's these two prophets standing here with the Word of God to do anything to nature they want to, and they shake the earth. And shows exactly who does it: it's Moses and Elijah, because there's their ministry reimpersonated again---both men. Oh, my! Do you see it now? See what the sixth seal is? It's those prophets.</w:t>
        <w:br/>
        <w:t>Now notice. Don't let it choke you, but watch what opened that seal---prophets. Amen! There you are. Oh, we're living in the eagle day here! And it's among us now! They opened that sixth seal. They have power to do it! Amen! There's your sixth seal coming open. See?</w:t>
      </w:r>
    </w:p>
    <w:p>
      <w:r>
        <w:t>105. Now, we drop back right there, and Jesus spoke it would take place. Way back yonder in the Old Testament, back in Ezekiel, back in the old prophets, they spoke it would take place. And here the sixth seal's opened and they say, "Well, that's a mysterious thing. What did it?" Here's the secret of it: the prophets---because the Bible says so here. They can open it any time they… They can do anything to nature they want to. And they do the same thing they did do, because they know how it's done. Amen! Glory!</w:t>
        <w:br/>
        <w:t>When I seen that, I just raised out of the chair and just started walking up and down the floor. I thought, "Lord, how I thank You, heavenly Father." There it is. That's it. They opened that sixth seal. Amen!</w:t>
        <w:br/>
        <w:t>Watch them. If any man hurt them, fire proceedeth out of their mouth---the Word. The Holy Ghost come upon the apostles, you see. Fire proceeded out of their mouth.</w:t>
      </w:r>
    </w:p>
    <w:p>
      <w:r>
        <w:t>106. Now, notice over in Revelation 19, we see the same thing. And a great sword proceeds from his mouth (Word. See it? Christ coming.), and He slayed his enemies with it. Is that right? Now He's on his road. Watch Him now. All right.</w:t>
        <w:br/>
        <w:t>These have power to shut the heavens that it rained not in the days of their prophecy. Boy, that's interrupting nature! Now, how long did this man, Elijah, close the heavens for? There you are, exactly! How long is Daniel's seventieth … last part of the seventy weeks? There you are, exactly!</w:t>
      </w:r>
    </w:p>
    <w:p>
      <w:r>
        <w:t>107. What did Moses do? He turned the waters into blood, he done all these kinds of miracles, just exactly what's predicted here under this sixth seal. And here they are in Revelation 11, doing the very same thing! Amen! There's three different places in the Scripture right there blending the thing right together. That's the opening of the sixth seal. Right there it is. Amen! Glory!</w:t>
        <w:br/>
        <w:t>Now notice. These have power to shut the heavens in the days of their prophecy that it won't rain; and power over the waters to turn them to blood, to smite the earth with plagues as oft as they will. Oh, my! There you are. Now, turn right over here to the plagues. All nature is interrupted in this sixth (plague), or, sixth seal opened. That's exactly what happened.</w:t>
      </w:r>
    </w:p>
    <w:p>
      <w:r>
        <w:t>108. Now look. See, here God is about to deliver his son, Israel, after the same manner of the tribulations that He did down there. He sent Moses down there and delivered Israel. Is that right? And he done these very same things.</w:t>
        <w:br/>
        <w:t>He sent Elijah to Ahab, and seven thousand come out. Is that right? He sends them right back over here again in the time of the tribulation and calls out the 144,000. Now see, you notice, between Rev… between the 6th chapter, the sixth (plague), seal, pardon me … the sixth seal and the seventh seal, the 7th chapter of Revelation mathematically set together right.</w:t>
      </w:r>
    </w:p>
    <w:p>
      <w:r>
        <w:t>109. Just like America is number thirteen. Thirteen states it started with, thirteen stars in the flag, thirteen colonies, thirteen stripes---everything, thirteen, thirteen. And appears right there in the 13th chapter of Revelation. That's right. She's thirteen and a woman.</w:t>
        <w:br/>
        <w:t>Now, when He was about to deliver his only begotten Son (which was his only begotten---Jacob is his son, but this is his only begotten Son),</w:t>
      </w:r>
    </w:p>
    <w:p>
      <w:r>
        <w:t>110. Matthew 27, let's see what He did there. Matthew the 27th chapter. Now remember, his Son had been beaten, and had been troubled, and they had made fun of Him, and He was now hanging on the cross at three o'clock on Good Friday afternoon---just about to take place. Matthew, 27th chapter of Matthew and the 45th verse, I believe it is.</w:t>
        <w:br/>
        <w:t>Now from the sixth hour there was darkness over all the land until the ninth hour.</w:t>
        <w:br/>
        <w:t>Now, notice just exactly what He did back here now in this.</w:t>
        <w:br/>
        <w:t>And I beheld when he had opened the sixth seal, and, lo, there was a great earthquake; and the sun became black as sackcloth of hair, and the moon became as blood;</w:t>
        <w:br/>
        <w:t>Blackness, darkness, Egypt. Blackness, darkness, God delivering Jesus at the cross, just before He brought Him up from the resurrection. First, darkness. Sun went down in the middle of the day, and the stars wouldn't shine. Two days from then, He was going to raise Him up with a mighty triumph. After the sun, and moon, and stars, and everything in Egypt, all these taken place, He delivered Israel to the promised land.</w:t>
      </w:r>
    </w:p>
    <w:p>
      <w:r>
        <w:t>111. Here it is in the tribulation period, and here stand them prophets to … who has the control of the Word that God gives them. They can only speak as God gives them the Word.</w:t>
        <w:br/>
        <w:t>Now, they are not gods. Temporarily, amateurly they are, because Jesus said they were. Said, "You call them gods who the Word of God came to."</w:t>
        <w:br/>
        <w:t>Well, look. That's the one that God brings the Word to. And when he speaks it, it happens. That's all. And here he is with a commission from God to smite the earth wherever he wants to. Oh, my! Stop the heavens! And he does it. What's the matter? He's fixing to take the 144,000 out for redemption---out of the book of redemption, and that's under the seal of redemption, in the sixth seal. That's it, my dear friends. That's that sixth seal that has been so mysterious.</w:t>
      </w:r>
    </w:p>
    <w:p>
      <w:r>
        <w:t>112. Let's just take… We've got ten more minutes. Let's just take a little bit. I've got about two or three pages. Well, I've got… You can just see. I think it's about … on that one, I think I got about fifteen pages yet left I could get to.</w:t>
        <w:br/>
        <w:t>Oh, there's so much on that. My, you could just keep going from place to place, but I'm afraid I'll confuse you when I scatter too much of it. And I'm not… I can't hold it together like I should.</w:t>
      </w:r>
    </w:p>
    <w:p>
      <w:r>
        <w:t>113. In Isaiah… Let's take this. Isaiah, the prophet, seen this sixth seal opened and spoke of it. And that's whether it's important or not, see. Well, the whole plan of redemption lays under these seals, the whole book.</w:t>
        <w:br/>
        <w:t>Now remember, we seen Jesus saw it. Is that right? See? Jesus saw it. And now we find others had saw it. We find it typed out in Jacob. We find it typed out in Egypt. We see it typed out at the cross.</w:t>
        <w:br/>
        <w:t>Now, let's go back to Isaiah. I've got a whole lot more prophets wrote down here, too. Let's just… I like this of Isaiah. Let's go back here to Isaiah, the 13th chapter of Isaiah. I like…</w:t>
      </w:r>
    </w:p>
    <w:p>
      <w:r>
        <w:t>114. Isaiah is a complete Bible in itself, you know. Did you know that? See, Isaiah starts out with creation; in the middle of the book he brings John; and at the end he brings the millennium. And there's sixty-six books in the Bible, and sixty-six chapters in Isaiah. It's a complete encyclopedia itself.</w:t>
        <w:br/>
        <w:t>Notice, the 13th chapter now, of Isaiah. Let's begin here at the 6th verse.</w:t>
        <w:br/>
        <w:t>Howl ye; for the day of the LORD is at hand; it shall come as a destruction from the Almighty.</w:t>
      </w:r>
    </w:p>
    <w:p>
      <w:r>
        <w:t>115. Watch this sixth seal opening up here now---plumb back here 713 years before Christ come. He's been two thousand years; that'd be about 2,700 years ago Isaiah seen this seal hanging there. All right.</w:t>
        <w:br/>
        <w:t>Therefore shall all hands be faint, and every man's heart shall melt:</w:t>
        <w:br/>
        <w:t>What did Jesus say, "And because iniquity shall abound the love of many shall wax …, and men's heart will be failing for fear"; sea roaring, see? Man's heart will faint.</w:t>
        <w:br/>
        <w:t>And they shall be afraid: pangs and sorrows shall take hold of them; they shall be in pain as a woman that travaileth: they shall be amazed one at another; their faces shall be ashamed.</w:t>
        <w:br/>
        <w:t>Notice of it here. Oh, their faces, ashamed. We got to get to that in just a minute. We'll hold that, see.</w:t>
      </w:r>
    </w:p>
    <w:p>
      <w:r>
        <w:t>116. Behold, the day of the LORD cometh, cruel both with wrath and fierce anger, to lay the land desolate: and he shall destroy the sinners thereof out of it. [The land---that's all of it. See? Notice.]</w:t>
        <w:br/>
        <w:t>For the stars of heaven and the constellations thereof shall not give their light: the sun shall be darkened in his going forth, and the moon shall not cause her light to shine.</w:t>
        <w:br/>
        <w:t>And I will punish the world for their evil, and the iniquity … the wickedness of their iniquity; and I will cause the arrogancy of the proud to cease, and will lay low the haughtiness of the terrible.</w:t>
        <w:br/>
        <w:t>See there, just exactly. Isaiah saw the same thing that Jesus spoke of, that the seventh seal revealed, when He's cleansing the land with tribulation. That's the tribulation period---this sixth seal. Yes, he was a prophet, and the Word of God was made known to him. That's 2,700 years ago.</w:t>
      </w:r>
    </w:p>
    <w:p>
      <w:r>
        <w:t>117. Truly, I just want to say this: The whole world---as Isaiah here, "as a woman travaileth…"---all creation is travailing. What's all this groaning and travailing about? Like a woman that's to be mother, the earth itself, nature…?</w:t>
        <w:br/>
        <w:t>Why, this city here… Let's take our own city. When beer joints and prostitution and filth and scum, like any other city… Why, I believe God would be better off looking at it the way He had it a thousand years ago. When the Ohio traveled down, they had no back waters and floods. They had no sin in the valley. The buffalo roamed through here, and the old Cherokee hunted him and made a decent living. There was no trouble at all. But man come in. There's where sin comes in. When man begin to multiply upon the face of the earth, then sin and violence set in. That's right. Always man. Why, I think it's a disgrace.</w:t>
      </w:r>
    </w:p>
    <w:p>
      <w:r>
        <w:t>118. I was standing the other day in my home country, there now in Arizona… And all that I read when I was a kid about Geronimo, and Cochise, and those old Apaches… Because I preached to them up there---fine people. Some of the finest people you want to meet are those Apache Indians. And then I went over there to Tombstone, where they have all the old relics and things from the war. And I looked at… They always… You know they always classed Geronimo as a renegade. To me he was a red-blooded American. Absolutely! He was only fighting for his rights like anyone would do. He wanted not that pollution in his land. And look what it is now---turning his children … and his daughters into prostitutes, and everything else---and white man coming there. The white man's a rascal!</w:t>
        <w:br/>
        <w:t>The Indian was a conservative. He was a conservationist. He would go out and kill a buffalo, and the whole tribe eat everything that was left of it. They used the hide for clothes and tents and everything else. And the white man comes to shoot it for a target. Why, it's such a disgrace!</w:t>
      </w:r>
    </w:p>
    <w:p>
      <w:r>
        <w:t>119. I read an article in the paper where in Africa, that great place full of wild game, they got these guys (Arthur Godfrey and them), going there shooting these elephants and things out of helicopters, and things like that. A picture of an old female elephant trying to die, and the tears-like pulling down her face, and two big males trying to hold her up to keep… Why, it's a sin! That's not sport!</w:t>
        <w:br/>
        <w:t>When I was standing out on the field out yonder, in where I hunt and things like that, and see where them white hunters come out there and shoot them deer, and cut a hindquarter off of it, and sometimes kill eight or ten little does and leave them laying there, and their fawns running around trying to find their mammy---and you mean that's sportsmanship? That's cruel, pure murder in my books!</w:t>
      </w:r>
    </w:p>
    <w:p>
      <w:r>
        <w:t>120. I hope Canada never gets any roads in it as long as I live, to keep them renegade Americans out of there. That's right. They're the poorest sports I ever seen in my life. Now, not all of them. There's some real genuine men, but there's just one out of a thousand you find. Shoot anything they can see, any way they want to. That's right. That's a murderer! That's right. He's heartless. He'll shoot out of season.</w:t>
        <w:br/>
        <w:t>While up there in Alaska there, I was up there with one of them guides. He said, "I picked up… I'd go out there now and find whole herds of them great big elk [or not elk, but moose], laying there with fifty-caliber machine gun bullets through their horns where these American pilots out there in Alaska machine-gunned them out of that plane---a herd of moose. That's pure murder!</w:t>
      </w:r>
    </w:p>
    <w:p>
      <w:r>
        <w:t>121. They knowed in there if they'd kill the buffalo, they could get the Indian. He'd starve to death. That's the reason Cochise had to surrender. All of his princes and all the rest of them, his children, and all of his people, were starving to death. They went out there with big … great big loads of them. Buffalo Bill and them plainsmen had shot off all of them buffaloes---forty or fifty in the afternoon. They knowed when they ridded that, they got rid of the Indians. Oh, my, it's a stain on the flag the way they treated them Indians. There you are. But remember, the Bible said the hour is come that God will destroy them that destroys the earth. And the whole world…!</w:t>
      </w:r>
    </w:p>
    <w:p>
      <w:r>
        <w:t>122. Look at them valleys. I was standing up there the other day looking down on the valley at Phoenix. I went up on South Mountain. The wife and I was sitting up there and looked down at Phoenix, and I said, "Isn't that awful?"</w:t>
        <w:br/>
        <w:t>And she said, "Awful? What do you mean?"</w:t>
        <w:br/>
        <w:t>I said, "The sin. How much adultery, and drinking, and cursing, and the Lord's name used in vain in that valley there, with about 140,000 or 150,000 or maybe 200,000 people in that valley?" And I said, "Five hundred years ago, or a thousand, there wasn't nothing but cactus, mesquite and the old coyotes running up and down the sand river there, the washes." And I said, "That's the way God made it, but man come in. What did he do? He saturated the ground with filth. The streets are full of dogs. The sewers and the rivers are polluted with filth." They couldn't… Why, you better not drink a draw of some of that water. You'd get anything.</w:t>
      </w:r>
    </w:p>
    <w:p>
      <w:r>
        <w:t>123. Look at it. Not only here, but the world over. The thing is polluted, and the world, the nature… God have mercy! The whole world's in its birth pains. The world is trying… She's travailing, Isaiah said. What's the matter? She's trying to bring forth a new world for the millennium, where all the sin is purged out; trying to birth a new world for a new people that won't sin and pollute her. That's right. She's in travail.</w:t>
        <w:br/>
        <w:t>That's the reason that we're in travail---Christ, to bring forth the bride. Everything is travailing and groaning. See, there's something fixing to happen. And this sixth plague lets her go!</w:t>
      </w:r>
    </w:p>
    <w:p>
      <w:r>
        <w:t>124. Brother, the earthquakes burst open and the stars shake, volcanics will come forth, and the earth will renew itself. New lava will break forth from the center of the earth, and she'll crumble all around, and around, and around when she spins out in yonder.</w:t>
        <w:br/>
        <w:t>I tell you, one morning when Jesus and his bride comes back to the earth, there'll be a paradise of God there that… Oh, my! Them old warriors in the battle will walk down through there with their friends and loved ones. The anthems will fill the air, with angelic hosts. Oh! "It was well done, my good and faithful servant, enter into the joys of the Lord that's been prepared for you---like you should have had back yonder before Eve started the ball rolling in sin." Amen! Whew!</w:t>
        <w:br/>
        <w:t>Yes, the sixth seal is going to do something. Yes, sir! Truly the whole world is groaning and paining for the millennium age.</w:t>
      </w:r>
    </w:p>
    <w:p>
      <w:r>
        <w:t>125. Now, the one now is so soaked up with filth.</w:t>
        <w:br/>
        <w:t>As I preached here not long ago, I believe, preached at the Tabernacle, "The World Falling Apart." That's exactly. Look what's falling apart in the world. Everything is falling of it. Certainly it is. It's got to fall apart. Yes, sir. Look, its frame… Let me show you the reason the world's got to do it. The frame of this world---the iron and the brass and the materials of this earth---has been pulled out of its framework for war and industry until it's just about ready…</w:t>
        <w:br/>
        <w:t>Well, we never had an earthquake until the other day in this part of the country, just the other day here, you see---St. Louis and down through there. She's getting so thin. They've pulled everything out of it. See? Its politics are so polluted there's hardly an honest … among them---its systems. Its morals is so low they just don't have any. That's all, see. Sure. Its religion is cankered. Yes, sir.</w:t>
      </w:r>
    </w:p>
    <w:p>
      <w:r>
        <w:t>126. It's time for the sixth seal, pretty soon, to be opening up. And when she does (oh, my), the end! The bride has done gone forth. The queen has done went to take her place. She's being married now to the King, while this is going on. And Israel's remnant is sealed and ready to go, and then nature lets go. Oh, what a time!</w:t>
      </w:r>
    </w:p>
    <w:p>
      <w:r>
        <w:t>127. Notice, the last verse of the sixth seal opening. Those who had laughed at the preaching of the Word---of the vindicated Word of the living God, when them prophets that stood there and performed miracles, closed the sun, and everything else, and all down through the age---they cried for the rocks and the mountains to hide them, see, to hide them from the Word that they had laughed at, because they can see Him coming. "Hide us from the wrath of the Lamb." He is the Word, see.</w:t>
        <w:br/>
        <w:t>They had laughed at the Word, and here the Word was incarnate. And they made fun of it, laughed at them, made fun of them; and the incarnate Word had dropped forth. Why didn't they repent? They couldn't---too far then. So they knowed that the punishment… They hear it. They've sat in meetings like this and knowed about it, and they knowed that the things that those prophets had predicted was looking them right in the face.</w:t>
      </w:r>
    </w:p>
    <w:p>
      <w:r>
        <w:t>128. The thing that they had rejected, they had spurned mercy for the last time. And when you spurn mercy, there's nothing left but judgment. When you spurn mercy--- just think of it.</w:t>
        <w:br/>
        <w:t>And there they was. They had no place to go, no retreat. And the Bible said here, "They called for the … cried to the rocks and the mountains to fall on us, and hide us from the face and the wrath of the Lamb." They tried to repent, but the Lamb had come to claim his own, see. And they cried to the rocks and the mountains; prayed, but the prayers were too late.</w:t>
      </w:r>
    </w:p>
    <w:p>
      <w:r>
        <w:t>129. My brother, sister, the goodness and mercies of God extended to the people, while Israel was blinded for this … for here, just about two thousand years, to give us a chance to repent. Have you turned that mercy down? Have you rejected that? Who are you anyhow? Where did you come from, and where are you going? You could not ask the doctor. You could not ask anybody in the world. And there's no book you could read that could tell you who you are, and where you come from, and what you are going but this book.</w:t>
      </w:r>
    </w:p>
    <w:p>
      <w:r>
        <w:t>130. Now you know without you have the blood of the Lamb to act in your place, you see where you are headed for. So if God did that for you, the least thing we could do would be accept what He done. That's all He asked us to do. And on the basis of this…</w:t>
        <w:br/>
        <w:t>If I go any farther, I'll have to come right into that plague. That's tomorrow night's service, and I can't do it. I can't go any farther. I've got it marked down here, a cross---stop here. So then, I've got to wait until tomorrow.</w:t>
      </w:r>
    </w:p>
    <w:p>
      <w:r>
        <w:t>131. Now, let us bow our heads just a moment. If you haven't, my precious friends, haven't accepted the love of this God, that I'm talking about… If you have… (Listen to this close now.) If you haven't accepted his love and mercy, you'll have to stand his judgment and wrath.</w:t>
        <w:br/>
        <w:t>Now, you, tonight, are in the same place that Adam and Eve was in the garden of Eden. You have a right … you're a free moral agent. You can go to the tree of life, or you can take the plan of the judgment. But today, while you're sensible, in your right mind, and you're healthy enough to rise and accept it, why don't you do that if you haven't done it?</w:t>
        <w:br/>
        <w:t>Is there them people in here that hasn't, as yet, did that? If that be so, would you just raise up your hand and say, "Pray for me, Brother Branham. I now want to do it. I don't want this to come."</w:t>
      </w:r>
    </w:p>
    <w:p>
      <w:r>
        <w:t>132. Now remember, friends… (God bless you. That's good.) I have… These are not my ideas of this. This is not what I have been thinking. This is altogether … from me. So help me, the Holy Spirit knows it.</w:t>
        <w:br/>
        <w:t>And you wait, if the Lord willing, tomorrow night, I want to show you a mystery that's been going all the time right here in this meeting. I doubt very much whether you've ever seen it or not, what's took place. It's been something that's laid right here before you, and I've watched each night for it to rise, for somebody to say, "I see it," see.</w:t>
        <w:br/>
        <w:t>Don't turn it away, please. I ask you, if you're not a Christian, if you're not under the blood, if you're not borned again, filled with the Holy Spirit, if you've never made a public confession of Jesus Christ by being baptized in his name, to witness his death, burial, and resurrection that you have accepted, the water is ready. They're waiting. Robes are furnished in here, and everything is ready. Christ stands ready with outstretched arms to receive you.</w:t>
      </w:r>
    </w:p>
    <w:p>
      <w:r>
        <w:t>133. In one hour from now, that mercy might not be extended to you. You might turn it away for the last time, and it'll never touch your heart again. While you can, while you can, why don't you do it? Now while…</w:t>
        <w:br/>
        <w:t>I know the regular, customary way is bringing people up to the altar. We do that, and that's perfectly all right. But this time we're such crowded in here, right around the altar, till I couldn't do that. But I'd like to say this: in the apostolic day, they'd say, "As many as believed were baptized." Just if you can really down in your heart…</w:t>
      </w:r>
    </w:p>
    <w:p>
      <w:r>
        <w:t>134. Here's all it is. It isn't emotion, though emotion accompanies it. Just like what I said: smoking and drinking isn't sin. It's the attribute of sin. It shows you don't believe, see. But when you truly believe in your heart, and you know that … on the basis of where you are sitting there you accept it with all your heart, something is going to happen, right there. It's going to happen. Then you can stand as a witness to it, that something happened.</w:t>
      </w:r>
    </w:p>
    <w:p>
      <w:r>
        <w:t>135. Then walk to the water and say, "I want to show to the congregation, I want to prove, I want to make my testimony stand that I'll take my place with the bride. I stand here now to be baptized."</w:t>
        <w:br/>
        <w:t>I know that there's many women in the world tonight, fine women; but I'm awful lonesome to see one. There's one of them that's my wife. She goes home with me. She wasn't my wife to begin with, but how she become my wife: she took my name.</w:t>
        <w:br/>
        <w:t>He's coming. There's a lot of women---churches---in the world, but He's coming for his wife. She's called by his name. Them that are in Christ will God bring with Him. How do we get into it? "By one Spirit, we are all baptized into one body."</w:t>
      </w:r>
    </w:p>
    <w:p>
      <w:r>
        <w:t>136. Now while we pray, you pray, too---inside or out. There's great groups of people in the rooms, outside standing around, out in the streets, but now while you are… We can't call you up here to the altar. But your heart, make it the altar. And right in your heart say, "Lord Jesus, I believe this"; "I've stood out here in this night air"; "I've been smothered up in this little room"; "I'm sitting in here amongst these people"; "I don't want to be… I can't miss… I can't afford it."</w:t>
        <w:br/>
        <w:t>Everything … as I told you last night, and so help me, the Lord knows I tell the truth. "I lie not," as Paul said. That vision or whatever it was, I stood there and looked and handled those people that's gone on. It's just as real as I'm standing right here.</w:t>
        <w:br/>
        <w:t>Don't miss it, my poor brother, sister. Don't do it. I know you've heard preaching, you've heard this, that, and stories, all that---but just listen from me. This is… I know it's the truth! You just… I can't make it any clearer, see. Don't miss it! It's all yours. Now, let's pray.</w:t>
      </w:r>
    </w:p>
    <w:p>
      <w:r>
        <w:t>137. Lord Jesus, here before me is a box of handkerchiefs that represents the sick people. As I pray over them, laying hands upon them, as the Bible said, "They took from the body of Paul handkerchiefs and aprons, and unclean spirits went out of the people." And great signs were done because they seen Paul, that they knowed the Spirit of God was in him. They knowed that he was a strange man, that the things that he talked about, about the Word… He'd go take the old Hebrew Word, or the Hebrew church, and bring it to life, and place it in Christ. They knowed God was in the man. Then they seen God working strange and mighty works by him, foretelling things and it would happen that way, and they knowed that he was God's servant.</w:t>
      </w:r>
    </w:p>
    <w:p>
      <w:r>
        <w:t>138. Lord, I pray that You'll honor these people for their respects of the Word, and heal them for Jesus' sake. Out here in the audience, Lord, there's sitting people just like it was who listened to the apostle Peter at the day of Pentecost, how he went back in the Word and got the Word. And he said, "Joel said in the last days these things will take place, and this is that." And three thousand believed it and were baptized.</w:t>
        <w:br/>
        <w:t>And, Father, today we stand here by your grace, and it's not because that it's a special people, but it's because---just like the day of the lion, or the ox, or the man---it's the eagle time. It's the anointing of the hour. It's the time that we're living in. It's the working of the Holy Spirit for this particular time to prove that Jesus is not dead, the things that He said that He would do just before the evening lights went out.</w:t>
      </w:r>
    </w:p>
    <w:p>
      <w:r>
        <w:t>139. And here we've been seeing Him do that right down along the road.</w:t>
        <w:br/>
        <w:t>We seen it come down in the scientific research and had his picture taken, the great pillar of fire, who led the children of Israel, who met Paul on the road… And we know this same pillar of fire that led Moses down there in the wilderness… By that same pillar of fire he wrote several books of the Bible, for he was anointed with the Word.</w:t>
        <w:br/>
        <w:t>This same pillar of fire come upon Paul on the road to Damascus. He wrote many books of the Bible, called the Word of God. And now, Lord, that same pillar of fire, by the evidence of the proof of the Word and by scientific research, we see it here, revealing the Word of the Lord.</w:t>
      </w:r>
    </w:p>
    <w:p>
      <w:r>
        <w:t>140. God, let the people be quickly awakened, Lord, quickly! Those who have their names put on the book of life, when this flashes across their path, may they see, like the little ill-famed woman at the well that day. She recognized quickly, and she knew it was the Scripture.</w:t>
        <w:br/>
        <w:t>And now, Father, I pray that all that will receive You at this time in their hearts will settle it forever at this hour that they are finished with sin; that will arise and make preparations now for public confession of baptism in the name of Jesus Christ for the remission of their sins, to show that they believe that God has forgiven them, and they take on the name of Jesus Christ.</w:t>
      </w:r>
    </w:p>
    <w:p>
      <w:r>
        <w:t>141. Then, Father, pour down the Holy Spirit of oil upon them, that they might be placed into the service of the Lord God, that they might be workers in this last evil day. For we realize we have just a short time, and the church might go at any time.</w:t>
        <w:br/>
        <w:t>The Lamb might at any time leave the sanctuary up there, or the throne of sacrifice, come forth from the throne of God where the sacrifice lay. And then it's over. There's no more hopes for the world. She's finished. Then she goes into flusterations of great spasms of earthquakes, and great shakings, like it was at the resurrection.</w:t>
        <w:br/>
        <w:t>And as Christ rose from the grave, when the saints rise, the same thing will take place. Lord, it could be at any minute. We're watching for that glad day to arrive. Take your children under your arm, Father, now. Draw your little lambs to your bosom. Grant it, and feed them on the Word until they are in strength for service.</w:t>
      </w:r>
    </w:p>
    <w:p>
      <w:r>
        <w:t>142. We commit them to You now, Lord. Answer this prayer. You said, Father, over in Mark the 11th chapter, "When you pray, stand praying, believe that you receive what you ask for and you shall have it." And with all my heart to Him that's been revealing these things down through the years, and these seals here in this last week, I believe You, Lord God, that it is the hour, close now, closer than we are really thinking, of your approaching.</w:t>
        <w:br/>
        <w:t>Please let my prayer be answered. And may every called child of God that is in hearing distance of here, or either the tapes shall strike, may at that time… I claim them for the kingdom of God, upon the basis of knowing this is the Word that's being revealed. Let the evening lights shine, Father. I commit them to You in Jesus' name. Amen.</w:t>
      </w:r>
    </w:p>
    <w:p>
      <w:r>
        <w:t>143. Now, all inside or outside that believes and has never made your public confession that you're finished with sin, and you want the mercies of God and you've accepted them in Jesus Christ, the pool… They'll be ready to baptize anybody who wants to be baptized---today or tomorrow or right now, whenever it may be.</w:t>
        <w:br/>
        <w:t>Did you enjoy the sixth seal? You see where it's opened at now? Have you believed it? It said, "Who has believed our report, and to whom has the arm of the Lord been revealed?" If you believe the report, then the arm of the Lord is revealed---the arm, the Word of God is revealed.</w:t>
      </w:r>
    </w:p>
    <w:p>
      <w:r>
        <w:t>144. The Lord willing now, tomorrow morning, I'll try my best to answer those questions. I'll spend probably the rest of the night, or most of it, in prayer over them. I'm getting about from one to three hours a night. I never got to bed last night until going on one, and at three o'clock I was in study. See, I'm going to have to answer for this. That's right. We're too close for anything … any foolishness, or any presuming, or halfway. I've got to see it first. And then when I see it, it's got to be in the Word, too. And so far, by the grace of God, they perfectly… I've took it from all the way through, you know that, and it's just blended right together.</w:t>
        <w:br/>
        <w:t>And it's got to be "thus saith the Lord," because it's not only as I say it, me knowing it myself, but the Word of the Lord is "thus saith the Lord." And here is the Word taking what He has give to me and blending it together and showing it, so you will know yourself it's "thus saith the Lord."</w:t>
      </w:r>
    </w:p>
    <w:p>
      <w:r>
        <w:t>145. Here's the Word says so, and then the revelation that He gives me, which is contrary to what any of us has ever thought… Why, contrary to what I thought, because I never went into it like that. But now, we find it slides right together, and what is it? It's "thus saith the Lord." That's it exactly. It's been a place opened up, holding there to this hour, and then the Lord comes and pushes it right in like that. So you see, there it is. It's the Lord. Oh, I love Him. I love Him with all my heart.</w:t>
        <w:br/>
        <w:t>Now remember, to you, we couldn't get to the altar (several held their hands up), now see, it's an individual affair with you. It's whatever you want to do, see. The hour is so close at hand, you ought to be pressing as hard as you could---not have to be pulled. Just pressing, trying to get in. "Lord, don't let me out. Don't leave me out, Lord. The doors are closing. If I can just get in…"</w:t>
      </w:r>
    </w:p>
    <w:p>
      <w:r>
        <w:t>146. God will close the door one day. He did in the day of Noah, and they beat on the door. Is that right? Now remember, the Bible said that in the seventh watch… That right? Some fell asleep in the first watch, second, third, fourth, fifth, sixth, seventh. But in the seventh watch there come forth a proclamation, a cry: "The bridegroom cometh; go out to meet him."</w:t>
        <w:br/>
        <w:t>The sleeping virgins said, "Say, I'd like to have some of that oil now."</w:t>
        <w:br/>
        <w:t>The bride said, "I've just got enough for myself. Just got enough. If you want it, you go pray it up."</w:t>
        <w:br/>
        <w:t>Don't you see the sleeping virgin now? Look at the Episcopalians, Presbyterians, Lutheran, and everything trying to… And the trouble of it is, instead of trying to get the Holy Ghost, they're trying to speak in tongues. And lot of them speak in tongues and is ashamed to come to this church to be prayed for ---wants me to come to their house and pray for them. And you call that the Holy Ghost? That's speaking in tongues without the Holy Ghost.</w:t>
      </w:r>
    </w:p>
    <w:p>
      <w:r>
        <w:t>147. I believe the Holy Ghost speaks in tongues. You know I believe that, see, but there's a counterfeit to it, too. Yes, sir! The fruits of the Spirit what proves what it is. The fruits of the tree proves what kind of a tree it is. Not the bark; the fruit.</w:t>
        <w:br/>
        <w:t>Now notice. Then when she come, that last hour… And there when they come in then, they went and said, "Well, I believe I've got it now. I believe I've got it. Yeah, we're getting it."</w:t>
      </w:r>
    </w:p>
    <w:p>
      <w:r>
        <w:t>148. I better not say this, see, because it might cause a confusion. When I said the other day, the rapture, how it would come… Now, if you say you'll take it, all right. All right, that's up to you. When the sleeping virgin, see, that thought she was prayed up to come back, the bride was done gone.</w:t>
        <w:br/>
        <w:t>It went and she didn't know it---like a thief in the night. Then they began to bang on the door. And what happened? What taken place? They were cast into the tribulation period. The Bible said there will be weeping and wailing and gnashing of teeth. Is that right?</w:t>
      </w:r>
    </w:p>
    <w:p>
      <w:r>
        <w:t>149. When is it going to be, brother, sister? I don't know. But … it may be just me here, now, see. This is my thought. See? I believe it's so close… Each day I want … I'm just trying to walk as softly as I can. And you know, there was something happened today, and I seen something come up. I just … I couldn't get my breath anymore, see. There He was, standing there and that light standing right there, and here it was. I know it's the truth.</w:t>
        <w:br/>
        <w:t>I thought, "God, I couldn't say that. I can't say it. I can't." I just walked out of the room and went out and walked up and down. I thought, "My, what can I do?" And I have to go fishing, or something, or I… Lord, You… I can't tell you!</w:t>
      </w:r>
    </w:p>
    <w:p>
      <w:r>
        <w:t>150. We have a good time, don't we? Praise the Lord! Amen. We're in a tremendous time, see, for… My heart is overflowed with happiness and joy! But when I think of this world and the thousands that I know that's lost---black shadows---then your heart just bleeds. What can you do? What can you…?</w:t>
        <w:br/>
        <w:t>You can just feel the Holy Spirit crying out in your heart. Like it must have been in our Lord when He looked over Jerusalem, his own people, and said, "Jerusalem, Jerusalem, how oft would I have hovered you as a hen would her brood, but you would not." You just feel the Holy Spirit say, "How often I would have gathered you, but you would not."</w:t>
      </w:r>
    </w:p>
    <w:p>
      <w:r>
        <w:t>151. We're right here at something, friends. Whatever it is, God knows. Nobody, nobody knows when it's going to happen. That's a secret. Nobody knows when it's going to happen. But Jesus told us, "When you see these things…," all these things, just like what … went, comparing with the sixth seal to what He said in Matthew 24… Now remember what He said. "When you see these things come … begin to come to pass, then the time's at the door."</w:t>
        <w:br/>
        <w:t>Watch the very next verse---the 30th and 31st verses, as it went on down, 32nd and 33rd verses. He said, "And he shall send forth his angels to the four corners of the heavens, the four winds, to gather his elected." Is that right? Said, "Now learn…"</w:t>
      </w:r>
    </w:p>
    <w:p>
      <w:r>
        <w:t>152. Now remember, He stopped right there. He never went ahead after that sixth seal. He never said anything about the seventh. He said the first, second, third, fourth, fifth, and sixth, but He stopped there---never mentioned anything about…</w:t>
        <w:br/>
        <w:t>Watch the next thing He said. "Now learn a parable." See? Then He starts on parables. He said, "These things will be." He's answering them three questions: "What will be these signs, and what will be the sign of your coming, what will be the sign of the end of the world?" And the sixth one there was the end of the world. And the sounding of the seventh angel raised up the hands and swore by Him that lives forever and ever that time shall be no more.</w:t>
      </w:r>
    </w:p>
    <w:p>
      <w:r>
        <w:t>153. The earth is giving birth to a new one. It's over, and here we are, right here at the door! Oh, I tremble! And what must I do, Lord? What else can I do? And then, just think of seeing that place and those precious people.</w:t>
        <w:br/>
        <w:t>I stood there looking at myself, and I thought, "Oh, God, what… They can't miss this. I ought to push them. I ought to just reach down in the audience and got them and push…" You can't do that! "And no man can come except my Father draws him."</w:t>
        <w:br/>
        <w:t>But here's one consolation we have, "All the Father has given me will come." But the rest of them that those organizations … depending on them like that, see? "And he deceived all that lived, dwelt, upon the earth whose names were not written in that Lamb's book of life, slain from the foundation of the world."</w:t>
      </w:r>
    </w:p>
    <w:p>
      <w:r>
        <w:t>154. So you see, it's a sad thing, and the only thing you can do is just stay right with the Word, and watch just whatever He says to do and then do that. Whatever He says do, do that. And you look out there and say, "Oh, my!" They do this and then, "Oh!" It's just… You don't realize what a strain!</w:t>
        <w:br/>
        <w:t>Now, I want to say this. I suppose the tapes are off. Lot of people say, "Brother Branham, with a ministry of that type…" (I have to watch because people just take them tapes and try to pick them to pieces, you know.) So when they say, "Brother Branham, wish we had a ministry…," you don't know what you are saying. Honest, you don't know what goes with it, brother, sister. Oh, my! And the responsibility, when you got people hangs to what you say…</w:t>
      </w:r>
    </w:p>
    <w:p>
      <w:r>
        <w:t>155. Remember, if you tell them wrong, God will require their blood at your hands. Then you think of that. It's a terrific thing.</w:t>
        <w:br/>
        <w:t>So be lovely. Love Jesus with all your heart. Just be simple. Don't never try to figure out anything. Just be simple before God, because the more you try to figure it out, the farther you get away from Him, see. Just simply believe Him.</w:t>
        <w:br/>
        <w:t>Say, "Now, when will He come?" If He comes today, all right. If He comes twenty years from now, it's still all right. I'm going to go just the way I'm going now---following Him. Lord, if You can use me anywhere, here I am, Lord. If it's a hundred years from today, if my great-great-great-great-grandchildren still live to see it coming… Lord, I don't know when it's going to be, but let me just walk right today, just with You. I won't … because I'll rise at that day just the same as if I took a little nap somewhere.</w:t>
      </w:r>
    </w:p>
    <w:p>
      <w:r>
        <w:t>156. Coming down there, that glorious palace yonder, that kingdom of God there, where all the old will be young, where the white robes are already on, the men and women have changed---in the beauty, the very art of a handsome man and a lovely woman; standing there in all the beauty and stature of a young woman and a young man, standing there and never can get old, never can be sinful, never can be anything of jealousy, or hatred, or anything. Oh, my!</w:t>
      </w:r>
    </w:p>
    <w:p>
      <w:r>
        <w:t>157. I think the tapes is off now, and I've just got about three or four minutes I want to talk to you. Is that all right?</w:t>
        <w:br/>
        <w:t>Now this is just personal, see. Because tomorrow, that's going to be so tremendous, I think I had just better say it now, see, what I'm going to say. This is just for us now. I was just… You know, I've got a wife that I love, and that's Meda. And I would not even have married her because of my love for my first wife. And yet as much as I cared for her, I wouldn't have married her if it hadn't been God told me to do it.</w:t>
        <w:br/>
        <w:t>And you know the story of it, how she went to pray and how I did. And then He told me exactly what to do, and go marry her and set the time to do it. She's a lovely woman, and she's praying for me tonight. And so, now it's eight o'clock at home. She's probably praying now.</w:t>
      </w:r>
    </w:p>
    <w:p>
      <w:r>
        <w:t>158. Now notice. One day she said to me, she said, "Bill, I just want to ask you a question about heaven."</w:t>
        <w:br/>
        <w:t>And I said, "All right, Meda, what is it?"</w:t>
        <w:br/>
        <w:t>She said, "You know I love you."</w:t>
        <w:br/>
        <w:t>And I said, "Yeah." It was right after this happened up here.</w:t>
        <w:br/>
        <w:t>She said, "You know that Hope loved you, too."</w:t>
        <w:br/>
        <w:t>And I said, "Yeah."</w:t>
        <w:br/>
        <w:t>And she said, "Now," she said, "I don't think I would be jealous, but Hope was." And she said, "Now when we get to heaven … and you said you seen her there."</w:t>
        <w:br/>
        <w:t>And I said, "She was there. I seen her. I seen her twice there. She's there. She's waiting for me to come. So is Sharon. I seen her just the same as I'm looking at you. I seen her there." And I said…</w:t>
        <w:br/>
        <w:t>She said, "Well, now when we get over there, which one is going to be your wife?"</w:t>
        <w:br/>
        <w:t>And I said, "Both of you. There won't be any, yet both of you will be."</w:t>
        <w:br/>
        <w:t>She said, "I can't understand it."</w:t>
        <w:br/>
        <w:t>And I said, "Now, Honey, sit down and let me explain something to you." I said, "Now, I know you love me, and you know how I love you, with respects and honor. Now for instance, what if I dressed up and went downtown and some little prostitute, real pretty, come and threw her arms around me, and say, 'Oh, Brother Branham, I sure love you,' and started putting her arms around me and hugging me. What would you think?"</w:t>
        <w:br/>
        <w:t>She said, "I don't think I would like that very well."</w:t>
        <w:br/>
        <w:t>And I said, "I want to ask you something. Who do you love the best, if it had to be a showdown---me, or the Lord Jesus?" (Now, that's just family talking.)</w:t>
        <w:br/>
        <w:t>And she said, "The Lord Jesus." Said, "Yes, Bill, as much as I love you, before I would give Him up, I'd give you up."</w:t>
        <w:br/>
        <w:t>I said, "Thank you, Honey. I'm glad to hear you say that now." And I said, "Now, what if that same little woman would come up to Jesus and throw her arms around Him and say, 'Jesus, I love You'. What would you think about that?"</w:t>
        <w:br/>
        <w:t>She said, "I'd enjoy that."</w:t>
        <w:br/>
        <w:t>See, it changes from phileo to agapao, see. It's a higher love, see. And there's no such thing as husband and wife to raise children. It's all gone.</w:t>
      </w:r>
    </w:p>
    <w:p>
      <w:r>
        <w:t>159. The female and male sex, the glands are all… They are all the same, see. There's none of it no more. There's no sex glands at all---not at all, see. You're just… Just think of yourself without a sex gland. The reason they were put in us was to repopulate the earth, you see. But there, there won't be any there. There won't be neither male or female glands---it's gone. But the statue of the art of God will be there. That's exactly right. But we'll be truly genuine. No phileo at all---all agapao.</w:t>
        <w:br/>
        <w:t>Therefore, a wife would be no more than just some lovely something that's yours, and she … you belong to each other. There's no such thing as husband… No, it's not even…</w:t>
        <w:br/>
        <w:t>See, the phileo part is not even there at all. See, there can't be anything like a jealousy. There's nothing to be jealous about. There ain't no such a thing there. You never know such a thing as that, see. Just lovely young men and young women to live…</w:t>
        <w:br/>
        <w:t>And then after that, she said, "I see it now, Bill."</w:t>
        <w:br/>
        <w:t>I said, "Yes."</w:t>
      </w:r>
    </w:p>
    <w:p>
      <w:r>
        <w:t>160. I want to tell you a little thing happened. This was a dream. I was asleep. Now I've never told this publicly before. I've told it to a couple of people, but never publicly before as I know of.</w:t>
        <w:br/>
        <w:t>I dreamed about a month after that that I was standing one day, and I was watching the great time… Not the judgment now. I don't believe the church ever comes to the---I mean, the bride---goes to the judgment. But I was there when the crowns were being given out, see.</w:t>
        <w:br/>
        <w:t>And the great big throne set up there, and Jesus and the recording angel and all was standing there. And there was a stairstep, like coming down this way, of white ivory. Run down in a circle and made a panoramic like this and went out, so that all this great host standing out there could see what was happening.</w:t>
      </w:r>
    </w:p>
    <w:p>
      <w:r>
        <w:t>161. And I was standing back over, way back to one side. And I was just standing there, never an idea I had to walk them steps. I was standing there, and I would see a recording angel would call a certain name, and I'd know … recognize that name. I'd look and way back out there, here come the brother walking, or sister. Walked up here like that, and the recording angel standing there by the side of Christ (just a dream now) and was watching. If their name was on there---it was found in the book of life---He'd look out over them and say, "It was well done, my good and faithful servant. Now enter in."</w:t>
        <w:br/>
        <w:t>I looked back where they was going, and there was a new world and the joys. Said, "Enter into the joys of the Lord that's been for … yours since the foundation of the world."</w:t>
      </w:r>
    </w:p>
    <w:p>
      <w:r>
        <w:t>162. And, oh, I thought, "They go through there and meet one another," and just rejoicing and going over mountains and great big places. And I thought, "Oh, isn't that wonderful! Glory! Hallelujah!", and jumping up and down.</w:t>
        <w:br/>
        <w:t>Then I'd hear another name called, and I would think "Oh, I know him. I know him. I … there he goes." Watch him like that.</w:t>
        <w:br/>
        <w:t>"Enter into the joys of the Lord, my good and…"</w:t>
        <w:br/>
        <w:t>"Oh," I said, "praise God! Praise God!"</w:t>
        <w:br/>
        <w:t>Just like they'd say, "Orman Neville," see. And then I'd say, "Oh, Brother Neville, there he is." And here he comes out of the crowd and goes up.</w:t>
        <w:br/>
        <w:t>And I'd hear Him say, "Enter into the joys of the Lord that's been prepared for you before the foundation of the world. Enter in."</w:t>
        <w:br/>
        <w:t>You know, Brother Neville just changed, and just start back in there just screaming and hollering. Boy, I'd just shout and say, "Glory to God!", standing over there by myself, having a wonderful time, watching my brethren go in.</w:t>
        <w:br/>
        <w:t>And the recording angel stood there and said, "William Branham."</w:t>
        <w:br/>
        <w:t>I never thought I'd have to walk that. So then I was scared. I thought, "Oh, my, will I have to do that?" So I went walking down there and just everybody patting me on the shoulder, saying, "Hi, Brother Branham." "God bless you, Brother Branham," patting me as I go along through---a great big crowd of people, all of them reaching over and patting me like that. "God bless you, brother." "God bless you, brother."</w:t>
      </w:r>
    </w:p>
    <w:p>
      <w:r>
        <w:t>163. And I was going along saying, "Thank you, thank you, thank you," like coming out of a meeting or something, you know. And I was going to have to walk these great big ivory steps.</w:t>
        <w:br/>
        <w:t>I started walking up through there, and just as I made the first step, I stopped and I thought… I looked at his face, and I thought, "I want to get a good look at Him this way," and I stopped. I had my hands like this. I felt something slip in my arm here. It was somebody else's arm. And I looked around, and there stood Hope, those big black eyes and that dark hair hanging down her back, white robe on, looking up at me like that.</w:t>
      </w:r>
    </w:p>
    <w:p>
      <w:r>
        <w:t>164. I said, "Hope!" I felt something hit this arm, looked around and there was Meda, that dark eyes looking up, and that black hair hanging down and a white robe on. And I said, "Meda!" And they looked at one another, you know, like that. I got them in my arms and here we went walking along.</w:t>
        <w:br/>
        <w:t>Oh, I woke up. I woke up, and I got up and sat down in a chair and cried, you know. I thought, "Oh God, I hope that comes like that." Both associated with me in life and bringing children and things like that, and here we are walking into the new world (oh, my), where there's perfection and everything. No nothing…</w:t>
        <w:br/>
        <w:t>Why, it's going to be a wonderful thing. Don't miss it! Don't miss it! By the grace of God, do all you can do, and then it will be up to God to take care of the rest of it. Then:</w:t>
        <w:br/>
        <w:t>I love Him, I love Him</w:t>
        <w:br/>
        <w:t>Because He first loved me</w:t>
        <w:br/>
        <w:t>And purchased my salvation</w:t>
        <w:br/>
        <w:t>On Calvary's tree.</w:t>
      </w:r>
    </w:p>
    <w:p>
      <w:r>
        <w:t>165. Let's sing it again with all of our heart now, lift up our eyes to God.</w:t>
        <w:br/>
        <w:t>I love Him, I love Him</w:t>
        <w:br/>
        <w:t>Because He first loved me</w:t>
        <w:br/>
        <w:t>And purchased my salvation</w:t>
        <w:br/>
        <w:t>On Calvary's tree.</w:t>
        <w:br/>
        <w:t>I love Him, I love Him</w:t>
        <w:br/>
        <w:t>Because He first loved me</w:t>
        <w:br/>
        <w:t>And purchased my salvation</w:t>
        <w:br/>
        <w:t>On Calvary's tree.</w:t>
        <w:br/>
        <w:t>[Brother Branham leaves the platform and goes into the audience to pray for a woman in a wheelchair.]</w:t>
      </w:r>
    </w:p>
    <w:p>
      <w:r>
        <w:t>166. All right now. She wasn't expected to live through the meeting. That's right. There she is with both hands up in the air praising God. That's the reason I was lingering here a long time. I tell you what I was doing. I was talking about Meda and them, and I was watching to see what… I kept noticing that light circling back and forth and went and hung over her. I thought, "That's it." Oh, isn't He wonderful!</w:t>
        <w:br/>
        <w:t>I love Him, I love Him</w:t>
        <w:br/>
        <w:t>Because He first loved me</w:t>
        <w:br/>
        <w:t>And purchased my salvation</w:t>
        <w:br/>
        <w:t>On Calvary's tree.</w:t>
      </w:r>
    </w:p>
    <w:p>
      <w:r>
        <w:t>167. Now, with our hearts. Just think of his goodness and mercy.</w:t>
        <w:br/>
        <w:t>[Brother Branham hums "I love Him."]</w:t>
        <w:br/>
        <w:t>Just think of His goodness and mercy.</w:t>
        <w:br/>
        <w:t>… I love Him, (Amen.)</w:t>
        <w:br/>
        <w:t>Because He first loved…</w:t>
        <w:br/>
        <w:t>Now, you see how much better it is? Amen!That's it. Now…?… it's go and be well. The grace of God has appeared to you to make you well.</w:t>
        <w:br/>
        <w:t>Oh, glory to God!</w:t>
        <w:br/>
        <w:t>All right, your pastor.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