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In His Presence</w:t>
      </w:r>
    </w:p>
    <w:p>
      <w:r>
        <w:t>Date: September 9, 1962</w:t>
      </w:r>
    </w:p>
    <w:p>
      <w:r>
        <w:t>Location: Jeffersonville, Indiana, USA</w:t>
      </w:r>
    </w:p>
    <w:p/>
    <w:p>
      <w:r>
        <w:t>1. Thank you, Brother Neville, the Lord bless you real richly. And good evening, friends. It's a grand privilege to be back here in this building again tonight, and feeling the never-failing presence of our Lord, as He's give the promise. And now, I know that many of you has stayed over for the little message tonight, for which I am very thankful. And many of you has to drive far yet tonight, to get home. Some are checked out of your motels, as I understand. And we are going to try not to hold you long, so that's the reason we come in early so we could get away early.</w:t>
      </w:r>
    </w:p>
    <w:p>
      <w:r>
        <w:t>2. And now we will, just as soon as I can, I will announce when we are going to maybe start, I've had some calls this afternoon, knowing when we was going to start on these books, or this chapters. And I think, if the Lord willing, I want to take, the next time that we start, on the seven seals of Revelation, and the seven natural seals. And, then if we get through in time, take the sevens seals on the back of the book, see. Now, that may take a little time. See, there's seven seals that's opened; there's seven plagues, seven trumpets, all those sevens; and them seals we could take first. But then on the back of the book is sealed with seven seals. Daniel heard the voice as it thundered, and was forbidden to write it. John was forbidden to write it. But it was sealed on the backside of the book, that is, after all of the mysteries of the book has been given out and revealed.</w:t>
        <w:br/>
        <w:t>You know as Daniel said there, "The mysteries in the days of these voices, the mystery of God should be unfolded by that time." See, "the mystery," who God is, how He was made flesh, all these things should be unfolded by that time. And then we're ready for the seven seals on the backside of the book, that's not even revealed to man, not even wrote in the Bible, but they'll have to be just exactly compare with the rest of the Bible, and I think it'll be a great thing.</w:t>
      </w:r>
    </w:p>
    <w:p>
      <w:r>
        <w:t>3. So now we're going to try to hurry to get through. Thank every one of you for your kindness and your presence, and all that you have done, we thank you very much. And now I'm trusting that we won't keep you too long tonight, because you're so patient to sit, stand. My wife said back there, she was talking about last night, she said, "I seen women that were even rather heavy set, standing there, and their clothes wringing wet, standing there, just grasping every word." That's the reason I like to stay under the anointing of the Holy Ghost, that when you come out you're telling them people the honest truth, see, just nothing but the truth. And then they can lay onto that and it'll be all right.</w:t>
      </w:r>
    </w:p>
    <w:p>
      <w:r>
        <w:t>4. Now I want to ask your apology for a few moments. I left a little early this morning. And the tapes are turned off at this time, and I'm just in a moment I'll tell the recorders when to turn the tape on. I want to finish the "Countdown," five minutes for it, before I leave. I forgot and went away, I was just so carried away this morning till I just went out without saying anything about it. But, I kind of left you, "What was the countdown?" See? I know we're in the countdown, but what is the countdown? See? If you don't know what the countdown is, then you'll be kind of confused. And so I'd like to bring that off just… And try to be in the same tone that I was to finish up this tape right now, so the tape goes out, "Countdown." And now you all will forgive me just for a moment, and I want to finish up that tape. Will you do it for just a moment, then we'll start on the other one? And now the tape recorders, if you will, snap on your tape now.</w:t>
        <w:br/>
        <w:t>[Blank spot on tape.] …</w:t>
      </w:r>
    </w:p>
    <w:p>
      <w:r>
        <w:t>5. coming in from different places, and we've had a great time in the last three messages, of speaking on the subject of different doctrines and so forth that we have put forth. I just remember at this time I'm to give a little space in there, you people on the tape, for to change over your tapes, and I'll tell you when we're ready to turn on. All right. Now, I have to watch this. It seems like a bunch of made-up formal, but them boys has got to get the tape. And they can't get it all messed up; if they do, people out there won't understand it. So we have to take it in this manner. And if somebody will just step out of the room and signal me there, Junior, when they're ready to have the tapes crossed over. Thank you very much, folks, I say again, for all your kindness and everything. All right, we are ready now, you can turn them on.</w:t>
      </w:r>
    </w:p>
    <w:p>
      <w:r>
        <w:t>6. The Lord bless you. We're happy to be here in the Tabernacle again tonight. The place packed out with many people standing around again tonight, with three days of … or three times of service. I would that if anyone listens to this tape, that they would like to get back and get last night's tape. Study it in your home. It's the present stage of the ministry that the Lord has given me. Especially I'd like for ministers to hear that before I visit their churches and come in their homes. Now I'd like for them to get that. Now, this morning we spoke on the subject of the "Countdown," the church ready to leave.</w:t>
      </w:r>
    </w:p>
    <w:p>
      <w:r>
        <w:t>7. And now tonight, God willing, we're speaking on the subject of "In His Presence." And, oh, how we thank God for the privilege that we can come into His presence. But, first, I wish you all to turn in your Bibles with me to the prophet Isaiah, the 6th chapter of the prophet Isaiah. We all know that Isaiah was a major prophet, and one of the great prophets of his day. He ended his life by being sawed asunder with saws, for a testimony, as a martyr to the power of Almighty God. In the book of Isaiah, the 6th chapter, I begin at the 5th verse, to read. "Then said I, Woe is me! For…" Maybe I start with the 1st verse. Let's, pardon me a moment, let's start at the 1st verse and read down till about the 8th verse.</w:t>
        <w:br/>
        <w:t>In the year that king Uzziah died I saw also the Lord sitting upon a throne, high and lifted up, and his train filled the temple.</w:t>
        <w:br/>
        <w:t>Above it stood the seraphim: each one having six wings; with twain he covered his face, and with twain he covered his feet, and with twain he did fly.</w:t>
        <w:br/>
        <w:t>And one cried unto another, and said, Holy, holy, holy, is the LORD God of hosts: and the whole earth is full of his glory.</w:t>
        <w:br/>
        <w:t>And the posts of the door moved at the voice of him that cried, and the house was filled with smoke.</w:t>
        <w:br/>
        <w:t>Then said I, Woe is me! for I am undone; because I am a man of unclean lips, and I dwell in the midst of … people of unclean lips: for my eyes have seen the King, the LORD of hosts.</w:t>
        <w:br/>
        <w:t>Then flew one of the seraphim unto me, having a live coal in his hand, which he had taken with the tongs from off the altar:</w:t>
        <w:br/>
        <w:t>And he laid it upon my mouth, and said, Lo, this has touched thy lips; and thine iniquity is taken away, and thy sin is purged.</w:t>
        <w:br/>
        <w:t>Also I heard the voice of the Lord, saying, Who shall I send, and who will go for us? Then said I, Here I am; send me.</w:t>
      </w:r>
    </w:p>
    <w:p>
      <w:r>
        <w:t>8. May the Lord bless His Word. I think that's a most striking scripture. We find that in the presence of God, men recognize themselves to be sinners. We may feel pretty good when we're out different places, and feel like that we're pretty good people, but when we ever come into the presence of God, then we see how little we are.</w:t>
      </w:r>
    </w:p>
    <w:p>
      <w:r>
        <w:t>9. Standing not long ago with a friend of mine that I had the privilege of leading to Christ, Burt Caul, up in New Hampshire, a hunting partner, we was standing by Cold Brook Falls up in the Adirondack, and it was such a mammoth big falls. I taken my family last year up there to look at it. Way back off the road, you have to hike back to get to it. And when we seen that blue-green water pouring with such mighty power out of the mountains, and gushing down over the rocks, Burt stood there and looked at me, and he said, "Gee, Billy, it makes a man feel just so little," he measured about a quarter of an inch on his fingers. And I said, "That's right, Burt." Now, that was all he knowed of getting into the presence of God, to see His creation.</w:t>
      </w:r>
    </w:p>
    <w:p>
      <w:r>
        <w:t>10. I wonder the man who wrote "How Great Thou Art," if he didn't look up one night and look at the stars, how far they are away! A few months ago, Brother Fred, Brother Woods and I, was standing with Brother McAnally out in the Arizona desert, we was measuring, trying, one star, how close it was to the other. And with the millions and billions of miles away, they didn't look over a quarter of an inch from each other. Then we begin to think, according to scientific proof of that, those stars are probably further away from each other than we are from them. See how it is?</w:t>
      </w:r>
    </w:p>
    <w:p>
      <w:r>
        <w:t>11. Then we realize how little we are when we realize how great He is, and how close we come into His presence. Somehow or another, it's always throwed a great effect upon people to come into the presence of God. I've seen the time in my ministry when you would see the presence of God come into such a place that it would bring a person up and just reveal their life to them, and call out their sins of all kinds of immoral acts, and it bring such a holy hush amongst the people till they'd drop out of the prayer line before they ever come up to be prayed for, and run to the altar to get right with God before they come up into His presence. See, there's something about coming into the presence of God, it causes things to happen. I've seen people laying in cots and stretchers.</w:t>
      </w:r>
    </w:p>
    <w:p>
      <w:r>
        <w:t>12. That night down there at Mexico, when that little dead baby laying under a blanket, that the little Spanish mother brought up, or little Mexican mother, rather, brought up. When they seen, several thousands of those people saw, maybe fifty or seventy-five thousand at one gathering, saw that little dead baby come to life, women fainted, people threw up their hands and screamed. Why? They realized that a human being could not do that, that they were in the presence of Almighty God, and it caused something to happen.</w:t>
      </w:r>
    </w:p>
    <w:p>
      <w:r>
        <w:t>13. I've been privileged to hear godly men speak. It was said one time of Charles Finney, little bitty fellow, never weighed over about a hundred and ten pounds, but he had such a forceful way of speaking until … He was trying the acoustics one day in a building. They didn't have P.A. systems then. And there was a man repairing, up in the balcony, or up in the roof of the place, and he heard the man come in, so he didn't know who they were, he just kept quiet. And Mr. Finney was going to try the acoustics. After spending much time in prayer for that revival that he was going to hold, he tried his voice to see how it would carry. He slipped up quickly to the pulpit, and said, "Repent, or perish!" And he said it with such force, after being under the anointing of God, till the man dropped out of the top of the balcony, down onto the floor, out of the top of the building, onto the floor.</w:t>
      </w:r>
    </w:p>
    <w:p>
      <w:r>
        <w:t>14. He preached the gospel in such a way till he stood in Boston, Massachusetts, in a little bay window, because there was no church could hold his crowd. And he stood there with such mighty force, and preached hell such a place, until working men with their baskets under their arms, fell into the street and screamed for mercy. In the presence of God! Great preachers who's been able, by the Word of God, to bring the presence of God to an audience. Far be it that men would ever be so seared in their hearts till they could never recognize the presence of God. Far be it!</w:t>
      </w:r>
    </w:p>
    <w:p>
      <w:r>
        <w:t>15. When the first man, as soon as he had sinned and done something wrong, and when God came into His presence, or he came into the presence of God, "Adam," he could not stand in the presence of God. He run and hid himself in the bush and tried to cover himself with a fig leaf, because he knowed he was standing in the presence of Jehovah, the creator. That was the reaction of the first man, after he had sinned and tried to come into the presence of God with sin upon his soul. He could not hide, because he was tender yet. Sin had not took a hold like it has rooted into people's hearts today, but he was very conscious that he was standing before his creator. Now, he hid himself in the bushes and would not come out, and could not come out until God had made a preparation for him.</w:t>
      </w:r>
    </w:p>
    <w:p>
      <w:r>
        <w:t>16. We could go back, and take in Genesis the 17th chapter and the 3rd verse, when the great patriarch, Abraham, when he came into the presence of God, and God spoke to him (in the 17th chapter) in the name of Almighty God, Abraham fell on his face. The great patriarch, servant of God, could not stand in the presence of God, though had served Him for twenty-five years, faithfully. But when God moved into his presence, the patriarch fell on his face because he couldn't stand in the presence of God.</w:t>
      </w:r>
    </w:p>
    <w:p>
      <w:r>
        <w:t>17. In Exodus 3, we find that Moses, the great servant and prophet of God, when he was back on the backside of the desert, that man was a holy man. He had been born for the purpose. He was born from his mother's womb to be a prophet. He had tried to get his education and do everything he could to deliver his people, because he understood that he was to deliver his people, but he had understood it by a theological standpoint. He was trained. He was well scholared. He could teach the Egyptians wisdom, which was the most smartest people in the world. He knowed all the ins and outs. He knowed the Scripture from A to Z. He knowed the promises that God had made. He knowed them from an intellectual standpoint. And he was a great military man.</w:t>
        <w:br/>
        <w:t>But one day on the backside of the desert, when he come into the presence of God, he jerked off his shoes and fell to his feet, knowing that he was on holy ground. He could not stand upon his feet when he come in the presence of God, he fell to his face like Abraham did. He could not stand in the presence of God.</w:t>
      </w:r>
    </w:p>
    <w:p>
      <w:r>
        <w:t>18. In Exodus 19:19, when the chosen people of God since way back in the days of Abraham, from Abraham come Isaac, Isaac come Jacob, out of Jacob come the patriarchs, and years after years had developed holy men, great men, a chosen people, a chosen race, a sanctified, holy people, and had served God their life. And one day God said, "Gather Israel out here, I'm going to speak to them."</w:t>
        <w:br/>
        <w:t>But when God came down on top of Mt. Sinai, and the whole mountain caught afire, and the smoke was flying from it like a furnace, and the voice of God roared out. Israel fell on their face and said, "Let Moses speak, and not God, lest we die." Man, in the presence of God, realizes he's a sinner! Yet they were, every one, circumcised according to the law. They had carried the commandments and everything, but when God spoke and they moved up into His presence, they realized that they were out, they were not right. There was something that was lacking, because they were in the presence of God. Yes. And they said, "Let Moses speak, and not God, for if God speaks we'll all die. Let Moses speak to us."</w:t>
      </w:r>
    </w:p>
    <w:p>
      <w:r>
        <w:t>19. It was in Luke 5:8, that when Peter … oh, when he was a great stubborn man, and a man of great influence, great power that we understand. He was like a bully, a noted fisherman. But when he saw the miracle of God performed by an ordinary man, looked like, which he recognized at that time that that taken more than a man to throw all them fish in a net where he, with all of his education, his knowledge of fishing, had fished all night and not even taken a thing. But he heard someone say, "Cast your net in."</w:t>
        <w:br/>
        <w:t>And when he begin to pull, he had a great multitude of fishes, and he realized that he was a sinful man. And he said, "Depart from me, O Lord, for I am a sinful man." Who said that? St. Peter, in the presence of God, asked for God to depart out of his presence, because he recognized himself a sinner.</w:t>
        <w:br/>
        <w:t>Abraham recognized himself wrong. Adam recognized himself wrong, which was the son of God, recognized himself wrong. Moses recognized himself wrong. Israel, as a church and nation, recognized themselves wrong. "Depart from me, for I am a sinful man." He didn't try to say, "Now, I'm holy and worthy to receive this." He said, "I am a sinful man."</w:t>
      </w:r>
    </w:p>
    <w:p>
      <w:r>
        <w:t>20. One time a self-styled religionist, with all the theology that he could learn under a great teacher called Gamaliel, his name was Saul of Tarsus, which we know as Paul, religious to the dot. He knowed all the ins and out of their religion. He was a Pharisee of the Pharisees, and a Hebrew of the Hebrews. He was a noted man, a scholar, smart, shrewd, educated, claimed he knowed God from baby up. But one day on his road down to Damascus, that pillar of fire shined over him and he fell on his … off of his feet, to the ground, in the dust, and said, "Lord, what would You have me to do?" All of his great training, all of his great theological training, all of his education didn't mean a thing when he stood in the presence of God.</w:t>
      </w:r>
    </w:p>
    <w:p>
      <w:r>
        <w:t>21. I'd like to stop here a minute and say that's the same thing. You might have got a DD, PhD, whatever you might be, you might have went to church since you was a child, you might have done all the religious acts there is, but once in the presence of God you'll feel so little and no count.</w:t>
        <w:br/>
        <w:t>Paul realized that he was wrong, and he fell to the ground, under the influence and power. When he looked up and seen the very God that he had been preaching against, or thought he knowed, and seen that he was wrong, he fell from his feet, to the ground, because he was in the presence of God. He seen that pillar of fire.</w:t>
      </w:r>
    </w:p>
    <w:p>
      <w:r>
        <w:t>22. What about the great St. John of Revelation 1:7, when he was showed the vision, and looked, and heard a voice speaking to him. And he turned to look to see the voice, and he saw seven golden candlesticks. And one stood in the midst of the seven golden candlesticks, with hair like wool, eyes like flames of fire, feet like pillars of brass, He was girded with a golden girdle around the paps, and He was called the Word of God. And when the great St. John had walked with Christ, leaned upon His bosom, when he done all these things! As I said this morning, Paul's ministry exceeded any of them. Here, after John had walked with Jesus, talked with Him, slept with Him, ate with Him, but when he seen Him standing there, that glorified state, he said he fell like a dead man at His feet. Amen. Think of it!</w:t>
      </w:r>
    </w:p>
    <w:p>
      <w:r>
        <w:t>23. We can come to church and talk and praise God, and so forth, but, oh, brother, when we see Him coming, something will be different in our hearts! We might think we do our religious duty by go to church and pay our tithing, We might think that we keep the laws of the church and recite all the creeds, but once let us get a look at Him, the whole thing's changed all the way around. Yes, it's sure.</w:t>
        <w:br/>
        <w:t>This great man, St. John, a great man like that, the Bible said, in Revelation 1:7, that he fell as if he was a dead man. After three and a half years of fellowship with Christ, was one of the writers of the Epistles, wrote behind Him, eat with Him at the table, slept with Him at the bed, and fellowshipped with Him wherever He went, but when he turned to see Him, he had no more life left in him. He fell like a dead man to the floor, or to the ground. All right.</w:t>
      </w:r>
    </w:p>
    <w:p>
      <w:r>
        <w:t>24. We see Isaiah, in Isaiah 6:5, as we've just read, this great mighty prophet, He's one of the greatest prophets there is in the Bible. There's sixty-six books of the Bible; there's sixty-six chapters in Isaiah. Isaiah starts off in Genesis, the middle of Isaiah he brings in the New Testament, at the end of Isaiah he brings in the Millennium; just exactly Genesis, the New Testament, and Revelation. Perfect! Isaiah was one of the major prophets. But one day he had been leaning upon the arm of Uzziah the great king, Uzziah had been taken from him, and he was down. He was a pretty good fellow, he was a good righteous man, if that righteous king (a good king) recognized him as a holy man and kept him in his temple.</w:t>
      </w:r>
    </w:p>
    <w:p>
      <w:r>
        <w:t>25. Isaiah saw visions. He was a prophet. Isaiah preached the Word. He was a minister. Isaiah was a holy man. But one day, standing in the temple, he fell into a trance and he saw the glory of God. He saw the angels with wings over their face, wings over their feet, flying with wings, crying, "Holy, holy, holy is the Lord God almighty!"</w:t>
        <w:br/>
        <w:t>That prophet realized he was nothing. He said, "Woe is me, for I am a man of unclean lips." A prophet, a mightiest prophet of the Bible, one of them. "I am a man with unclean lips, and I dwell among people with unclean lips. Woe is me, because I see the glory of God."</w:t>
      </w:r>
    </w:p>
    <w:p>
      <w:r>
        <w:t>26. And he said, when that angel cried, "The posts of the temple shook back and forth." Brother, that'll make you! Not only is the posts of the temple going to shake, but the whole heavens and earth is going to shake when He comes again. The mountains will flee, and the sea will fade away, and scream "Hide us from the face of Him that sits upon the throne." It's going to be a terrible time. I tell you, sinner friend, you better be checking it up. That's right.</w:t>
        <w:br/>
        <w:t>Now, Isaiah said, "Woe is me, I'm a man of unclean lips, and I dwell among unclean people. And these people has unclean lips."</w:t>
      </w:r>
    </w:p>
    <w:p>
      <w:r>
        <w:t>27. Now remember, if such holy men recognized themselves sinners in the presence of God, what will the sinner and ungodly do at that day? What will people do who sit in the meetings? What will the people do that seen the power of God, that's heard the countdown on the Word, that seen God manifest Himself, and (beyond a shadow of doubt) every Scripture fulfilled, and will still try to make it to heaven without being born again and receive the Holy Ghost?</w:t>
        <w:br/>
        <w:t>The Bible said, "If a righteous man be scarcely saved, where will the sinner and ungodly appear?" What kind of a place are we going to stand in if we see God unfold Hisself right before us, and see the glory of God just the same as them men did, and that kind of men cried out, prophets and sages upon whom the Word is based upon? If they cried, and fell to their feet, and screamed, "I'm a man of unholy lips, uncleanness," what will it be then for that man who won't even confess his sins? What will it be for that teenager that won't confess his or her sin? What will it be for that hardhearted man that thinks he knows more about God's creation than God does Himself? What will happen to that man that's spent all of his life trying to disprove the Bible, where will that guy appear at? Think of it!</w:t>
      </w:r>
    </w:p>
    <w:p>
      <w:r>
        <w:t>28. This is evangelism. This is the time to shake people. This is the time that God said there'd come a time, He shook Mt. Sinai one time but there'd come a shaking again, that He wouldn't only shake Mt. Sinai, but He'd shake everything that could be moved. But did you notice the rest of the scripture? "But we receive a kingdom that cannot be moved!" Hallelujah! Everything that can be shook will be shaken. The heavens will shake. The earth will shake. "Heavens and earth will pass away, but that Word shall never pass away. For upon this rock I'll build my church, and the gates of hell will never prevail against it." Everything that can be shook will be shaken. But we receive a kingdom which is the Word of God Himself, and God is His Word. He don't shake Himself. Amen! Oh, my! "But we receive a kingdom that cannot be moved," it's unshakable, said Paul the Hebrew writer.</w:t>
      </w:r>
    </w:p>
    <w:p>
      <w:r>
        <w:t>29. Such a person and such a man, such a time and how they felt! We have also ourselves. We seen the glory of God like these men did. Sure. We seen it. We seen the glory of God like Abraham saw it. We saw the glory of God, like Moses saw it. Same pillar of fire, the same power of God, the same Christ unveiling Himself, showing Himself, keeping His Word in the last days. How can we come by then, and walk and treat it so lightly? How can we walk around and hold to our creeds and denominations, and not take the Word of God? What will it be for us in that day? How will it happen with us, when we seen the glory of God?</w:t>
      </w:r>
    </w:p>
    <w:p>
      <w:r>
        <w:t>30. Some people will stand off and make fun of it, some will laugh at it, some will call it fanaticism, some call it mental telepathy, some call it Beelzebub, some call it one thing or another. As the old proverbs is, "Fools will walk with hobnailed shoes where angels fear to trod." That's right. "The fool has said in his heart, 'There is no God.'" When he sees God manifested so perfectly by His own Word (not by a creed; but by His Word), and then walk right over it and make fun of it, he's a fool. Because God is the Word, and God's made Hisself plain to them, and he's a fool, the Bible said. What will it be for him when he has to stand in that place? It'll be terrible for that man in that day, the ungodly.</w:t>
      </w:r>
    </w:p>
    <w:p>
      <w:r>
        <w:t>31. Repentant sinners, though, doesn't have any fear. Oh, no. A sinner that will repent, he knows that there's a bloody sacrifice waiting and standing in his place. That's what gives him the consolation. "I've seen the glory of God. I've felt His power. I know the touch of His hand. I know the touch of His chastisement. I know that He's God. And I know I'm undone, but there is one standing there for me. Amen. There's one who stands there and says, 'Father, lay all of his iniquity upon Me, because he stood for Me down on the earth.' Hallelujah! Then I've walked to the throne of God, boldly, having grace in my heart, to know it's not by good works, but by His mercy I'm saved. Not what I could do, what I could join what I could say; but it's by His grace that He saved me."</w:t>
        <w:br/>
        <w:t>No wonder the poet that caught that, screamed out, "Amazing grace, how sweet the sound, that saved a wretch like me. Once was lost, but now I'm found; blind, but now I see."</w:t>
      </w:r>
    </w:p>
    <w:p>
      <w:r>
        <w:t>32. How can I ever go to heaven, how could you go to heaven? We cannot do it, no way for us to do it, but there's One made the way. And He is the way. And how do we get to Him? By one Spirit, His Spirit, we're baptized into one body which will be raised up like an orbit. We'll go out of the earth as astronauts of this last day in the face of God. Amen. Sure. Repentant sinners don't have to worry, someone is there in their place.</w:t>
        <w:br/>
        <w:t>Oh, then after we have come into His presence now, and we know we've been in His presence, we've seen Him do things that He did when He was here on earth. How do you know, how do you know the vine you're looking at? Because the fruit it bears. How do you know the church you're going to? By the fruit it bears. Jesus said, "He that believeth on me, the works that I do shall he do also. These signs shall follow them that believe."</w:t>
      </w:r>
    </w:p>
    <w:p>
      <w:r>
        <w:t>33. Now, we see He never did ordain us to go make denominations. He never did ordain us to go make creed. But He warned us against such. "For whosoever shall take anything from it or add anything to it, the same will be taken out, their part, in the book of life," see.</w:t>
        <w:br/>
        <w:t>So, we're not ordained to do nothing but stay with that Word. And if a man is sent of God, he'll stay with the Word, because God can only stand by His Word. He must stay by His Word. Then when we come into His presence, when a man once comes into the presence of God, he's changed forever if there's any changing to him. Now, there are those who could walk in the presence of God and pay no attention to it. He wasn't ordained to life. But if he was predestinated of God, as soon as that first move hits, he knows it. That catches fire.</w:t>
      </w:r>
    </w:p>
    <w:p>
      <w:r>
        <w:t>34. Look at that little prostitute down there that day at Samaria, that woman. She was in a bad shape mentally and physically. We know that. But as soon as she seen that sign done, of the Messiah, she said, "We know Messiah is coming to do this. Thou must be His prophet."</w:t>
        <w:br/>
        <w:t>He said, "I'm that Messiah that was wrote to come."</w:t>
        <w:br/>
        <w:t>She recognized it. She never asked one more question. She started right quick with the responsibility, to know that if she had found that and come into the presence of God, she was responsible to tell somebody else about it. Hallelujah! Right. Any man that comes into the presence of God is responsible before God, from that minute on, to tell somebody else. Look at Abraham, look at Moses, look at Peter, look at Paul. The moment they come into the presence of God, recognized themselves sinners, and sealed their testimony with their life.</w:t>
        <w:br/>
        <w:t>Look at the little lady, she couldn't stay no longer, she went to the city and told the men, "Come, see the man that told me the things I've done. Isn't this Messiah?" They could not deny it, because it was Scriptural. Certainly. Yes, they've got to do it. A man, when… We got a responsibility of telling others as Moses did, as Peter did, as Paul did. After these things, you've seen it and come into His presence, you're responsible for the message to get to somebody else. You just cannot sit still with it. You must take it to someone else.</w:t>
      </w:r>
    </w:p>
    <w:p>
      <w:r>
        <w:t>35. I remember an old sister used to be here, Brother Graham Snelling's mother, she used to sit right here in the church, and she would sing, "I've just got over! I'm running, running, running, I just got over and I can't sit down." She had just found something. I went over to a little colored church over here in Louisville, and all of them was standing up, singing, "I'm running up the King's highway, just found it, and took up the highway!"</w:t>
        <w:br/>
        <w:t>There's something about it, when you find Christ, you cannot hold your peace any longer. The rest of your days you are a changed person, for when life and life comes together, it makes a bright light. True. When the bulb connects with the wire, if it's a correct bulb, it's got to give light; when the current and the bulb gets together, there's nothing to do but scatter light. It has to do it. And when a man or a woman is predestinated to eternal life, and they see the current of God catch that bulb, it'll throw light everywhere it can. You might not be over a ten watt, but you'll scatter what light you got. If you ain't a five-hundred watt, scatter ten watt light. Give your light! "Let your light so shine before men, that they might see your good works and glorify the Father which is in heaven." Yes, sir.</w:t>
      </w:r>
    </w:p>
    <w:p>
      <w:r>
        <w:t>36. When a man comes in contact with God, he recognizes himself no good. How can a man walk around and brag about how big he is and what all he's done, when he's nothing? He's nothing to begin with.</w:t>
        <w:br/>
        <w:t>One day down in Memphis, Tennessee, or I don't think it was in Memphis, it was one of the places there. I was with Brother Davis and was having a revival, might have been Memphis. And we went to a coliseum, and they had in there, not a coliseum, it was kind of an art gallery, and they had the great statues that they had got from different parts of the earth, of different Hercules and so forth, and great artists had painted. And then they had the analysis of a man that weighed a hundred and fifty pounds. You know how much he's worth? Eighty-four cents. That's all he is. Eighty-four cents is all the chemicals you can get out of him. He's just got enough whitewash to sprinkle a hen's nest, and he's got enough, just a little bit of calcium, little potash. It would all sell for eighty-four cents. But we just take care of that eighty-four cents and baby it around.</w:t>
      </w:r>
    </w:p>
    <w:p>
      <w:r>
        <w:t>37. There was two boys standing there, and one looked at the other one, said, "Jim, we're not worth very much are we?"</w:t>
        <w:br/>
        <w:t>He said, "No, we're not, John."</w:t>
        <w:br/>
        <w:t>I said, "But wait a minute boys, you got a soul in there that's worth ten thousand worlds, that's been … can be redeemed by the power of God, if you'll just let it."</w:t>
        <w:br/>
        <w:t>Man, when he sees these things, he's responsible to tell others. I saw it when I was just a boy. I spent my whole life at it. I'm only sorry I got one life, wish I had ten thousand. If I had an eternity, I'd still want to tell people about it, 'cause it's the greatest thing I ever found.</w:t>
        <w:br/>
        <w:t>If you'll read in Ezekiel 33, 33rd chapter of Ezekiel, there was a watchman set on a tower, and this watchman was responsible for the entire city. Amen. Now, wake yourselves to your spiritual conscience a minute, while I get to this scripture. That watchman had to be a trained man. He had to know what he was doing, for at any distance, as soon as they arose, the enemy, he could detect it. He could tell their march, he could tell their color, he could tell their rank and file. Just as far as the human eyes could see, he could see it. And he was higher than the rest of them, for he was trained to know the enemy. And God required the whole city at his hand. "Watchman, what of the night?" Hallelujah!</w:t>
      </w:r>
    </w:p>
    <w:p>
      <w:r>
        <w:t>38. That's the way God's soldiers are today. They're trained to the Word. When anything comes up that's got a little polish to it, that's got something else that's not Scripture, they warn their congregation. Anything that's not Bible, anything that's not God-like, such as having soup suppers, dances, and everything else, to pay off the pastors. Those things are wrong. Bunco games and card parties in the churches, it's wrong!</w:t>
        <w:br/>
        <w:t>And the real watchman on the wall, who's once been in the presence of God… If he isn't on the wall, if he's just supposed to be on the wall, the wall may not be any higher than the rest of the congregation. But if he's a correct watchman, God raises him plumb up into spheres that the rest of them never gets to. But he watches the flock, and God requires it of him! The man of God who stands in the presence of God, and knows God is God, and know that God keeps His Word, and watch God perform Hisself and do His duty and keep His Word, then no matter how many organizations or denominations tries to tear it down, he knows the rank and file of the enemy. Amen. He knows what to tell the congregation, a real watchman.</w:t>
      </w:r>
    </w:p>
    <w:p>
      <w:r>
        <w:t>39. If we have confessed that He is … we've been in His presence, and we have confessed our sins, they are blotted out the book of His memory. There's nobody but God could do that. Now, you can do anything to me, I'll forgive you, but I'll remember it. If I'd do anything to you, you'd forgive me, but you'll remember it. But God can forgive and forget it. Think of that, "…don't even remember it!" Amen. That makes me feel good. When it's not even remembered anymore, nothing can do it but God. Nothing but God can do that. He said He would blot it out of His book of memory. I can't do it, you can't do it. Because we've only got these little finite senses. But He's infinite, God, He can absolutely forget that it ever was done. Amen.</w:t>
      </w:r>
    </w:p>
    <w:p>
      <w:r>
        <w:t>40. A young lady come from a country church, and her father was an old-fashioned, shouting preacher, or member of the church. And so she moved into the city, and she got all mixed up with the women down there, got to acting like they did, and the fashions. And one day she was kind of ashamed for her papa and mama to come, or her father, rather, her mother was dead. So the old man, only thing he'd do, get up of a morning, eat his breakfast and get the Bible and read it, and cry and pray and shout all day long, and run up and down the room, and she was a little embarrassed about it. So then when all the time through the night, if he got ahold of the Bible, started reading it, he'd raise up out of the bed, and holler, "Glory to God! Hallelujah! Oh, glory to God!" Just stomp and cry half the night.</w:t>
      </w:r>
    </w:p>
    <w:p>
      <w:r>
        <w:t>41. So one day she was going to entertain her church members to a little tea party like they always have, you know, so she didn't know what she was going to do with her dad. After all, it was her daddy. So she decided she'd put him up in the attic, and say, "Daddy, you don't want to be around where these women are, do you?"</w:t>
        <w:br/>
        <w:t>Said, "No, I don't believe I want to do that."</w:t>
        <w:br/>
        <w:t>She said, "Well, we're going to have the church women up here today, and we're going to have a little meeting, a little prayer meeting. So I tell you, Dad, why don't you just go up in the attic?"</w:t>
        <w:br/>
        <w:t>Said, "I just believe I'll do that."</w:t>
        <w:br/>
        <w:t>So she said, "Read this nice book." And she gave him a geography. Took his Bible away from him so he'd keep quiet. So knowed if he read the Bible, why, he would go to making a lot of noise up there. So he was right up over them, you know, where they was having their party. So she give him the geography, said, "This is nice. You should read it, Daddy, because it tells you all the truth about the world."</w:t>
        <w:br/>
        <w:t>Well, said, "I'll be glad to read that."</w:t>
        <w:br/>
        <w:t>So said, "Now you go up there and keep real quiet till these women leave, and then I'll … you come back down and then you can do whatever you want to." He agreed to do it. So he goes upstairs, sits up there.</w:t>
      </w:r>
    </w:p>
    <w:p>
      <w:r>
        <w:t>42. And they was all having their tea party, you know, talking about so-and-so, and you know how it goes, having all that big time. And about that time something cut loose upstairs, all the screaming and jumping, and the plaster falling. The old man running up and down through the attic just as hard as he could go, jumping up and down, and hollering, "Glory to God!" Glory to God!" The women didn't know what happened up there, what they had upstairs. So directly down the steps he come, hard as he could go.</w:t>
        <w:br/>
        <w:t>She said, "Daddy, I give you a geography to read."</w:t>
        <w:br/>
        <w:t>Said, "Yes, I know it. You know," said, "I was reading in this geography here where there's places in the sea that ain't got no bottom in it." And said, "I read over here in the Bible yesterday, He said He put my sins in the sea of forgetfulness. Glory to God!" Said, "They're still going. They don't have an end, they just keep on going." That's right. And he was shouting about it. Well, that's right.</w:t>
      </w:r>
    </w:p>
    <w:p>
      <w:r>
        <w:t>43. God puts our sins in the sea of forgetfulness, blots them out, and they're as if they never did happen. Oh, my! Then we stand by the grace of God, through Jesus Christ our Lord, pure and holy, just as holy as He was, because He doesn't see me when I come up there, He sees His own Son. The only way He can see. Can't see me, because I'm in His Son, and He only sees His Son. Isn't that wonderful? We don't have to think about sins anymore, it's all gone, it's under the blood. Yes, sir. Don't have to worry about it anymore, it's all out of God's memory. He don't even remember it no more.</w:t>
      </w:r>
    </w:p>
    <w:p>
      <w:r>
        <w:t>44. Isaiah, that mighty prophet, when he confessed his sins, he said, "Woe is me, for I'm a man of unclean lips." A prophet! "I'm a man of unclean lips, and my congregation's unclean," see. The people I preach to, they're unclean. I'm unclean. And woe is me. But here comes a bunch of angels down from the glory of God, fanning back the clouds, and I look up there and see His train filling the whole heavens. And I watched these angels that's never knowed what sin was. They never even knowed what sin was, and they're in the presence of God, they got two wings over their faces, they got two wings over their feet, and they're flying with two wings, and they cry day and night, "Holy, holy, holy is the Lord God." Whew. That'd make you feel kind of unholy, wouldn't it? Now, what did he do? He said, "Woe is me."</w:t>
      </w:r>
    </w:p>
    <w:p>
      <w:r>
        <w:t>45. And when he confessed his sins and said, "Woe is me," the angel went over and took the tongs, picked up a coal of fire which represented the Holy Ghost and fire, and come over and laid it on the prophet's lips, and said, "I've cleansed you." Then the wings, a winnowing their way like that, moved away the curtains of time, and he heard God say, "Who will go for us?"</w:t>
        <w:br/>
        <w:t>But after he found out that there was a way to rid sin, God wanted somebody to go for Him, and he said, "Here am I, send me." He had been in the presence of God, and had confessed his sins, and been cleansed from his sins, and was ready for service. Amen.</w:t>
        <w:br/>
        <w:t>As the poet caught that, said, "Millions now in sin and shame are dying, listen to their sad and bitter cry. Hasten, brother, hasten to their rescue; quickly answer, 'Master, here am I.' "</w:t>
      </w:r>
    </w:p>
    <w:p>
      <w:r>
        <w:t>46. When I think of Africa, India, and around the world, millions of heathens screaming and crying for mercy, and who will go? Not pass them a tract, but bring them Jesus Christ. Somebody in His presence, like Moses, who could go down there and show them true deliverance. Not make them join a church, or shake hands and have a creed, but bring deliverance to their soul; some good godly man. Yes, Isaiah confessed his sins and was cleansed.</w:t>
      </w:r>
    </w:p>
    <w:p>
      <w:r>
        <w:t>47. After Jacob had wrestled all night, in confessing his sins, you remember the place he was? It was called Peniel, P-e-n-i-e-l, Peniel. The word "Peniel, in the Hebrew, means "the face of Almighty God." Jacob, the little shyster had run all … his name was "Jacob," which means "supplanter," that's deceiver, had run all of his life, away from God, but when he got one time in the presence of God at Peniel, in the face of God, he got ahold of God and wouldn't turn Him loose. God, we need more Jacobs. He held on to the face of God, in the presence of God, he stayed until it was sunup. God said, "Let me go, because the sun's arising." And he stayed in the face of God until sunup, but he went away justified and saved. Right.</w:t>
      </w:r>
    </w:p>
    <w:p>
      <w:r>
        <w:t>48. Oh, what a great thing it was, now, to know that he had wrestled through. He had seen signs of God, he had had dreams about God, but this was one time he was in the face of God, in the presence of God. Think of it, friends, now as we hurry up. In the presence of God, a man is changed. Jacob was changed. Now he could walk with God. Yes, he was a different man than what he was when he went up there. The battle was now over. Yes, sir. And he begin to build an altar. He hadn't been used to building altars, you know. But, I tell you, when you come in the presence of God, you want to build an altar somewhere. You want to find somewhere where you can pray. He built an altar. He was cleansed, and God had won.</w:t>
      </w:r>
    </w:p>
    <w:p>
      <w:r>
        <w:t>49. And Jacob was changed from Jacob, "supplanter," to "Israel---a prince, having power with God." That's what happened to Jacob. The supplanter, the deceiver, the unrighteous, the unholy, the deceiver, deceived his brother, stole the birthrights, as it was, from his brother, took a little dirty way of doing it, such a deceiver. He deceived his father-in-law. Put poplar sticks and made speckled calves, when the cows being pregnated, they'd come there, look at it, and the sheep … would see that speckled stick and make speckled cattle, give them birth marks. Deceiver, deceiving his own father-in-law. Deceived his mother, deceived his daddy, deceived his brother, but when he once got in the… He was a shyster. He was running everywhere he went, always on the run from God, he was on the run from his brother.</w:t>
        <w:br/>
        <w:t>But when he come into the presence of God, he recognized he was a sinner. What did he do? What did he do? He seen his opportunity. He had met something that he didn't even think about before, and he stayed there until all sins was gone. Oh, my! God got him in His own presence.</w:t>
      </w:r>
    </w:p>
    <w:p>
      <w:r>
        <w:t>50. God manages a way to get men in the presence, then they make their decision. Some of them run from Him, some run to Him. If they're predestinated to life, they believe it, they hang onto it. If they're not, they try to get away and say, "There's nothing to it," see. And that's the guy that's lost. "The guy that confesses his sin, shall have pardon. If you hide your sin, you'll not prosper." No.</w:t>
        <w:br/>
        <w:t>So Jacob when he … the next day, he met Esau his brother. He didn't need no help from him then. He didn't need his armies. He was in business building altars. He wasn't afraid of Esau no more.</w:t>
      </w:r>
    </w:p>
    <w:p>
      <w:r>
        <w:t>51. Psalms 16:8, David said, "I have set the Lord before me." That's a good thing to do. Psalms 16:8, "I have set the Lord before me." So, he could not be confused about it. He wanted to be conscious of His presence, so David said, "I have set the Lord always before my face. Now I, David, have set the Lord before my face, always to be conscious of God's presence." Wouldn't that be a good lesson for all of us tonight? Set the Lord before our face so we'll be conscious of His presence. Put Him first. Why? Put Him first, before you. Why? Then you won't sin when you are realizing that constantly you're in the presence of God. When you realize God's around, you watch what you say.</w:t>
      </w:r>
    </w:p>
    <w:p>
      <w:r>
        <w:t>52. A man, when he thinks God is gone, he'll cuss, he'll lust after women, he'll steal, cheat, lie. He'll do anything when he thinks that God don't see him. But bring him into the presence of God, he'll stop it right now, see. And David said, "I have put the Lord always before me." That's a good thing. No wonder God said he was a man after His own heart. Man will do everything when he thinks that God isn't near. But when he realizes that God's near, did you ever notice a sinner? Let a godly person walk up, he'll quit his cussing, if he's got any respects at all, see. He won't tell the dirty jokes that he would have told, see. See, he'll leave off that, because he knows that he's in the presence of God, 'cause God dwells in the tabernacle of His people, see.</w:t>
      </w:r>
    </w:p>
    <w:p>
      <w:r>
        <w:t>53. After David did this, he said, "My heart shall rejoice." I wish you'd read it, Psalms 16. "My heart shall rejoice and my flesh shall rest in hope. Why? My heart shall rejoice because I've got God before me all the time. And my flesh shall rest in hope; if I die, I'll be raised up again. For he'll not suffer his Holy One to see corruption, neither will he leave his soul in hell," see. When David put God before him, and was conscious that constantly he was in the presence of God. "Seek ye first the kingdom of God."</w:t>
      </w:r>
    </w:p>
    <w:p>
      <w:r>
        <w:t>54. Now listen, church, I love you. And I want you to listen to me now. As Brother McCulley used to say, I'm going to say something. Always put the Lord before you, and don't you do nothing that you wouldn't do in His presence, because He's watching over you, see. The Lord is encamped about those who fear Him. He just stays right near you. And He knows everything you're doing, and you must recognize that. When you start to tell a lie, don't do it, remember, God is listening at you. If you start to do a little cheat, don't you do it, God's looking at you. If you start to take His name in vain, don't do it, God's listening at you. Start to smoke a cigarette, He's watching you, see.</w:t>
        <w:br/>
        <w:t>We used to sing a song, "All along on the road to the soul's true abode, there's an eye watching you; every step that you take, this great eye is awake, there's an eye watching you." Remember, do like David, put the Lord always before your face. Then your heart will rejoice and your flesh shall rest in hope, for He promised it. Yes, sir. He knew that he would raise up because God had promised it. All right.</w:t>
        <w:br/>
        <w:t>When we come into His presence, we're changed, never to be the same. Look all down through the ages, of every walk of life, at man. Look at Abraham. You say, "Well, the changed life is just for ministers." Oh, no. The changed life is for everybody, see.</w:t>
      </w:r>
    </w:p>
    <w:p>
      <w:r>
        <w:t>55. Now, Abraham was a farmer, but when he heard God's voice speaking to him, and saw that vision, he was a changed man from that time on. He separated himself from his kindred from all his associates, and walked as a pilgrim and a stranger, in a strange land, the rest of his life, dwelling in tents, because he clearly confessed that he was seeking a city whose builder and maker was God. He knowed there was a God, and there was a city somewhere whose builder and maker was God. That's what Hebrews 11 tells us, that he was seeking a city that its builder and maker was God. He was a changed man, yet he wasn't nothing but a mere farmer. But he saw a vision and come into the presence of God, and he was a changed man from then on.</w:t>
      </w:r>
    </w:p>
    <w:p>
      <w:r>
        <w:t>56. Moses, he was a shepherd, but he was a changed man when he come into the presence of God. He was a coward, he was running from Pharaoh, with a whole army behind him. But with a stick in his hand, he went back and took the whole nation, see. Why? He come into the presence of God. He was a changed man, a shepherd.</w:t>
        <w:br/>
        <w:t>Peter, a fisherman, knowed nothing about fishing … or knowed nothing about God, only thing he probably knowed was how to catch fish. But when he come in the presence of God, and see the great creator who could create fish, when He told him to let down the net for the draw. There wasn't any fish there, he just pulled his nets up. But he said, "At Thy Word, Lord. I believe that You're the Son of God, and if I let down the net, You told me to do it at Your Word, because You and Your Word are the same, I'll let down the net." And when he begin to pull, he said, "Depart, Lord, I'm a sinful man." A fisherman, after Peter met Christ he was never the same anymore. He, afterwards, was so true to God, he was given the keys to the kingdom. Yes, sir.</w:t>
      </w:r>
    </w:p>
    <w:p>
      <w:r>
        <w:t>57. Paul, a self-styled Pharisee, educated and trained in all the religion that there was in the world in that day, one of the highest knowed scholars in the land. But when he come before that pillar of fire one day, the God that he had persecuted, ignorantly. He was a Pharisee, he didn't believe that God was a man. He knowed God was a pillar of fire, it led His people out of Egypt, it had been with them all along. But when He saw this pillar of fire, he fell on his face. And he heard a voice saying, "Saul, why persecutest thou me?"</w:t>
        <w:br/>
        <w:t>He said, "Who are you, Lord?"</w:t>
        <w:br/>
        <w:t>He said, "I'm Jesus." He was a man that said, "How have you been baptized?" He had been in the presence of God. He was a changed man from then on, he had been in the presence of God. It changes a man.</w:t>
      </w:r>
    </w:p>
    <w:p>
      <w:r>
        <w:t>58. Charles G. Finney, a lawyer, a great Philadelphian lawyer, but when he come into the presence of God he dropped his law study and become a mightiest preacher of this nation's ever had yet. [Blank spot on tape.]</w:t>
        <w:br/>
        <w:t>"We are praying that you'll receive the Holy Ghost."</w:t>
        <w:br/>
        <w:t>He said, "I got the Holy Ghost." Said, "I'm a preacher."</w:t>
        <w:br/>
        <w:t>Said, "Mr. Finney, you're a great man, and you got a great hold of the Word, but you need the Holy Ghost. We're praying for you." Sweet little women.</w:t>
        <w:br/>
        <w:t>So he went on, on. So every day he'd go out behind his office, his boss and all of them there he worked, and he'd go out of his law office and go out there to pray. And one day he was out there praying and he heard a brush break. He thought his boss was coming up, hunting him. He jumped up real quick. He was saying, "Lord God, I believe You." Stopped, brushed before he got … "Uhm! Uhm!" Raised up and said … looked around, see what it was broke the brush.</w:t>
        <w:br/>
        <w:t>And it was then he come in the presence of God. He realized that brush had broke for a purpose. He stood there, the tears running down his cheeks. He said, "Maybe them women's right. I'm ashamed for somebody to see me talking to my God, but I'd think it was an honor for somebody to see me talking to my boss. How much greater is my Lord than my boss!" Said, "Lord, forgive me and fill me with the Holy Ghost," started screaming and shouting. He was in the presence of God. He run downtown real quick to his office. He got to screaming so hard he had to go behind the door, said, "Lord, I'll bring disgrace upon You. Hide me back here till I get over this spell." Why? He had come in the presence of God. He was a changed man. The sermons that he used to preach, he preached them same sermons and souls came to the altar. See, he had been in the presence of God.</w:t>
      </w:r>
    </w:p>
    <w:p>
      <w:r>
        <w:t>59. Moody, a little old shoe cobbler, hardly knowed his ABC's. That's right. His grammar was poor. Somebody told him one day, "Your grammar is awful poor, Mr. Moody."</w:t>
        <w:br/>
        <w:t>He said, "But I'm winning souls with it."</w:t>
        <w:br/>
        <w:t>One day the newspapers, the editor went to writing the newspaper. He went over to see how could this man hold crowds of people under any conditions, little old guy, bald-headed, and everything, and had whiskers hanging way down, kind of pot-bellied. He was a horrible-looking man to look at. So this newspaper really give him a writeup, said, "I don't see what in the world that anyone would see in Dwight Moody." Said, "He's ugly, his voice is squeaky, he's got whiskers plumb down to his waistline, he's as bald-headed as a pumpkin." And said, "How in the world would anybody ever go to see anything in Moody?"</w:t>
        <w:br/>
        <w:t>So Moody's manager happened to see it, said, "Look, Mr. Moody, I'll read this to you." Moody couldn't read it himself. So he said, "I'll read you the editorial." And he read it.</w:t>
        <w:br/>
        <w:t>Moody just shrugged his shoulder, said, "Certainly not, they come to see Christ." That was all. Why? He had been in the presence of God. From making soles on shoes, for people to wear out; he shod the people with the gospel of the preparation of peace. Why? He was in the presence of God. Right.</w:t>
      </w:r>
    </w:p>
    <w:p>
      <w:r>
        <w:t>60. A little woman one time come in the presence of God, as guilty as she could be. In a moment when she realized that she was in the presence of God, every sin was forgiven and she was as pure and white as a lily. Oh, my! How many more I could call off here of people, time wouldn't permit.</w:t>
        <w:br/>
        <w:t>But I want to talk a little bit about myself. What could've been any lower than me? Where was I? Come out of a family of drunkards, come out of a family of murderers, come out of a family of bootleggers. And you know that, every one of you know it, you know what kind of a name we had here. People didn't speak to us on the street. I'd go downtown, start to talk to somebody, nobody would talk to me unless somebody wasn't around. They'd talk to me, somebody else come up, they'd leave me. And I'd stand there and cry, "No, this ain't so, it can't be so. This is wrong."</w:t>
      </w:r>
    </w:p>
    <w:p>
      <w:r>
        <w:t>61. But one day I come into the presence of God. He changed me and made me another kind of son. His grace brought me into His presence. I've never wanted to leave it. I've been in here now thirty-some-odd years, I don't want to leave it. I've got the assurance that I'll always be there. Even death itself will never separate me from His presence. No, I'll be with Him forever.</w:t>
        <w:br/>
        <w:t>When I seen His presence the first time, I cried like Isaiah, "Woe is me." Then He touched me with His grace. I was a changed person. The little renegade that used to get out here and carry on and everything, was changed, and since then I've been His child. Since then, I've desired to give my whole life for His service, only wish I had ten thousand more lives to give for Him. This one's getting pretty well wore out now, fifty-three years has passed. About thirty-three of those has been, or thirty-two of those has been in the gospel.</w:t>
        <w:br/>
        <w:t>I wish I had another thousand that I could spend. Why? When I once into His presence and realized that there was somebody who loved the unlovable, there was somebody loved me when no one else did, there was somebody who cared for me when no one else cared. I put my arms around His cross, I embraced it to me, and me and Him become one then. And from then on I've loved Him. He stained my bosom and my heart with His blood, by touching me and forgiving my sins, and I'm happy tonight to be one of His. I never desire to leave this heavenly place, though the tempter to persuade me oft has tried; but I'm safe in God's pavilion, and happy in His love and grace, and I'm living on the hallelujah side. My! It makes my heart rejoice.</w:t>
      </w:r>
    </w:p>
    <w:p>
      <w:r>
        <w:t>62. I'm recommending Him to every weary person. I'm recommending Him to you that have no hope. You that's never been in His presence, the only thing you have to do is confess your sins and realize that you're wrong, and God has that angel ordained tonight, called the Holy Ghost, that'll take all your sins away. Then you'll cry, "Lord, here am I, send me." Then you'll raise your hands and sing, "I will praise Him! I will praise Him! Praise the Lamb for sinners slain. Give Him glory, all ye people, for His blood has washed away each stain." I love Him. Don't you? Living in His presence!</w:t>
      </w:r>
    </w:p>
    <w:p>
      <w:r>
        <w:t>63. I come to the pulpit here this morning, feeling so bad and so sick from… I was down in Kentucky last week with some personal friends of mine sitting here. If I stayed down there very long, they'd kill me, they sure would, with kindness, some of the best cooks I ever knowed in my life. And when I get to my capacity, is done overloaded, "Brother Branham, won't you have some of this?" And it's just so good, I just try to poke it down. I got so full I just couldn't even move. I couldn't sleep, I had to get out and walk around a while. And I wasn't feeling very good when I got in here this morning. But once when I come into His presence, that settled it. That settled it, it all vanished away then. That's right. Oh, to live in His presence!</w:t>
        <w:br/>
        <w:t>I will praise Him, I will praise Him.</w:t>
        <w:br/>
        <w:t>Praise the Lamb for sinners slain;</w:t>
        <w:br/>
        <w:t>Give Him glory all ye people,</w:t>
        <w:br/>
        <w:t>For His blood has washed away each stain.</w:t>
        <w:br/>
        <w:t>Let's bow our heads now. [Brother Branham begins humming.]</w:t>
        <w:br/>
        <w:t>For He's done so much for me.</w:t>
        <w:br/>
        <w:t>He's forgiven my transgressions,</w:t>
        <w:br/>
        <w:t>And His blood has washed my sin.</w:t>
        <w:br/>
        <w:t>I will praise Him, I will praise Him.</w:t>
        <w:br/>
        <w:t>Praise the Lamb for sinners slain;</w:t>
        <w:br/>
        <w:t>Give Him glory all ye people,</w:t>
        <w:br/>
        <w:t>For His blood has washed away each stain.</w:t>
        <w:br/>
        <w:t>[Brother Branham hums.]</w:t>
      </w:r>
    </w:p>
    <w:p>
      <w:r>
        <w:t>64. Now if you're in here tonight… And I know His presence is here. Standing in there awhile ago, to a little Church of God girl, the Holy Spirit moved in upon me when I was praying for that little child. The parents had come down from the Anderson Church of God campground. And the overseer over there, knowing the child, the doctors said it's got to die right away, with leukemia. The sweet little girl, in her last stages now. She come back there and held her little hand out to me, it all swelled up, with needles and things been in it, blue. I looked upon her, I saw a vision. The parents had just been reading a book out there. They knowed nothing about it. The general overseer at the camp up there told them, said, "Bring the child down here." They wanted to come back when we had a healing service. And I said, "Bring the child now," felt led.</w:t>
      </w:r>
    </w:p>
    <w:p>
      <w:r>
        <w:t>65. When I was standing right in there, the Holy Spirit went right back and brought out the history of the child. Told all about why it happened, what they'd done. Told the little girl's ambition, was to be a piano player. And that mother just almost screamed out. And that daddy said, "That's the God's truth." Sitting right there in the car now listening to it, couldn't get in, sitting out there listening to it now.</w:t>
        <w:br/>
        <w:t>There come a big veil of a shadow hanging over the child. And I said, "Satan, you are defeated. You're no respect of person, God. And by the power of Your resurrection, and as Your servant, I drive this devil from the child." A big bright light flashed over the top of her, it was over. Amen. What? Sure, He's worthy of all praise!</w:t>
      </w:r>
    </w:p>
    <w:p>
      <w:r>
        <w:t>66. He knows all things. He knows your heart. And you know what you're thinking; He does, too. If there's a little sin hanging on you tonight, and you wouldn't want to go in the presence of God with that on you, would you once more raise up your hand and say, "Brother Branham, pray for me, I want to be in His presence at that day, guiltless." God bless you. Many hands, God sees it. In His presence.</w:t>
        <w:br/>
        <w:t>Now I'll tell you what you do. Now just listen closely. Do like David did, put the Lord before you right now. Put the Lord between you and that sin, whatever that little besetting sin is. It might be lying, might be stealing, it might be evil thinking, it might be temper, might be drinking, might be smoking, might be gambling. I don't know what. It might be lust, it might be anything. I don't know what it is. Whatever it is, put the Lord before you. And then your heart will rejoice, and your flesh shall rest in hope, for you know that Christ promised He'd raise up again in the last days. When He comes forth, we'll come in His likeness. Won't you do it now, while we pray?</w:t>
      </w:r>
    </w:p>
    <w:p>
      <w:r>
        <w:t>67. Our heavenly Father, a little chopped up message by a tired, weary servant, but just thinking on the subject of "dwelling in the presence of God." And we see tonight the effect that it's taken upon holy men to come into Your presence, what effect it had upon them. Sages, great powerful prophets ordained by God, and sent to preach the Word, and yet meet Him face to face and fall to the ground like a dead man. What are we going to do at that day, Lord? We've thought it over. We've been thinking it. Some forty or fifty hands has been thinking it, Lord, for they just raised their hands, or hearts beneath the hand, has been thinking about meeting Him since we've been speaking. What would they do if they had to meet Him?</w:t>
      </w:r>
    </w:p>
    <w:p>
      <w:r>
        <w:t>68. My hand, Lord, is up. What will I do? Now, Father, I've got many things that I do wrong. I've just confessed my sin this morning before the church, as I confessed it to You on top of the mountain. The other morning when it was blowing and snowing, up there on top of the mountain, to how I cried out and asked You to forgive me for my stupidity. And how I dreaded to come before my brethren, who some of them regard me as Your prophet-servant. And, Lord, how I hated to come before them and tell them of a stupid act that I would do a thing like that, but, God, it's good for my soul that I confess my sins and not hide them. So to be honest with You, and right before the people, I have confessed it, Lord. I'm wrong, I'm altogether wrong. I pray forgiveness.</w:t>
      </w:r>
    </w:p>
    <w:p>
      <w:r>
        <w:t>69. And then, Father, I've been dilatory about serving You, many times maybe I could have went longer when I didn't do it. Father, I confess my sins. I want the angel of God to cleanse me from that, by the blood of Jesus. Other hands went up tonight. Some of them maybe has never asked forgiveness before; but I'm sure of this one thing, if we'll confess our sins, God will blot them out, put them in the sea of forgetfulness and never remember them no more.</w:t>
        <w:br/>
        <w:t>And, Father, as I confess mine, about misbehaving before them people, I didn't carry on myself like a servant of Christ. I was afraid that man might be angry with me and think… I didn't want to hurt his feelings, but I didn't think of what I was doing to You, Lord, and I pray that You forgive me. And now, Father, I know that if I ask forgiveness I have forgiveness, and You've put them in the sea of forgetfulness, and You'll never remember that no more. God, I'm thankful for that.</w:t>
      </w:r>
    </w:p>
    <w:p>
      <w:r>
        <w:t>70. And I pray that You'll let every person here, that has sin or besetting sin of anything before them, may they remove it and put the Lord before them like David did. For now we cry out, "Woe is me, for I have seen the glory of God. I'm a man of unclean lips, or a woman or girl of unclean lips, boy or something." Whatever we might be, we're unclean, and we ask for the blood of Jesus Christ, the appropriated sacrifice, to cleanse us from all sin, that we might ever dwell in His presence.</w:t>
        <w:br/>
        <w:t>Let us go from here tonight with our hearts rejoicing, and our flesh resting in hope, knowing this, that when Jesus does come, we'll be raised with Him in His likeness, and shall meet Him in the air, in the rapture, when the countdown is finally over. We see the seventh church age is already counted out, and we're ready now to take off.</w:t>
        <w:br/>
        <w:t>We pray, God, that before You close the door, if there be one here tonight has never come in, may they hurry in real quick, for we feel that the door of mercy, between mercy and judgment, is being closed. Those who will accept mercy will step in. Those who will not come in will have to suffer judgment. God closes the door. May there not be a door closed tonight to every one of these confessing sinners. May we all have pardon and mercy. In Jesus Christ's name.</w:t>
      </w:r>
    </w:p>
    <w:p>
      <w:r>
        <w:t>71. And now, Father, for the sick and the afflicted, for those who are needy, I pray that Your grace will supply all that they have need of. May they step into Christ, into His presence. Place Christ, Christ, the promise, " 'He was wounded for my transgression,' that's my sins. 'With his stripes I am healed,' then I place the Lord before my sickness. 'He's on my right hand, and I shall not be moved,' then I walk boldly on, confessing that I am healed. 'By his stripes I am healed.' " Grant it, Lord, to every one of them. And we know that if we confess with our hearts, or with our lips, and believe in our hearts, then we have our desire.</w:t>
        <w:br/>
        <w:t>You said, "When you say anything, believe it comes to pass, you can have what you've said." We believe that, Father, and believe that You'll cleanse us from all of our sins, and heal all of our sickness, and give us grace, Lord, to serve You.</w:t>
      </w:r>
    </w:p>
    <w:p>
      <w:r>
        <w:t>72. Be with these people. Many of them are going to travel the dark roads tonight. Many of them will travel many miles. Don't let nothing happen to them, Lord. They come across the country to sit here to listen to the Countdown, to see how close we was to the end time. Now I've asked them to go away, placing God before them, always before them, before anything else. Before their trip, before their move, before their … before they get up, after they go to bed, always before they sleep, wherever it is, put God first! "For He is on my right hand, and I shall not be moved." Then may their hearts rejoice, to know that they have what they've asked for, because God promised it, and their flesh shall rest in hope. Grant it, Lord, for we ask it in Jesus Christ's name. Amen.</w:t>
        <w:br/>
        <w:t>I will praise Him, I will praise Him,</w:t>
        <w:br/>
        <w:t>Praise the Lamb for sinners slain;</w:t>
        <w:br/>
        <w:t>Give Him glory all ye people,</w:t>
        <w:br/>
        <w:t>For His blood has washed away each stain.</w:t>
      </w:r>
    </w:p>
    <w:p>
      <w:r>
        <w:t>73. Now do you believe you have placed the Lord between you and your sin, between you and your sickness, between you and your fault, between you and your ways? "The Lord is always before me, and I am in His presence. The next time I start to light a cigarette, the Lord is before me. The next time I start to lust, the Lord is before me. The next time I start to tell anything wrong, the Lord is before me. The next time I start to say a bad thing, the Lord is before me. And I shall not be moved. Amen. I'll live in His presence each day, with my dealings, each day with my talk. I'll walk as if the Lord is before me, because tonight I've put Him before me. I shall not be moved." Do you love Him?</w:t>
      </w:r>
    </w:p>
    <w:p>
      <w:r>
        <w:t>74. Now, let us stand up now. Oh, I just feel real good. I just feel like I don't want to go home. And you know it's only about twenty-five minutes till nine, I'm about two hours early. Isn't it wonderful? Oh, my! But now as we leave, let's remember, we must take the name of Jesus with us, as a shield from every snare. And when temptations 'round us gather, to try to keep us… Remember that, just breathe that holy name in prayer.</w:t>
        <w:br/>
        <w:t>Take the name of Jesus with you,</w:t>
        <w:br/>
        <w:t>Child of sorrow and of woe;</w:t>
        <w:br/>
        <w:t>It will joy and comfort give you,</w:t>
        <w:br/>
        <w:t>Oh, take it everywhere you go.</w:t>
        <w:br/>
        <w:t>Precious name (precious name), O how sweet!</w:t>
        <w:br/>
        <w:t>Hope of earth and joy of heaven;</w:t>
        <w:br/>
        <w:t>Precious name (precious name), O how sweet!</w:t>
        <w:br/>
        <w:t>Hope of earth and joy of heaven;</w:t>
      </w:r>
    </w:p>
    <w:p>
      <w:r>
        <w:t>75. How many enjoys our pastor, Brother Neville? Aren't you thankful to the Lord for a good, honest, everyday man? Believes the gospel, and he's doing such a wonderful job by obeying the commandments of God, and preaching the Word and keeping this great spiritual atmosphere in the church all the time. Remember, I've come down the East Coast, went across the South, and up the West Coast, and through Canada, and I haven't met one church that's as spiritual as this church right here. They've gone to seed, either fanaticism, or either went off on tantrums, or either so cold they just can't be moved. That's all. Now, do you love one another? Oh, shake hands with each other, and say, "Praise the Lord!" [Brother Branham shakes hands with the people.]</w:t>
        <w:br/>
        <w:t>Take the name of Jesus with you,</w:t>
        <w:br/>
        <w:t>As a shield from every snare;</w:t>
        <w:br/>
        <w:t>When temptations 'round you gather,</w:t>
        <w:br/>
        <w:t>(What do you do?)</w:t>
        <w:br/>
        <w:t>Breathe that holy name in prayer.</w:t>
        <w:br/>
        <w:t>Precious name (precious name), O how sweet!</w:t>
        <w:br/>
        <w:t>Hope of earth and joy of heaven;</w:t>
        <w:br/>
        <w:t>Precious name (precious name), O how sweet!</w:t>
        <w:br/>
        <w:t>Hope of earth and joy of heaven;</w:t>
      </w:r>
    </w:p>
    <w:p>
      <w:r>
        <w:t>76. Let us bow our heads now. Real softly, let's not forget that now. Let's sing that verse again.</w:t>
        <w:br/>
        <w:t>Take the name of Jesus with you,</w:t>
        <w:br/>
        <w:t>(What for?) For a shield from every snare;</w:t>
        <w:br/>
        <w:t>(When Satan tries to snare you.)</w:t>
        <w:br/>
        <w:t>When temptations 'round you gather,</w:t>
        <w:br/>
        <w:t>(What do you do?)</w:t>
        <w:br/>
        <w:t>Breathe that holy name in prayer.</w:t>
        <w:br/>
        <w:t>("For the Lord is before my face,</w:t>
        <w:br/>
        <w:t>I shall not be moved!")</w:t>
        <w:br/>
        <w:t>"Precious name (precious name), O how sweet!"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