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Philadelphian Church Age</w:t>
      </w:r>
    </w:p>
    <w:p>
      <w:r>
        <w:t>Date: December 10, 1960</w:t>
      </w:r>
    </w:p>
    <w:p>
      <w:r>
        <w:t>Location: Jeffersonville, Indiana, USA</w:t>
      </w:r>
    </w:p>
    <w:p/>
    <w:p>
      <w:r>
        <w:t>1. …brother went and got me a big hot cherry pie. I tell you, it pays to hint. What about that, Brother Neville? There he is, see. Looks like cherry pie's kind of a favorite. It's really good. Just like I say about… When you eat cherry pie, now, sometimes you run into a seed. Now, I don't throw the pie away. I just throw the seed away, and keep on eating cherry pie. That's the way I want you to do about these messages. When you run, go right along with me. When you hit something, you can't digest it just right, why, well, just don't throw the whole thing away. Just throw that part away, the seed, and just keep on eating pie.</w:t>
        <w:br/>
        <w:t>When you … do you like chicken, fried chicken? Nearly everybody does. Well, then, when you eat chicken, you hit the bone, you don't throw the chicken away; you just throw the bone away. Isn't that right, Pat? Just throw the bone away, keep on eating chicken.</w:t>
        <w:br/>
        <w:t>Well, we're happy because that we can eat food that doesn't have a bone or a seed in it. Wafers came down from heaven called manna, covered all over with the sweetness of heaven. You know, I believe it was David one time said, "It tastes like honey in the rock." I believe the poet said it was honey in the rock. "Oh, my brother, have you tasted…?" See, tastes like honey in the rock. "Honey in the rock, my brother." That's the way it is.</w:t>
      </w:r>
    </w:p>
    <w:p>
      <w:r>
        <w:t>2. Now, you know, I wondered one time what that meant, "honey in the rock," and I thought, "Well, it's perhaps they found a beehive one time in a rock." But come to run it down, I got a little inspiration on it---not at that time I was looking for it, but later on. I found out that each one of them shepherds that had sheep … there's something about, you know…</w:t>
        <w:br/>
        <w:t>Our bodies are made up out of the dust of the earth. Every living thing come from the earth. And there was … these shepherds believed that lime helped the sheep, when it would have something wrong with it, you know, sick, or something or another. They wanted it to lick on a rock. You've seen sheep do that---go lick on the rock. And to get the sheep to lick on the rock, they'd pour some honey on the rock. Then the sheep would go to licking the honey, and then get the rock too, you see, when he was licking the honey.</w:t>
      </w:r>
    </w:p>
    <w:p>
      <w:r>
        <w:t>3. Well, we got a whole scrip bag full of honey here. We'll put it on the rock. Not on any church; on the rock, Christ Jesus. And you sheep go to licking now, and you'll sure get well right away. All the sin troubles will be gone away, when you lick the rock. That's all you have to do. Something about a rock that's got healing to it---healing.</w:t>
        <w:br/>
        <w:t>In the days gone by, before they had the rabies shots, they used to have what they called the mad stone. When a person'd get bit by a mad dog, why they'd put him on this mad stone. And now, if the mad stone… If he stuck to the mad stone, he got well. If it didn't stick, then the patient's too far advanced. It would die.</w:t>
        <w:br/>
        <w:t>So that's the way it is today. The worst bite that I know of is not a mad dog, but the devil. And we got a stone for that: Rock of Ages. Just hold on to it. As long as you hold on, you'll get well. And don't never turn loose and back up. Just keep on holding on. Stick to it, and you'll get all right.</w:t>
      </w:r>
    </w:p>
    <w:p>
      <w:r>
        <w:t>4. Now before we go into our night's lesson… And we want to stand just a moment, if we can, for a word of prayer. You're not Robert Daugherty's sister, are you? She called me yesterday, I believe it was, and was talking about she wanted prayer, and I didn't know… You looked something like her. I didn't know whether you was her or not. I seen you here last evening.</w:t>
      </w:r>
    </w:p>
    <w:p>
      <w:r>
        <w:t>5. Now how many wants to be remembered before God, or wants God to remember you, rather, just…?</w:t>
        <w:br/>
        <w:t>Our heavenly Father, as our little song leader up in Chicago used to sing, "Remember me when tears are falling down." Lord, remember me now. In the hour of death, and all down through life, we want you to remember us, Lord. Remember us not as sinners, as what we are; but we want You to remember us as confessed Christians, that we've accepted Jesus Christ, Thy Son, and our Saviour for our … to be our propitiation for our sins; that we know that that's the only chance that we have---the only road, the only means of salvation. It's not through any church, or through any other mechanical devices, or any organization; but through Jesus Christ, and Him alone.</w:t>
        <w:br/>
        <w:t>So we approach in His name tonight, asking that You'll bless us as we congregate ourselves together to study Thy Word, and to know what You have for us in store for tonight; that we might build up our spiritual bodies to a lively church---a church where You could live, and walk in and feel comfortable, walking among Your people---telling us what to do, and know that we'd do it right away.</w:t>
        <w:br/>
        <w:t>And we love You, Father. But we know we're not quite in condition yet, that You can speak through us just like You wish to. So we pray that You'll circumcise---that is, cut off---all this foolishness, all the surplus flesh away from us tonight, that we might be wholly dedicated to Thee, that Thou could use us at any time.</w:t>
        <w:br/>
        <w:t>And we pray that that time will be tonight, Father, that You'll use us to bring forth these nuggets out of the Bible, and polish them off and let the people see the reflection of Christ in this great church age. We ask it in Jesus' name. Amen.</w:t>
      </w:r>
    </w:p>
    <w:p>
      <w:r>
        <w:t>6. Now, we've had the church ages now, on down, until tonight's church age is the sixth church age---tomorrow night finishing up the church ages, taking one each night Monday through Sunday. And tonight the church age is called the Philadelphian Church Age. And the star, or the messenger, angel messenger to that church age we believe solemnly, with all of our heart, to be John Wesley.</w:t>
        <w:br/>
        <w:t>The church age began at 1750, when the Lutheran church age went out, and lasted up to somewhere in 1900, around 1906 A.D., the Wesleyan church age---and then issued in from that to Laodicea.</w:t>
        <w:br/>
        <w:t>And now the age is the age … church age of brotherly love, the great missionary age, and the open door age. And the reward was a pillar, "made a pillar," and the revelation of three names: the name of God, the name of the city of God, and God's new name, is the revelation that was given to this church, this age. And now the church… This age begins in Revelation 3:7, down to the 13th verse, and the 13th verse inclusive: Revelation 3:7 to 13.</w:t>
      </w:r>
    </w:p>
    <w:p>
      <w:r>
        <w:t>7. Now, we've been reviewing these a little bit at nighttime, going back. And the church age, first, was the Ephesian church age. Can anybody say right off who the angel, or the light, was? Minister of that church age? Paul, the Ephesus church age, A.D.55 to 170. The reason I picked up 55, that's when he started his missionary journey, and it was then when he established the Ephesian church, and the different churches along there.</w:t>
        <w:br/>
        <w:t>All right, the second church age was the Smyrna. Can anyone remember what the angel of that church age was, any of the class? Irenaeus is right. All right. It was 170 to 312. The third church age was the Pergamos church age. Can anybody remember, in the class, who was the saint of that church age? St. Martin is right, from 312 to 606.</w:t>
        <w:br/>
        <w:t>And then the next church age was Thyatira. Can anybody remember the saint and the messenger angel of that age? Columba is right. And that's 606 to 515 [1520]. The next was Sardis church age, which was last night. And anybody… 'Course you know what the angel of that church age was. Remember? Martin Luther. And then his was 1520 unto 1750.</w:t>
        <w:br/>
        <w:t>And tonight we're on the Philadelphian church age which is John Wesley, the messenger of that day, from 1750 to 1906 A.D. And it's the age of brotherly love.</w:t>
        <w:br/>
        <w:t>Now, we find out that each one of these churches, church ages, expressed the characteristic of that church. It told what the church was, and the characters of the church---the characteristic, rather, of the church.</w:t>
      </w:r>
    </w:p>
    <w:p>
      <w:r>
        <w:t>8. Now, last night was Martin Luther.</w:t>
        <w:br/>
        <w:t>In these I am… The reason I'm getting this, and the boys are putting it on tape… I'm studying all day long. And you say, "All day long, on just what little history you give here?" No. The historical points will go in the book, see. This here … reason to get here, is to get these things pulled out by the inspiration from before you people, where we gather together, to get the inspirational part of it.</w:t>
        <w:br/>
        <w:t>The history, I can read that out of the book. But this is where I'm looking for the inspiration. Then we pick it up from the tape. Then we got the … we got… In the book, then, we'll have both the historical data of it, and also the inspiration that the Holy Spirit has give us while we're together here, this heavenly places in Christ Jesus. And I believe it ought to make a striking little commentary on these church ages. And the Lord grant His blessings to it.</w:t>
      </w:r>
    </w:p>
    <w:p>
      <w:r>
        <w:t>9. Now, the … last night, the church age being the Sardis church age, was … really, in the Greek was called, "the escaped one," but I believe, in the English translation is, "dead." Now, it was both a dead church and an escaped one, because it was the church that had died under the papal reign in the 1500 there, or 1520, of the great papal reign which we call the "Dark Ages," where Christianity was at the lowest ebb it ever has been, or ever will be ---even in the Laodicean church age.</w:t>
      </w:r>
    </w:p>
    <w:p>
      <w:r>
        <w:t>10. Now, there's one of the striking things, so keep bearing on your mind that these church ages start, and whatever is in that one church age, it goes all the way down through every church age; and each one of the church ages lap over one another. If you study the history close with the book you'll find out. It's like laps like this, laying over each other. And one church age is going out, and the angel that comes in between there is to call back that church to the faith that it once lost. It's always been.</w:t>
        <w:br/>
        <w:t>Look at Jude, the last book in the Bible, see, till you hit the Revelation there. Jude said, "I wrote unto you that you might earnestly contend for the faith that was once delivered to the saints," the lapping over between the apostles, and the coming of the Revelation; because most apostles were dead then, see---was gone on. One living at that time---that was St. John the divine, which is the revelator, or the writer, that got the revelation from the angel of the Lord, to write the book of Revelation.</w:t>
      </w:r>
    </w:p>
    <w:p>
      <w:r>
        <w:t>11. Now, see, they lap over one another. So now you… I guess you've noticed that, and picked it up coming down, as I've been mentioning how that even here in the Sardis age---that was the marriage age. Actually, the church never really come into full existence until Thyatira, but it got married in Sardis. And Sardis means being … a marriage.</w:t>
        <w:br/>
        <w:t>Now, if you notice, it married here, then lapped over into that age there. And you notice Luther, last night, come out with a "dead" name, a name of "dead," and then "escaped one." See, it had the dead church from back here, and the escaping of the little remnant that was brought out in this age here.</w:t>
        <w:br/>
        <w:t>And tonight as we're ending up the Philadelphian age, it's bringing in the beginning of the Laodicean age.</w:t>
      </w:r>
    </w:p>
    <w:p>
      <w:r>
        <w:t>12. Then tomorrow night when it goes out of the… Just at the end, you notice the angel appears right at the end-time, and just at the end-time to rebuke the church for losing its first love, and how it's got away from God like they did down through there, the ages. And at that time, the rapture comes to take the church home. The church goes up just at the time of the message. And so we are nearing that age now. Did you get that? All right, see.</w:t>
        <w:br/>
        <w:t>Just at the time the angel of the church, the messenger of the age, comes in to rebuke them for losing their first love, trying to bring them back (same thing the messenger does tonight)… The angel messenger comes back to rebuke them each age like that, for what they had done. So that makes a lapover in each one of the church ages. Just lap right over one another like that, like climbing up a step. It's laying in laps like that, going up.</w:t>
      </w:r>
    </w:p>
    <w:p>
      <w:r>
        <w:t>13. Now. I got just a short piece of history here on the messenger for tonight, John Wesley. John Wesley was the star of the age, and he was born on June the 17th, 1703, in Epworth Rectory, England. He was the fifteenth child of nineteen---John and Susanne Wesley, father and mother. Father, a preacher; mother, a consecrated saint.</w:t>
        <w:br/>
        <w:t>Although with nineteen children to take care of, she found much time through her busy day to teach her children Bible lessons, and Bible stories and pray for them. That's what made the boys what they were: the great songwriter Charles, his brother, who gave the world some of the most inspiring songs we've ever had;</w:t>
      </w:r>
    </w:p>
    <w:p>
      <w:r>
        <w:t>14. John, an associate of George Whitefield. John Wesley and George Whitefield was really the first founder of this Methodist … or the sanctification…</w:t>
        <w:br/>
        <w:t>John rose up early every morning. For sixty years he got up every morning at four o'clock. That's one thing the church has fallen from. Got up every morning at four o'clock, and preached at five a.m. for fifty years straight. And sometimes he preached from two to four times a day.</w:t>
        <w:br/>
        <w:t>It is said by people of England that he rode a horse forty-five hundred English miles every year to preach the gospel---forty-five hundred miles on a (That's English miles. You know they're longer than ours.) … to preach the gospel.</w:t>
      </w:r>
    </w:p>
    <w:p>
      <w:r>
        <w:t>15. Many books of his … was wrote of slander about him in his day, slandering him, making fun of him. But they've long been forgotten now. So has their authors. You can't do nothing against a child of God, and get by with it. You're just fighting the air. God's going to take them right on through, anyhow.</w:t>
        <w:br/>
        <w:t>He was called a Methodist because of his methods of doing things. It is said in his lifetime that he preached more than forty thousand sermons. Think of that! Forty thousand sermons. Soon after his going away in 1791, the Methodist denomination took its roots in the world and started the Methodist church. Then, of course, Asbury, and many more were in at the time.</w:t>
      </w:r>
    </w:p>
    <w:p>
      <w:r>
        <w:t>16. Now, if we notice the salute to this church---as we're going to start now on the 7th verse---the messenger of Philadelphia, the true church, in the … a true church in the professing church. It was a true church in the professing.</w:t>
        <w:br/>
        <w:t>…to the angel of the church of Philadelphia write;…</w:t>
        <w:br/>
        <w:t>I have called your attention to the lapping over, each one, now. Now, you'll get here, the angel… If you'll watch the way he brought in the age of the … Methodist age lapping on, and run over into a little bit of the Philadelphian … or, to the Laodicean, Pentecostal, age. Then tomorrow night, the Pentecostal messenger comes back to rebuke these for falling, just as this age rebuked them from falling back here in Sardis (the Lutheran age), the lapover.</w:t>
      </w:r>
    </w:p>
    <w:p>
      <w:r>
        <w:t>17. Brotherly love. It was a great age of missionaries and missions. The world has never seen the time---it even goes over into our time now---that when the world ever seen such a time of missionaries everywhere. In the last … oh, I'd say the last 150 years, it's been one of the most outstanding times of world history, for missionaries getting into all parts of the world with the gospel. It has been…</w:t>
        <w:br/>
        <w:t>As far as literally, as literally just going, sending the message of the gospel on paper and tracts, and books, and so forth, the gospel has long ago went to every nation under the heavens, long ago. So you see, that goes to prove that that wasn't what Jesus was talking about. He never said, "Go into all the world and make Bible schools." Neither did He say, "Go into all the world and pass out literature." Those things are fine,</w:t>
      </w:r>
    </w:p>
    <w:p>
      <w:r>
        <w:t>18. but His commission to the church was, "Go into all the world and preach the gospel." And the gospel is not altogether the Word, but it's making the Word come to life, see, because Jesus said, immediately, "These signs shall follow them that believe."</w:t>
        <w:br/>
        <w:t>You know, Mark 16, His last mission to the church was, "These signs shall follow them that believe." His first commission to the church, in Matthew, the 10th chapter, was, "Heal the sick, raise the dead, cast out devils: as freely as you have received, freely give." And His last message to the church was, "Go into all the world and preach the gospel to every creature. He that believeth and is baptized shall be saved, he that believeth not shall be damned, and these signs shall follow them that believe."</w:t>
        <w:br/>
        <w:t>Isn't it strange that many cut off that part there? "And" is a conjunction that ties your sentence together, see. Now, He said… Many ministers will say, "Go preach the gospel. He that believeth, and is baptized shall be saved, and he that believeth not shall be damned."</w:t>
        <w:br/>
        <w:t>"And these signs shall follow them … shall follow them [them!] that believe. In my name they shall cast out devils. They shall speak with new tongues. If they take up serpents, or drink a deadly thing, it'll not harm them: if they lay their hands on the sick, they shall recover."---signs of the living God moving among the people. Oh, how far now? "To all the world." Do you get it? All the world.</w:t>
      </w:r>
    </w:p>
    <w:p>
      <w:r>
        <w:t>19. So therefore, when I say that the Pentecostal message (not the Pentecostal organization, now), the Pentecostal message is the only true message from God… Now, look, Mark 16, if you're reading it there. All right, right here Jesus commissioned His church: "Go into all the world; preach the gospel. These signs---speaking in tongues, healing the sick, performing miracles---will last till…" How far? "All the world." How many? "To every creature." That's all the way down to the end here, "to the consummation." All right. These signs shall follow just this church? "…them that believe in all the world. All the world, to every creature, these signs shall follow them." Not "this"; "them" that believe. So it's a Pentecostal church, see?</w:t>
      </w:r>
    </w:p>
    <w:p>
      <w:r>
        <w:t>20. Now, we have took in this age right here, where we're at tonight, on the Philadelphian---P-h-i-l … the Philadelphian Church Age. In that age there, evangelize and have missionaries, all the complete world with literature.</w:t>
        <w:br/>
        <w:t>Jesus said, "When this gospel is preached---this gospel is preached---to all the world for a witness unto me, then the end shall be." Well, then if that was what He was talking about---spreading out literature, sending out missionaries with reading, writing, arithmetic, and passing out tracts, and making people shake hands and believe that there is a God---if that's all it was, then He's far past His coming. So it shows that the gospel…</w:t>
        <w:br/>
        <w:t>Paul said, "The gospel didn't come in word only, but through power and manifestation of the Holy Ghost." Then when Jesus said, "Go into all the world and preach the gospel," He said, "Go into all the world and demonstrate." Oh, I like that. Demonstrate the power of the gospel: taking the Word that what it says, and show the people what it says, and then make it manifest to them. Oh, that's the way that proves it.</w:t>
      </w:r>
    </w:p>
    <w:p>
      <w:r>
        <w:t>21. Oh, when great Morris Reedhead, standing there in my room that day, president of Sudan Missions, biggest in the world, when he said, "Brother Branham, you being a Baptist, you ought to know what's truth," I said, "The Bible's the truth."</w:t>
        <w:br/>
        <w:t>And he said, "Well," he said, "what's these Pentecostals got?"</w:t>
        <w:br/>
        <w:t>I said, "The Holy Ghost," see.</w:t>
        <w:br/>
        <w:t>And so he said, "Oh, I seen them tear up the furniture, and kick over the stuff."</w:t>
        <w:br/>
        <w:t>I said, "Yep. The only thing it is, is you guys hold yourself back, and isolate yourself away from them." They got plenty of steam. They'd make the wheel roll, and do something, but they blow it all out the whistle, you see. I said, "If they'd just put her down here, they'd have signs, wonders, and miracles, and everything. But they don't know what to do with it. It's got to go somewhere, so they just scream it out. Blow it out." I'd rather be blowing it out than holding it, and not have any steam to blow out. Wouldn't you?</w:t>
        <w:br/>
        <w:t>Like the old fellow used to say, "I'd rather be afraid of a little wild … I'd rather have a little wild fire than have no fire at all."</w:t>
      </w:r>
    </w:p>
    <w:p>
      <w:r>
        <w:t>22. The trouble of it today, we try to paint a fire, say, "You know, way back in the days of Pentecost they did this." Now, what good does it do to show a freezing man that's freezing to death a painted fire? It ain't going to help him a bit. No. He's got to have the fire himself.</w:t>
        <w:br/>
        <w:t>And if there's a power of God that makes the Pentecostals work for the Lord, and do the works and signs that they did, if you'll not just paint the picture, but bring the picture in reality to them, they'll get the same experience, the same salvation, seal their own testimony the way they did, see. But you got to get it to them. You got not to place it back in some other generation, but bring it up here.</w:t>
      </w:r>
    </w:p>
    <w:p>
      <w:r>
        <w:t>23. Now we find out that this age of brotherly love was a great missionary age. Jesus said, "Into all the world, and to every creature, and these signs shall follow."</w:t>
        <w:br/>
        <w:t>Now, as we've come down through the history, and through the Bible, I want to ask you, hasn't each night…? We read in the Bible here what Jesus told John would happen, and right here we took history and proved that it did happen. Just exactly. That's the reason I had such a time searching out these men, to see where that God-servant was that carried this message right on through. But he was there. He was there just as the Bible said---kept the message just like from the beginning, never fooled with it.</w:t>
        <w:br/>
        <w:t>And then we seen it was almost stamped out and He called that same age a dead age, dark, so forth. And then come out just a little light, then a little more strength. And then went into the Pentecostal real experience again, right at the end-time. And then the bride caught away, and away it went, and the tribulation set back in again. All right---the great tribulation, which is coming up before all the world.</w:t>
      </w:r>
    </w:p>
    <w:p>
      <w:r>
        <w:t>24. Now the great missionary age, brotherly love, the age of missions. Let me just name to you some of the great men. I just wrote their names down here: John Wesley, George Whitefield (He was about 1739), Charles G. Finney, Dwight Moody, William Carey---the great missionary that went to India in 1773, David Livingstone to South Africa, see. All those … some of those great men. Just…</w:t>
        <w:br/>
        <w:t>I got names of plenty of them here, of great men that lived in that brotherly love, that the black man, the white man, the brown man, the yellow man, all the walls was broke down. And these men went out into the mission fields---brotherly love, stretching out a hand to all nations everywhere. And it was opened up to them that they could go, another open door age, 'cause before that they couldn't have done it. The papal and papacy of Rome, and so forth, had it all so closed up till they couldn't go.</w:t>
        <w:br/>
        <w:t>But in that age the doors was opened, 'cause He said it was an open door age.</w:t>
      </w:r>
    </w:p>
    <w:p>
      <w:r>
        <w:t>25. They opened up many doors during that age: the door to the gospel, the door to the mission fields, the door back to Christ. And everything was opened up during that age. And you can see what they did. The brethren done a great job out of it.</w:t>
        <w:br/>
        <w:t>And from John Wesley, the star after the Sardis age, after he come over waking them up from the Sardis age, for the past hundred and fifty years great missionaries, like of no other time or age before, has covered the entire earth. Think of that! Every nation under the heavens has heard the Word. It completed many, many, many years ago, see. But not the gospel; just the Word. "The letter killeth, but the Spirit giveth life," see.</w:t>
      </w:r>
    </w:p>
    <w:p>
      <w:r>
        <w:t>26. When I stood in South Africa, there on the platform that day, and seen there was thousands times thousands sitting out there, Mohammedans… And I met one Mohammedan missionary, and this Mohammedan missionary said, "Oh, for that precious soul."</w:t>
        <w:br/>
        <w:t>Now, that man had been over there for years and years, and had turned one Mohammedan to Christ. Because the Mohammedans sprung from the Medes and Persians, and their laws does not change, or neither does it alter. When they're a Mohammedan, they're a Mohammedan for all time.</w:t>
        <w:br/>
        <w:t>So, there they had that one soul this brother was talking about, standing out there at the yard of Pretoria, the capital of South Africa. That's up in the Free State---the Free State, Orange state, and over in the Transvaal. And we went from there, on down into Capetown and Bloemfontein, and through that way, and come back up through Grahamstown, East London, and then into … back into Johannesburg again after we left Capetown, and come up the coast.</w:t>
      </w:r>
    </w:p>
    <w:p>
      <w:r>
        <w:t>27. All right.</w:t>
        <w:br/>
        <w:t>The last town we went to was Durban, where we gathered most of the natives. There was 150… 200,000 natives sitting out there, Mohammedans, natives. They had to take for weeks across… The racetrack … far bigger than Churchill Downs. Second biggest in the world. London's got the largest, South Africa, and Churchill Downs.</w:t>
        <w:br/>
        <w:t>Then they had fences because they had tribal war. And the police---two or three hundred guards standing out there---driving each one of the tribes into the fences, so they wouldn't fight one another, and disarm them with their spears, and assegais and so forth, that they packed, sitting on the ground there; one looking through the fence at the other … and tribal wars. Their chiefs---packing them on … somebody with a big fan fanning them like that.</w:t>
        <w:br/>
        <w:t>And the queens---the queen of Rhodesia come down with twenty-seven carloads, or trains … or coaches full of people from Rhodesia to attend the meeting, and a special train came down.</w:t>
      </w:r>
    </w:p>
    <w:p>
      <w:r>
        <w:t>28. The Lord was doing great things, great marvels and signs. And what did we find? Sidney Smith, the mayor of Durban going out that day, I said, "What's that fellow … that little tag on his neck, around?" A colored man, as we would call it here, the Negro race---that's what I was there to preach to. And many of them wore no clothes at all. Not a thing, men or women. So he had an idol in his arm, he had a little tag on his neck.</w:t>
        <w:br/>
        <w:t>I said, "What are them tags on their neck for?"</w:t>
        <w:br/>
        <w:t>Said, "They're Christians."</w:t>
        <w:br/>
        <w:t>I said, "Christian? With a idol in his hand?"</w:t>
        <w:br/>
        <w:t>He said, "Well, now, Brother Branham, he's a Songhai. Said, "I can speak his language." Said, "We'll just drive up there, and you talk to him. Call him anything you want to. Just talk like you was going to ask him any questions. I'll ask him, then tell you back what he said."</w:t>
      </w:r>
    </w:p>
    <w:p>
      <w:r>
        <w:t>29. So I said, "How do you do, Thomas?" I called him Thomas because I thought that was a good fitting name. And I said, "How do you do, Thomas?" And he looked at me, and I said, "Are you a Christian?"</w:t>
        <w:br/>
        <w:t>"Yes," he was a Christian.</w:t>
        <w:br/>
        <w:t>And I said… Oh, of course, he didn't know me. He had never… None of them never seen us yet. So, I said, "What you doing with that idol?"</w:t>
        <w:br/>
        <w:t>Oh, his father packed it, see. It was God, see.</w:t>
        <w:br/>
        <w:t>And I said, "Your father packed it?" I said, "Well, that's no reason for you to pack it. You're a Christian. You oughtn't to pack it."</w:t>
        <w:br/>
        <w:t>He said, well, one day the lion got after his father. And he built up a little fire, and said the prayer the witch doctor had told him over this idol, and the idol run the lion away. Animals kill a lot of them there and…</w:t>
      </w:r>
    </w:p>
    <w:p>
      <w:r>
        <w:t>30. And I said, "Look, it wasn't the prayer that the witch doctor told you. It was the fire that run the lion away." I said, "The lion's afraid of fire." And I said, "As a Christian, Thomas, you shouldn't pack that. You should have nothing to do with it."</w:t>
        <w:br/>
        <w:t>And he said, "Oh, well," he said, "if Amoyah…" That's the unseen force, "our God that we don't see." Amoyah means something … a force like the wind. Said, "If Amoyah fails, this won't." So he'd pack them both; if one don't work, the other one will. Now that's the strength of Christianity. Yeah. Oh, my!</w:t>
      </w:r>
    </w:p>
    <w:p>
      <w:r>
        <w:t>31. But then that afternoon when the Holy Spirit came down at the meeting, the racetrack, and began to reveal the secrets of the heart, after I had took the Scripture about a hour (where it really taken me fifteen minutes, 'cause they had fifteen different interpreters for it to go through)…</w:t>
        <w:br/>
        <w:t>So I'd speak, like, "Jesus Christ, the Son of God," and this one'd say, "Ba, ba, ba, ba, ba"; this one, "Gloo, gloo, gloo, gloo"; and then, "Um, um, um," like that. All meant "Jesus Christ, the Son of God" interpreted. And I'd have to jot down what I said last. I wouldn't know where I was at, and then wait till they got through.</w:t>
      </w:r>
    </w:p>
    <w:p>
      <w:r>
        <w:t>32. And then when it got back, I said, "Now the missionary told you of a Jesus that come to save you." You could see them looking at one another, you know, different tribes, and all the way up and down, like that.</w:t>
        <w:br/>
        <w:t>I said, "The missionary told you that. But did that missionary, in reading this Book, did you see there where He was a great healer, and said that He would live down through the age in the people till He come again? 'Works that I do shall you also.' You that's ever accepted Christ as your Saviour, with those tags on, would you like to see Jesus come back up here today, and walk down through the people, and do the same thing He did when He was here on earth?"</w:t>
        <w:br/>
        <w:t>Oh, all of them, sure. They wanted to see that, you see. They wanted that.</w:t>
        <w:br/>
        <w:t>I said, "Then if He will do it, use us here to do the same thing that He did when He was here on earth, would you believe His Word?"</w:t>
        <w:br/>
        <w:t>Oh, sure, see.</w:t>
        <w:br/>
        <w:t>And the Mohammedans sitting out there,</w:t>
      </w:r>
    </w:p>
    <w:p>
      <w:r>
        <w:t>33. the second person on the platform was a Mohammedan woman. The Holy Spirit speaking, I said to the woman myself, I said, "Now, you know I don't know you, I can't even speak your language."</w:t>
        <w:br/>
        <w:t>And she admitted that. She had the red dot right in between her eyes here, which meant she was a thoroughbred and a Mohammedan.</w:t>
        <w:br/>
        <w:t>So I said, "Well, now, for healing you, I cannot heal you." But I said, "Did you understand what I said this afternoon, the message?"</w:t>
        <w:br/>
        <w:t>And she talked back to the Mohammedan interpreter that … the Indian, what she was. She said, yes, she understood. She had read the New Testament. Oh, yeah. Uh-huh.</w:t>
        <w:br/>
        <w:t>See, they believe in God too. They're the seed of Abraham, also, see. But said she believed in God, but she believed Mohammed was His prophet and we believe Jesus was His Son, see. So she said, oh, she believed God.</w:t>
      </w:r>
    </w:p>
    <w:p>
      <w:r>
        <w:t>34. And I said, "Then if you know the Old Testament, and know what God was in the men gone by in the ages gone, then Jesus---one that we call the Christ---was to be the God-prophet. They killed Him. You think they didn't, 'cause you said he got on a white horse and rode away. That's what you're taught by your priest, that He never was killed, now, and he died a normal death somewhere else, years later."</w:t>
        <w:br/>
        <w:t>I said, "You believe that. But this Jesus, according to the New Testament, He died and rose again, and sent His Spirit back on His church."</w:t>
        <w:br/>
        <w:t>Now you got them, see. That's exactly what that Mohammedan challenged Billy Graham about, see, same thing, same principle. I said, "Now if… Mohammed never made you all any promises, but Jesus made us a promise---that the same works that He did we'd do also. Now, you remember, He said in St. John 5:19, 'I do nothing till the Father shows me.'"</w:t>
        <w:br/>
        <w:t>I said, "Now, if Jesus will come, and show me what your trouble is, or what you're here for; tell you what your outcome was, what your past was, and what your future will be; and if He can tell you what your future … your past was, surely you'll believe what the future will be."</w:t>
        <w:br/>
        <w:t>She said, "That's true," see, through the interpreter.</w:t>
        <w:br/>
        <w:t>And I said, "All right. May He do it."</w:t>
      </w:r>
    </w:p>
    <w:p>
      <w:r>
        <w:t>35. And all them Mohammedans just raising up, watching, you know. And when the Holy Spirit said, "Your husband, short, heavy-set man, with a black mustache… You was at a doctor about three days ago." Said, "You got two children. He give you a female examination. He said you had a cyst on the womb."</w:t>
        <w:br/>
        <w:t>She looked down and bowed her head. She said, "That is truth."</w:t>
        <w:br/>
        <w:t>And I said, "Now, if you read the New Testament, is that like Jesus Christ who told the woman at the well?"</w:t>
        <w:br/>
        <w:t>"That is true."</w:t>
        <w:br/>
        <w:t>And I said, "Well, why did you come to me as a Christian? Why didn't you go to your Mohammedan prophet?"</w:t>
        <w:br/>
        <w:t>She said, "I think you can help me."</w:t>
        <w:br/>
        <w:t>And I said, "I can't help you. But if you'll accept this Jesus who is here now, who knows your life, and knows all about you, He'll help you."</w:t>
        <w:br/>
        <w:t>She said, "I accept Jesus as my Saviour."</w:t>
        <w:br/>
        <w:t>That did it. That was it. Ten thousand Mohammedans come to Christ that afternoon, see. About thirty years on the mission field and had turned one over by literature, where in five minutes' time ten thousand come by the gospel being made manifest.</w:t>
      </w:r>
    </w:p>
    <w:p>
      <w:r>
        <w:t>36. God never did tell us to build churches. Never did tell us to make schools. They're all right, hospitals and so forth. God knows we need them. It's His program. But the commission of the church was to preach the gospel.</w:t>
        <w:br/>
        <w:t>But we pass out tracts, literature from Asbury, this fine little place up here which… God bless them people. That little Methodist college up here at Wilmore, Kentucky, is one of the finest spiritual little places in the world, I suppose, at this time. They're fine people.</w:t>
      </w:r>
    </w:p>
    <w:p>
      <w:r>
        <w:t>37. And I was coming down out of … I forget. It was Rhodesia, but I don't know the name of the town. Billy, can you remember it? (Billy Paul says, "Salisbury.") Salisbury, that's right. New Salisbury. He's my memory. New Salisbury, Rhodesia.</w:t>
        <w:br/>
        <w:t>And we was coming down out of Rhodesia, and I seen an American passport when we was boarding the plane, a boy and three girls. And I said … walked up to them, and I said, "Hello, there." I said, "I see you have American passport."</w:t>
        <w:br/>
        <w:t>He said, "You speak English."</w:t>
        <w:br/>
        <w:t>I said, "Yes." I said, "I am an American."</w:t>
        <w:br/>
        <w:t>He said, "Well, that's fine."</w:t>
        <w:br/>
        <w:t>I said, " Are you traveling?"</w:t>
        <w:br/>
        <w:t>He said, "No, we are missionaries."</w:t>
        <w:br/>
        <w:t>I said, "Oh, how nice." I said, "Sure glad to get to meet you." And I said, "Where you from? What church? Or are you with an organization? Or just free?"</w:t>
        <w:br/>
        <w:t>He said, "No, we're Methodists. We're from Wilmore, Kentucky."</w:t>
        <w:br/>
        <w:t>I said, "It's in my backyard almost, at home." I said… He said, "You wouldn't happen to be that Brother Branham up here?"</w:t>
        <w:br/>
        <w:t>I said, "Yes, sir, that's right." And that cured him right there, see. He wouldn't say no more. And I seen the attitude he'd taken, looked over at them girls; they looked at one another like that. I said, "Just a moment, son." He wasn't nothing but a boy. And I said (and the girls), and I said, "I'd like to speak with you all just a minute on the principles, as Christians we all are, and we're here for the same great cause. I want to ask you three girls, and you, young man, can you in the name of the Lord Jesus---you said you'd been here two years---can put your finger on one soul that you have won to the Lord? One soul?" They could not do it. Not one soul.</w:t>
        <w:br/>
        <w:t>I said, "I don't want to hurt your feelings, not at all." And I said, "I appreciate what you're doing. But you girls ought to be home helping your mammy with the dishes. That's exactly right. You ain't got no business over here. That's exactly."</w:t>
      </w:r>
    </w:p>
    <w:p>
      <w:r>
        <w:t>38. And nobody's got a business going to the fields unless they have received the Holy Ghost, and preaching the power with demonstration, 'cause it's the only thing that'll ever move those people. And look what uprisings you got now, and everything. It's because that the true gospel hasn't been preached to them. It's been given to them in word form. Well, see what that is? That's the continuation of the "escaped one" of the Luther age, where it give the world the free press, that's right, or the free Bible.</w:t>
      </w:r>
    </w:p>
    <w:p>
      <w:r>
        <w:t>39. Now, now the age---the great age. Now, let's begin. Now, I believe we're on the… That was the salute, the 7th verse, through…</w:t>
        <w:br/>
        <w:t>…to the … Philadelphia write; These things saith he that is holy, he that is true, he that has the key of David, he that open, and no man shutteth; and shutteth, and no man open;…</w:t>
        <w:br/>
        <w:t>Quite a statement, isn't it? I'm going to come back to that just in a minute, 'cause it applies farther in the Scripture here.</w:t>
        <w:br/>
        <w:t>I know thy works: behold, I have set before thee an open door, and no man can shut it: for thou hast a little strength, and has kept my word, and has not denied my name.</w:t>
        <w:br/>
        <w:t>Now, now watch the time coming now, after the great missionary move that swept across the nations, of brotherly love, to take what they had (nothing against it), of literature, and whatever more, into the different parts of the world.</w:t>
        <w:br/>
        <w:t>Now, the church denomination had gone back to education works again, see. Gone back. After the great denomination had been set up, Jesus set an open door. After the Wesleyan age had come in, and the Methodist church had been established in the earth, taken roots, growing, making a great church (which it is today, one of the greatest among the Protestant churches); and that time, the thing that took place then, was Jesus set an open door for the church before they entered into the Laodicean age.</w:t>
      </w:r>
    </w:p>
    <w:p>
      <w:r>
        <w:t>40. The reason I'm saying this this way, so you can see what I mean by the lapover, see.</w:t>
        <w:br/>
        <w:t>It's from the missionary age of the door. But you see, He had told them He had the key of David, and so forth. But here He said He had set before the church now… After that age of missionarying and Whitefield, and all those others, and Finney, and Sankey, and Moody, on down (Moody being one of the last), come down to… Now He set an open door before the church. Oh, here's where you have to watch now. It's just in between the Philadelphian and the Laodicean age, lapover.</w:t>
      </w:r>
    </w:p>
    <w:p>
      <w:r>
        <w:t>41. Jesus is the door. Now, if you'll turn with me to John 10:17, let's back this up now be sure that… Many of you would believe, and then somebody would say, "Well, I never … He just said that." I'd like just to read it. John, the 10th chapter, and the 17th verse. John 10:17. All right, we read these words. I beg your pardon, John 10:7; not 17.</w:t>
        <w:br/>
        <w:t>Then said Jesus unto them… , Verily, verily, I say unto you, I am the door of the sheepfold.</w:t>
        <w:br/>
        <w:t>That's back into the blessings. How do we get into Christ? What is He? The sheepfold. I often wondered about that. What? Could He be a door being a man?</w:t>
        <w:br/>
        <w:t>Now, over in the eastern countries there, I found out one day, when I noticed that the shepherd at nighttime, he takes all the sheep inside of the corral---drives them through a door. And then when he gets all of them in there, he counts them all to see if they're every one in. Then he lays down in the door himself. Nothing can come in to the sheep, or any sheep can go out, without crossing him. So Jesus is the door, see, to the sheepfold.</w:t>
      </w:r>
    </w:p>
    <w:p>
      <w:r>
        <w:t>42. And I was riding in a little British Jeep, and I said to the fellow, I said, "Those are…" The shepherds come down through the city, and a whistle blowed, everybody slammed on their brakes. And I thought, "What's the matter?" And it was a shepherd going through the town with his sheep.</w:t>
        <w:br/>
        <w:t>Now, over in the East, it isn't like here. They lay all their goodies out alongside of the house in the market places. And there's apples and pears, and what kind of fruits and grapes, just piled up beautifully, piled up along on a rack like this, runs down. And each one of the sellers stands there, and tries to pull you in to buy some of his fruits and things.</w:t>
      </w:r>
    </w:p>
    <w:p>
      <w:r>
        <w:t>43. Well, this shepherd, he started right down that main street. I said, "Brother, here's where the riot comes in. I'll stand up and watch this."</w:t>
        <w:br/>
        <w:t>And the brother with me said, "You'll be surprised, Brother Branham. Watch."</w:t>
        <w:br/>
        <w:t>Everything stopped. The shepherd walked along, paying no attention, every sheep following him exactly. Following him. If he made a jot like this, and turned, ever the sheep right behind him made a jot, the next one followed him, the next one followed him, right on down, and made that turn.</w:t>
        <w:br/>
        <w:t>Oh, that's the way we follow the Shepherd. That's right. Going right down through the middle of that street to get something down at the other end, and them sheep following him just like a dog. They'd look over and look at those goodies, but they followed the shepherd. Oh, I like that, see.</w:t>
        <w:br/>
        <w:t>I said, "Oh, brother, I wish I could just talk this language. I'd preach right now." There you are. Yeah, he'd not turn right or left, but stay right after the shepherd.</w:t>
      </w:r>
    </w:p>
    <w:p>
      <w:r>
        <w:t>44. That's what the church has done all the way down through, staying after the Shepherd, the Holy Spirit that leads us into eternal life---not turning because this is a big flowery church, and this one's got so-and-so many doctors, and so-and-so like that; but stay right after the Shepherd. Wherever the shepherd goes, the sheep follow. "My sheep know my voice, and a stranger they will not follow." That's right. That shepherd knows grunts, and everything else to make those sheep behave.</w:t>
        <w:br/>
        <w:t>Then when we got out of the city, it was an amazing thing. I seen a field out there, and some men laying around. They had donkeys, and cows, and pigs, and sheep, and goats, and everything, out there. And I said, "Well, what's them guys out there?"</w:t>
        <w:br/>
        <w:t>He said, "Shepherds."</w:t>
        <w:br/>
        <w:t>And I said, "A shepherd herding donkeys?"</w:t>
        <w:br/>
        <w:t>And he said, "Yes, sir."</w:t>
        <w:br/>
        <w:t>"Well," I said, "I thought a shepherd just meant sheep."</w:t>
        <w:br/>
        <w:t>He said, "No. Shepherd is a herder, grazier. And over in your country they call them cowboys, and things like that."</w:t>
        <w:br/>
        <w:t>I said, "Oh, I see. A shepherd is a herder."</w:t>
        <w:br/>
        <w:t>"Yes."</w:t>
        <w:br/>
        <w:t>"He watches the herds."</w:t>
        <w:br/>
        <w:t>"That's right." He said, "The strange thing is at nighttime, where you… It's striking. You being a minister, I might tell you something." He said, "When nighttime comes… It's true he pastors every one of them; leads them around, and helps them, and see that they get good things through the day.</w:t>
        <w:br/>
        <w:t>"But when nighttime comes, all the mules and the donkeys, and the camels, and whatever he's got, is left out into the field. But he rounds up the sheep and takes them to the corral."</w:t>
      </w:r>
    </w:p>
    <w:p>
      <w:r>
        <w:t>45. "Oh!" I said, "Lord, make me a sheep, whatever You do," see. For, when the nighttime comes, I want to go into the sheepfold, enter in at the door, come by the door. John 17:7 here … or, He said … or 10:7, rather.</w:t>
        <w:br/>
        <w:t>I am the door to the sheepfold.</w:t>
        <w:br/>
        <w:t>All that ever come before me is thieves and robbers, but the sheep did not hear them.</w:t>
        <w:br/>
        <w:t>I am the door: by me if any man enters in, he shall be saved, and shall go in and out, and find pasture.</w:t>
        <w:br/>
        <w:t>Now, "I set before this church---between the Philadelphian age and the Laodicean age---an open door." Oh, do you get it now? You got your thinking caps on real good and tight? Listen now, this is good. I tell you, it's honey in the rock, just getting the nuggets out and shine them up.</w:t>
      </w:r>
    </w:p>
    <w:p>
      <w:r>
        <w:t>46. "I am the door to the sheepfold." What is that door that was set now?</w:t>
        <w:br/>
        <w:t>Let's go back in our mind, and from that great missionary age of the Methodists, that swept through the country with the message of sanctification… Luther through justification; Wesley come along with the message of sanctification. And at the end of the Methodist age, the end when it took roots, and began to come a great organization… And when any church…</w:t>
        <w:br/>
        <w:t>Now listen, that's strong, but I want someone to show me anywhere, through the gleanings of history… Any church that God ever raised up come up the Pentecostal way without any organization; and as soon as it organized, it died and never raised again. Oh, the membership went on, but they never had a revival. Luther's revival never raised, and neither did Methodist revival ever raise. And neither will the Pentecostal revival ever raise. No, sir.</w:t>
        <w:br/>
        <w:t>They organized it, which God said in the church ages, He hates that thing---the doctrine of the Nicolaitanes.</w:t>
      </w:r>
    </w:p>
    <w:p>
      <w:r>
        <w:t>47. Now, remember we're not talking against anybody. The good people is scattered. God's sheep is in all them places out there. That is true. That's right. Methodists, Baptists, whatever they are, they're God's people if they are born again of the Spirit of God.</w:t>
        <w:br/>
        <w:t>They're God's people, but the organizations has cramped them down. And packed letter from Methodist to Baptist to Campbellite, and so forth, till they wore the letters out, just packing them from place to place.</w:t>
      </w:r>
    </w:p>
    <w:p>
      <w:r>
        <w:t>48. All right.</w:t>
        <w:br/>
        <w:t>How the Lord said now, in the end of that age, "I am the door to the sheepfold." Now, what door was opened about Jesus, just between these two ages? Nineteen hundred and six, about when the Methodist age, and Dwight Moody, and them, faded from the scene, there come forth a break-forth of the people receiving the Holy Ghost speaking with tongues, and things come back into the church. That's about right, in about 1906, along in there.</w:t>
        <w:br/>
        <w:t>All right, what took place then? After that began to come along, the first thing you know, they organized the old General Council, which went in---now called the Assemblies of God, see---out of that church that was lapped over. And what taken place then? He set an open door. An open door.</w:t>
      </w:r>
    </w:p>
    <w:p>
      <w:r>
        <w:t>49. Now let's just read it, now, catch it word by word just the way He brings it, see. "Behold…" Let's see: "…no man shutteth … set before thee an open door." … It's on the other side:</w:t>
        <w:br/>
        <w:t>I know thy works: behold, I have set before thee an open door, and no man can shut it: …</w:t>
        <w:br/>
        <w:t>A open door, what was it? It was the revelation of the supreme deity of Jesus Christ: not being a second person of a trinity, but being God, Himself, made flesh and dwelling among us. And the revelation… Now, if you notice, just in a minute… Let's just read just a little bit farther:</w:t>
        <w:br/>
        <w:t>…shut it: … thou has a little strength … and has not denied my name.</w:t>
        <w:br/>
        <w:t>The first time the name's been spoke of, now, since back in this age back here---lost its name. And Luther come out with a name that he was alive, and was dead. That right? Father, Son, and Holy Ghost.</w:t>
        <w:br/>
        <w:t>Here comes out the name of Jesus again in between these two ages here, in between---the open door. Now, it's a revelation, what He was, the deity, the revelations of His deity.</w:t>
      </w:r>
    </w:p>
    <w:p>
      <w:r>
        <w:t>50. Now, that's what He revealed at the very first church age. Now watch. As John saw him standing the seven golden candlesticks, He was standing with His hands out. Here's the first candlestick, second, third, fourth, fifth, sixth, seventh, with His hands out in the form of the cross. He said, "I am Alpha and Omega." In other words, "I'll be supreme in the first; I'll be supreme in the last."</w:t>
        <w:br/>
        <w:t>The light rises in the east and sets in the west. It's been a dismal, dark time; but it shall be light in the evening time. The same gospel power that raised up here on the one hand at the east, has shined over, and now, in the other hand at the west. Alpha and Omega, "I'm A and I am Z," in His hand. You get it?</w:t>
      </w:r>
    </w:p>
    <w:p>
      <w:r>
        <w:t>51. Now, what did He do in the first chapter of Revelation? He revealed His supreme deity to the first church, Ephesus. Is that right?</w:t>
        <w:br/>
        <w:t>Well, now notice. Every one of these churches coming down through here, He revealed Himself in deity only in His glorified form. But on this last one, He become Z, back to the original beginning again. See, the first and the last; the first age, now the last age. For He said, "I am the first and the last."</w:t>
        <w:br/>
        <w:t>But you say, "How did that happen? What fellow put that forth?" It was a revelation. Many of you here has received it, 'cause His en… I'm going to say something now. Look, His entire church is built upon divine revelations of Himself. Is that right? If you don't believe that, let's turn to Matthew 16:18. You'll see just in a minute, that the whole revelation is built upon Himself. His whole church is built upon the revelations of Himself.</w:t>
        <w:br/>
        <w:t>Now, let's begin here at the… Let's begin, let's say about the 14th verse:</w:t>
        <w:br/>
        <w:t>Then they said, Some say … thou art John the Baptist: …</w:t>
        <w:br/>
        <w:t>The question was … Jesus said, on the coasts of Caesarea Philippi, and asked His disciples saying, "Who do men say … I the son of man am?" Thirteenth verse, and that's 16:13 now:</w:t>
        <w:br/>
        <w:t>And they said, …</w:t>
      </w:r>
    </w:p>
    <w:p>
      <w:r>
        <w:t>52. [Now watch. Here's the first place to the church Jesus ever spoke of, and on into the Revelation is the last.]</w:t>
        <w:br/>
        <w:t>And he … said, Some say … thou art John the Baptist: and some, Elias; and others, Jeremias, and other, or one of the prophets.</w:t>
        <w:br/>
        <w:t>He said unto them [the whole entire group], But whom say ye that I am?</w:t>
        <w:br/>
        <w:t>And Simon Peter answered and said, Thou art the Christ, the Son of the living God. [Oh, my!]</w:t>
        <w:br/>
        <w:t>And Jesus answered and said unto him, Blessed art thou, Simon Bar-Jona: … flesh and blood hath not revealed this to thee, but my Father which is in heaven.</w:t>
        <w:br/>
        <w:t>Oh, my! "You never got this from a seminary. There was no other way you ever got this, Simon, the son of Jonas. The only way you got it was a spiritual revelation that was revealed to you from heaven, that I am He."</w:t>
        <w:br/>
        <w:t>Jesus said, "If you don't believe I am He, you'll die in your sins. I am He."</w:t>
        <w:br/>
        <w:t>…I say … unto thee, … thou art Peter, … upon this rock I'll build my church; and the gates of hell can't prevail against it.</w:t>
        <w:br/>
        <w:t>What is it? Spiritual. Spiritual. The spiritual truth. The Word of the Lord.</w:t>
      </w:r>
    </w:p>
    <w:p>
      <w:r>
        <w:t>53. Now, we find out that in this great revelation that God gave here to the church in this last days, that God sent and reveals Himself---the open door between the two ages. It wasn't in the Laodicean age. Neither was it in this other age, the Philadelphian age. But it was in between, the lapover, 'cause… I'll prove it, and just a little farther down you'll get it, you see. We'll make it just so sure that you can't keep from seeing it, if you just want to see it, see. All right.</w:t>
        <w:br/>
        <w:t>Now, the revelation of Himself is where He's built His church. How many knows that to be true, now? He built His church upon the revelation of Himself.</w:t>
      </w:r>
    </w:p>
    <w:p>
      <w:r>
        <w:t>54. All right.</w:t>
        <w:br/>
        <w:t>What did He say? "No man can shut it."</w:t>
        <w:br/>
        <w:t>I know thy works: behold, I have set before thee an open door, …</w:t>
        <w:br/>
        <w:t>What is the open door? The revelation of the supreme deity of Jesus Christ. What did He say to His first church back here, back in this age? He said, "I am he that was, which is, and shall come. I am the first and the last. I am the Almighty." He said it three different times---made Himself deity to this first church. Here before He went into the last church age, He said, "I have set before you an open door."</w:t>
        <w:br/>
        <w:t>If you want to see the revelation, here it is, where He would build His church, and the only way He could take His church, is back to the revelation of what He is. Truly.</w:t>
      </w:r>
    </w:p>
    <w:p>
      <w:r>
        <w:t>55. Look. When Abraham made a covenant, or God made a covenant with Abraham, that day that he said, "How will these things be, seeing that I am old? and my only heir is this Damascus servant I've got here, Eliezer." Said, "I'm old, and You promised me a child. How will You do it? How will it be done?"</w:t>
        <w:br/>
        <w:t>And remember, he went to sleep. A deep sleep fell upon him, like every man does. Death. And then he noticed, before him went a smoking furnace. Every sinner deserves to go to hell. He had killed a beast, a heifer, a she-goat and a ram; and a turtledove, and a pigeon. He never separated the turtledove and pigeon. And then this little white light went before there, and went back and forth between these cut pieces of animal, confirming the covenant with Abraham.</w:t>
      </w:r>
    </w:p>
    <w:p>
      <w:r>
        <w:t>56. Now, in Japan (if there happens to be a Japanese person here), you know how they make a covenant in Japan? They throw salt on one another. Get a little cruse of salt, and sit down there. They talk, "Will you do so-and-so?"</w:t>
        <w:br/>
        <w:t>"Yeah, I'll do so-and-so."</w:t>
        <w:br/>
        <w:t>Then they make a covenant, and get some salt, and throw it on one, 'cause salt is a preserver, see. All right. They throw salt on one another. That's a covenant.</w:t>
        <w:br/>
        <w:t>In America, how we make a covenant here, we say, "Well, will you do a certain thing? I'll do a certain thing."</w:t>
        <w:br/>
        <w:t>And first thing you know, we shake one another's hand. "Shake on it." That's a covenant.</w:t>
      </w:r>
    </w:p>
    <w:p>
      <w:r>
        <w:t>57. But in the Orient, the way they made a covenant, they wrote up something. And they wrote out a contract, and they killed the beast, in time of Abraham. They cut that beast open, and stood in between it, wrote this contract and tore it like this. One took one piece, and one the other. And then, they took an oath that let their bodies be like this dead beast, if they failed to keep this contract.</w:t>
        <w:br/>
        <w:t>And now the only way that this contract can ever be… You could never duplicate it. It's got to come right back exactly the same thing, joined together.</w:t>
      </w:r>
    </w:p>
    <w:p>
      <w:r>
        <w:t>58. Now, what was God showing Abraham, what He was going to do? That He was going to take Abraham's seed, through Isaac down to Jesus. And He took Him up on Calvary, and there He tore Him apart. He tore the Spirit out of Him, away from the body. He raised up the body, and sat it on the right hand of the majesty on high, and sent back the Holy Spirit to the church. That's the covenant of God---tore it apart. We got the Spirit, He's got the body. And when it comes back together, the Spirit that was in us joins with Him as bride. Amen.</w:t>
        <w:br/>
        <w:t>Not any denomination hooked into it at all. No, sir! It's purely unadulterated Holy Spirit birth. That's all. That's the covenant.</w:t>
      </w:r>
    </w:p>
    <w:p>
      <w:r>
        <w:t>59. Now, now we find out that He said, "I set before you an open door, and I don't care how many man-made organizations comes up, or denominations. Even the gates of hell can't shut it." Only one way to beat it: join it, that's all. You can't join it, so you have to be born into it. Right. So there's nobody can ever stop that message of supreme deity, and the baptism in the name of Jesus Christ. The gates of hell will never prevail against it.</w:t>
        <w:br/>
        <w:t>You say "How do you know it's right?"</w:t>
        <w:br/>
        <w:t>It's exactly with the Word, and no one else can say nothing about it. Exactly. It's the Word. There's no place where anybody was baptized in the name of Father, Son and Holy Ghost.</w:t>
      </w:r>
    </w:p>
    <w:p>
      <w:r>
        <w:t>60. This great St. Paul, the angel of Ephesus, commissioned every person that had not been baptized… No matter how you been baptized, if you never been baptized in the name of Jesus Christ, He commissioned you, "Come and be baptized over again in the name of Jesus Christ."</w:t>
        <w:br/>
        <w:t>He said, "If an angel from heaven comes teaching anything else, let him be accursed."</w:t>
        <w:br/>
        <w:t>So you can see what the angel that comes in this last days, what kind of message he's going to have, when he comes out. We may be leading it up to him. But I'm telling you, when he comes he'll preach the baptism in the name of Jesus Christ. If you don't believe it you come around tomorrow night, and let me show you through the Scripture. He certainly will.</w:t>
        <w:br/>
        <w:t>And the circumcision of the heart, and divine miracles, and workings of powers, just like they had on the day of Pentecost… The very original Pentecostal blessing will come right back to that little remnant to take it up yonder. That contract will be just exactly like it was when it was tore off in the first place.</w:t>
      </w:r>
    </w:p>
    <w:p>
      <w:r>
        <w:t>61. Oh, I love Him! I'm so glad, so glad! I can't express it hard enough. I'm so glad that I can say I'm one of them. I'm so glad. I just wish all my brethren was like that.</w:t>
        <w:br/>
        <w:t>I just wish that I could have my brothers and sisters out here, my precious friends out in the world, to see this great thing. I'd be willing tonight… God knows this. I got a little boy, Joseph, to raise, and a little girl, Sarah, and Rebekah, and a lovely wife that I'd hate to leave. But if I knowed that my brethren, the people that I know in this world, could accept that, and believe it and be filled with the Holy Ghost, I'd be ready to go right now. That's exactly right, see. Oh, if I could just…</w:t>
        <w:br/>
        <w:t>And you can't… If you talk gentle, they think like you're trying to put something over on them. And there's only one thing to do: that's stay right with the Word, and nail it down there. That's exactly right. Stay right with it. Oh, how I love Him!</w:t>
      </w:r>
    </w:p>
    <w:p>
      <w:r>
        <w:t>62. A revelation of Himself, His supreme deity, what did He do it? I just can't leave it, somehow. He revealed it in the church at Ephesus. Is that right? And that was when the light first broke through to shine---the Christian light. Is that right? The Holy Ghost age started right here at Ephesus. And the prophet said, "There'd come a day that wouldn't be night nor day, but in the evening, the light would come back again." You see it?</w:t>
        <w:br/>
        <w:t>See this day of dismal … come across through all this here. Dismal---organizations, and everything. But in the last days over here, way down here, He would set that open door. Jesus said, "I am that door."</w:t>
      </w:r>
    </w:p>
    <w:p>
      <w:r>
        <w:t>63. Did you ever hear Him say, "I am the gate. I am the way, the truth and the light?", see. Did you ever hear Him say, "Strait is the gate, and narrow is the way?"</w:t>
        <w:br/>
        <w:t>Did you ever notice how that "strait" was spelled? S-t-r-a-i-t, water. A "strait" means a water spelled like that; s-t-r-a-i-g-h-t, see; strait, water, is the way. And that water is the gate, and narrow is the way.</w:t>
        <w:br/>
        <w:t>What is the water? The gate, the door, see? To open "In the name of the Lord Jesus" is the way through the water. Strait is the gate. Narrow is the way that Jesus… Water is the gate, "in the name of the Lord Jesus" entering in.</w:t>
        <w:br/>
        <w:t>Repent every one of you, and be baptized in the name of Jesus Christ for the remission of your sins; and you shall receive, as you look towards Calvary, the gift of the Holy Ghost, for the promise is unto you, and to your children.</w:t>
        <w:br/>
        <w:t>Some of them said, "Just for the apostles."</w:t>
        <w:br/>
        <w:t>"…for you and to your children and to them that's far off, even as many as the Lord our God shall ever call." That's all, as many as the Lord our God shall call.</w:t>
        <w:br/>
        <w:t>The promise is to everyone, if you'll come the same way the prescription reads. That's right.</w:t>
      </w:r>
    </w:p>
    <w:p>
      <w:r>
        <w:t>64. Don't say, "Well, I'll slip around this way." There was a man one time slipped around, you know, and got in another way. Did you know that? Did you ever read the parable of it? There was a man slipped around and got in the other way.</w:t>
        <w:br/>
        <w:t>Now, in the Orient, when they was at the wedding supper (we'll pick it up in the morning), at the wedding supper---how that man got in there. We'll try to take that in the morning. I was going to say it now, but let it go. In the morning, how that man got into that place from the wedding supper … or, for the wedding supper. All right.</w:t>
        <w:br/>
        <w:t>"Strait is the gate, narrow is the way." Water is the gate, the entrance unto the Lord God.</w:t>
      </w:r>
    </w:p>
    <w:p>
      <w:r>
        <w:t>65. "I have set the open door. I have the keys. I'm the only one can open it. I'm the only one can reveal it. I have the keys." Is that right? "No man can come to me except my Father draws him, and all the Father has given me will come to me." No man can be saved only through Jesus Christ. Not through any church, any organization, any bishop, pope; just through Jesus Christ.</w:t>
        <w:br/>
        <w:t>He has the key. He's the only one that can… The keys of what? David, the future coming millennium, where He'll sit on the throne of David. "I have the keys of David. I'll open this door, and nobody can shut it. Nobody can open it but me, and nobody can shut it to me."</w:t>
      </w:r>
    </w:p>
    <w:p>
      <w:r>
        <w:t>66. How can it be? How can any man know He is the Christ, until He's revealed Himself to him? He reveals Himself. He has the key. He can open it or leave it alone, see. "I have the key to the door."</w:t>
        <w:br/>
        <w:t>"I am the door. I am the way. I am the truth. I am the light. (Oh!) I am the Alpha. I am the Omega. I am the first and the last. I am the Father. I am the Son. I am the Holy Ghost. I AM. Not I was, or will be; I AM THAT I AM, the whole thing. I AM. Not I was, or will be; I AM. [That means living presence for eternity, see.] I AM. Always was; always will be. I am now as I always was, and I always will be," see. He's just I AM.</w:t>
      </w:r>
    </w:p>
    <w:p>
      <w:r>
        <w:t>67. Has the keys of David to the kingdom. No man can shut it. The 7th verse proves that. All right, that He has the keys of David. No man can shut.</w:t>
        <w:br/>
        <w:t>Now let's see what the next thing is, quick.</w:t>
        <w:br/>
        <w:t>…for thou hast a little strength, …</w:t>
        <w:br/>
        <w:t>Oh! Said to this little group down here, "You got just a little strength now." What does that mean? Just like a man that's been dead, kind of shaking himself, coming alive, reviving up a little, coming to life. You've come out of them old dead creeds, and everything. You've begun … come to life a little bit, shaking yourself, kind of waking yourself up. "You got a little strength. But I've set a door before you now."</w:t>
        <w:br/>
        <w:t>As soon as they come out of Lutheranism and papalism, and all those other isms, and Methodism, and everything, He said, "I've put a door before you. Now you got a little strength, what you going to do about it? It's set before you. You can walk in, or walk out, either one you want to. The door is set before you. You've got a little strength, just coming to life. You're just beginning."</w:t>
      </w:r>
    </w:p>
    <w:p>
      <w:r>
        <w:t>68. So it was with the early church. Notice, at the end of the Laodicean age … went back to works again. Now if you notice over here, to show that this church is between these two, if you get over into the Laodicean age, or the Laodicean church age, "I know thy works," right at the end of the Laodicean age. What was it? "Thy works," or the seat where Satan's at. What was the seat of Satan? See, went right straight back into a denomination again.</w:t>
        <w:br/>
        <w:t>You Assemblies of God, and Pentecostal, Oneness, and the Church of God, oh, don't you see, brethren, what you've done? You went right straight back to the thing that God hated, break up brotherhood. Look at the Assemblies of God. Some of the finest people in the world is in them Assemblies of God. Look at that United Pentecostal church---just as fine as you ever met in your life. Look at the Church of God.</w:t>
        <w:br/>
        <w:t>And because of those organizations, they fuss and squeal, and fuss at one another, and call one another buzzard's roost, and rat den. Why, it's a disgrace. One thing God hates is sowing discord among brethren. That's right. And them organizations is what does it---sows discord among brethren. We should be standing in the breach, and saying, "We are brothers."</w:t>
        <w:br/>
        <w:t>We are not divided.</w:t>
        <w:br/>
        <w:t>All one body we:</w:t>
        <w:br/>
        <w:t>One in hope and doctrine</w:t>
        <w:br/>
        <w:t>(the doctrine of the Bible),</w:t>
        <w:br/>
        <w:t>One in charity.</w:t>
        <w:br/>
        <w:t>I like that old song, "Onward, Christian Soldiers." Yes, sir.</w:t>
      </w:r>
    </w:p>
    <w:p>
      <w:r>
        <w:t>69. The end of the Laodiceans, they went back to works again, or Pentecostal denominations. Went back to the denomination.</w:t>
        <w:br/>
        <w:t>Let's get verse 15. I got here, Verse 15 of Revelation 3, and see if that isn't right. Revelation 3 and … or, let's see. Have I wrote that down right? Revelation … no, no. I was wrong. Verse 15. It's the verse 15 of this same chapter, shows the same thing down here. Yeah, uh-huh.</w:t>
        <w:br/>
        <w:t>"I know thy works, that thou art neither cold nor hot: … I know thy works." Showed they went back to their first thing again. Went back with their strength, and went back to the Pentecostal denominations. The 15th verse of the same chapter. All right.</w:t>
      </w:r>
    </w:p>
    <w:p>
      <w:r>
        <w:t>70. Between the two ages… They got a little strength between the two denominational Nicolaitane doctrinal age. Now, when the Lutheran here had formed … went back into the Nicolaitane, the great archbishops and so forth, then along come Wesley. They formed the archbishop of Canterbury, and all these different great altar that … in the churches, and so forth, and in that age. Then over here in the Pentecostal, they go right back to the same thing again, all of their great denominations---the doctrine of the Nicolaitanes.</w:t>
        <w:br/>
        <w:t>But between these two ages, He opened the door and give the church a little strength to revive enough till it'd shake its head, look out yonder and see where it was at---get the revelation. Turn … see any thing knocked out, you know, and first thing you know, begin to shake his head, and look around and shake his head.</w:t>
      </w:r>
    </w:p>
    <w:p>
      <w:r>
        <w:t>71. By the way, I was dreaming about that last night, Charlie. I thought I shot a squirrel. Knocked him off the limb. And I seen an old woman over there. Oh, was she ever angry with me! She was going to come and get me. And this squirrel had a little white string around his neck. And that little fellow lay there, and shook his head two or three times, and looked at me. And he took off as hard as he could go---right back to the woods.</w:t>
        <w:br/>
        <w:t>You know, that old woman might've meant the church, mightn't it? She tried to stomp me. I got away from her somehow. But… Oh, just a little light, but enough to know to… I know I went down the street, and she was going to cut me off down there. And I turned my Ford around so quick… I had a trail on my back, upset the whole thing around. And I took off this way, to keep her from getting me, see. Just did get by.</w:t>
      </w:r>
    </w:p>
    <w:p>
      <w:r>
        <w:t>72. Now, "you have a little strength left," so you want to use this strength to really turn about face between the two denominations. Did you notice … kept His word? Watch the next verse here now: "You have a little strength and hast kept my word." "…kept my word," that's how they got their strength. That's how they got their revelation.</w:t>
        <w:br/>
        <w:t>The one that got ahold of the Bible… When Luther printed the Bible, and it come down through the Wesley age, and so forth, they got ahold of it; and kept the Word and seen the revelation of Jesus Christ being God made flesh among us, and the water baptism in the name of Jesus. So they went right into her. There you are. They got His name then, see.</w:t>
        <w:br/>
        <w:t>Why, it's just as plain as … plainer than reading the newspaper, see. Just … and you can't deny it, 'cause right here it is, figured right here in the Bible. And here it is right here, and we got… It's history. That's exactly where the Pentecostal church started, and got its name. About 1908, -10, -12, somewhere along there, it begin to fall.</w:t>
      </w:r>
    </w:p>
    <w:p>
      <w:r>
        <w:t>73. Now, all right, "…and has not denied the name."</w:t>
        <w:br/>
        <w:t>Has not denied my name.</w:t>
        <w:br/>
        <w:t>Now, I like that. Has got the keys to David now. He can keep His Word, and put you into the kingdom. His name had been revealed. They got out of the church that had a name that they were dead; and now they got into the church that's got the name that has got life, see.</w:t>
        <w:br/>
        <w:t>Come out of the dead, "Father, Son and Holy Spirit"; name of "Father, Son and Holy Spirit." That don't even make sense. See, it's give there for a revelation. His whole book is wrote on revelation. That's what it is. He reveals Himself.</w:t>
      </w:r>
    </w:p>
    <w:p>
      <w:r>
        <w:t>74. Now He said, "Go baptize the people in the name of the Father, Son, and Holy Ghost." Matthew 28:19. Now, what one of them names you going to use? Now most of the trinitarian people baptize in the name of the Father, in the name of the Son, in the name of the Holy Ghost. That's not even Scriptural. Yes, anybody says… It's in the "name," singular; not "names." Name. "Name of the Father, the Son, and Holy Ghost," see. All right.</w:t>
        <w:br/>
        <w:t>"Father" is not a name. "Son" is not a name. "Holy Ghost" is not a name. So, what is it? Something dead. There's no name to it. But through those dead titles,</w:t>
      </w:r>
    </w:p>
    <w:p>
      <w:r>
        <w:t>75. by the life of Christ, it reveals.</w:t>
        <w:br/>
        <w:t>And Peter must have had the… He was standing right there, with the keys of the kingdom of heaven in His hand (and the kingdom is the Holy Ghost), hanging on His side. The keys to the kingdom---in other words, the revelation, 'cause Jesus told him… Oh, brother! Don't you see that?</w:t>
        <w:br/>
        <w:t>Peter was the one that was blessed with the revelation of truth. And there he was standing right there, and he heard Jesus say, "Go ye therefore, and teach all nations, baptizing them in the name of the Father, Son, and Holy Ghost."</w:t>
        <w:br/>
        <w:t>Peter turned around and said, "Lord, I sure got the keys here. I got the revelation what that meant, 'cause I know Father's no name, Son's no name, and the Holy Ghost's no name. But I know what that name is. That's why I baptize you in the name of the Lord Jesus Christ." Amen. That's right.</w:t>
      </w:r>
    </w:p>
    <w:p>
      <w:r>
        <w:t>76. Now, it's just like if you was reading a love story and… That's the last book of Matthew, last part of Matthew. If you picked up a love story, some of you ladies… I know you don't do it. Sure, you wouldn't do that. No, no. See? But if you did it when you was a sinner, see…</w:t>
        <w:br/>
        <w:t>You picked up the story down in the … you know, when you was a little ol' girl… And you picked up this story, said, "Johnny and Mary lived happy ever after." Huh! Who's John and Mary? Now, there's only one way for you to know who John and Mary is. That's to go back to the first of the book, and read it. Is that right?</w:t>
        <w:br/>
        <w:t>Well, then in the last book of Matthew, the last verse, that Jesus said, "Go ye therefore, teach all nations, baptizing them in the name of the Father, and of the Son, and Holy Ghost, teaching them to observe whatever I have commanded them…" Now, if "Father"'s no name, and "Son"'s no name, and "Holy Ghost" is no name, you better go back to the first of the book, see. Now, if we go back to the first of the book, first chapter of Matthew, you find this.</w:t>
      </w:r>
    </w:p>
    <w:p>
      <w:r>
        <w:t>77. I'd just like to give this little illustration on account of there might be somebody here that never seen it. Watch this. This is the Father, this is the Son, and this is the Holy Ghost. Now, watch close. Father, Son, Holy Ghost. That's what Jesus said in Matthew 28:19. Is that right? Father, Son, and Holy Ghost. Now, who is this? Father. (Listen, class.) Father, Holy Ghost, Son. Now, who's this? Holy Ghost. Who's this? [Congregation says, "Father."] Who's this? [Congregation says "Son."] Son. All right.</w:t>
        <w:br/>
        <w:t>Now, this was the Father of who? Jesus Christ. Is that right? Now, Matthew, the first chapter, 28th verse, let's read it. We'll take the love story now, and see what it reads like. We'll see who this fellow was, that He said, "Go baptize them in the name the Father, and of the Son, and Holy Ghost." All right. Now, the first chapter of Matthew starts out with the genealogy:</w:t>
        <w:br/>
        <w:t>The book of the generation of Jesus Christ, the son of David, a son of Abraham.</w:t>
        <w:br/>
        <w:t>Abraham begot Isaac; … Isaac got Jacob;…</w:t>
        <w:br/>
        <w:t>And on and on and on, on down till it comes to the 18th verse. Now, you see, you go ahead down here to the 17th verse:</w:t>
        <w:br/>
        <w:t>And so all the generations from Abraham to David were fourteen generations; and from David until the carrying away of Babylon … fourteen generations; and … the carrying away of Babylon unto Christ were fourteen generations.</w:t>
        <w:br/>
        <w:t>Now the birth of Jesus Christ was on this wise: When … his mother Mary was espoused to Joseph [Are you reading behind me? Listen close:], when … his mother Mary was espoused to Joseph, she was found with a … before they came together, she was found with a child of God the Father.</w:t>
        <w:br/>
        <w:t>Does that read like that? Found with a child of what? [Congregation says, "The Holy Ghost."] Well, I thought somebody said this was His father. Now, if the Holy Ghost is one person, and the Father's another person, then He had two fathers. What you got? A illegitimate child.</w:t>
        <w:br/>
        <w:t>Oh, you said, "They just slipped up and made a misprint there." All right.</w:t>
        <w:br/>
        <w:t>And Joseph her husband, being a just man, and not willing to make her a public example, was minded to put her away privily.</w:t>
        <w:br/>
        <w:t>But while he thought on these things, behold, the angel of the Lord appeared to him in a dream, saying, Joseph, thou son of David, fear not to take unto thee Mary thy wife: for that which is conceived in her is of the… [Congregation says, "Holy Ghost."]</w:t>
      </w:r>
    </w:p>
    <w:p>
      <w:r>
        <w:t>78. "…mouth of two or three witnesses, let every word be established," see. The Holy Ghost was His father. Well, He said God was His father. Now, if they're two different people, which one was His father? See where you get yourself? You just hang yourself right out in the middle of the mid-air, see.</w:t>
        <w:br/>
        <w:t>Now, you've got to say that the Holy Ghost is God Himself. It's the Holy Spirit, which is God. Now, you got two now, instead of three. All right. All right, 21st verse: "…that which is conceived in her…"</w:t>
        <w:br/>
        <w:t>Who was the one conceived this in her? The Holy Ghost. All right.</w:t>
        <w:br/>
        <w:t>And she shall bring forth a son, and thou shall call his name [name] JESUS: for he shall save his people from their sins.</w:t>
        <w:br/>
        <w:t>Now all this was done, that it might be fulfilled which was spoken of the Lord by the prophet, saying,</w:t>
        <w:br/>
        <w:t>Behold, a virgin shall be with child, and shall bring forth a son, and they shall call his name Emmanuel, … being interpreted … God with us.</w:t>
      </w:r>
    </w:p>
    <w:p>
      <w:r>
        <w:t>79. What was His name? Now, who is John and Mary that lived happy ever after? What is the name of the Father, the Son and Holy Ghost? When Jesus was born on earth He was Christ, the Lord. At His circumcision eight days later His mother gave Him the name, and His father gave Him the name, of Jesus. He was Jesus. Christ, the Lord Jesus Christ then. He was Lord. When He was born He was Christ, the Lord. And then when He received His name of Jesus, that made Him Jesus Christ, the Lord.</w:t>
        <w:br/>
        <w:t>That's exactly what was revealed to Peter. He knowed who John and Mary was when He said, "Go baptize in the name of Father, Son, and Holy Ghost." So it could be revealed because Jesus knowed that Peter had the gift of revelation. He knowed, because it had already been revealed to Him by the Spirit above. And when God sees that a man can receive revelations from above, He can trust that man and do something with him when it's revealed to him; because He said no man can reveal this but His Father.</w:t>
        <w:br/>
        <w:t>God's the only one who can reveal it, and He knowed Peter was in contact with the Spirit. So, Peter knowed the revelation. Then he went up there and he said, "Repent and be baptized in the name of Jesus Christ for the remission of your sins."</w:t>
      </w:r>
    </w:p>
    <w:p>
      <w:r>
        <w:t>80. Now, just a few days before that, Jesus told Peter (the same time when He told him who the revelation was, "Upon this rock I'll build my church, and the gates of hell shall not prevail against it."), "And I say that thou art Peter, and I'll give thee the keys [Oh!], the keys to the kingdom. I'll give you the keys. Whatever you bind on earth I'll bind it in heaven. What you loose on earth I'll loose in heaven."</w:t>
        <w:br/>
        <w:t>Then on the day of Pentecost at the inauguration of the church, ten days after Jesus had said, "Go baptize in the name of the Father, Son, and Holy Ghost," Peter by spiritual revelation knowed there was no such a thing as name of Father, Son, Holy Ghost. Well, nobody else thought that till the Catholic age. And every person that's baptized in the name of Father, Son, and Holy Ghost is actually baptized in the Catholic faith. That's right, not in Christian baptism. There was … remnant.</w:t>
      </w:r>
    </w:p>
    <w:p>
      <w:r>
        <w:t>81. Now, on the day of Pentecost they were all filled with the Holy Ghost, and speaking in tongues, and acting like they were drunk. And they were drunk. They were drunk on new wine, the new wine that come from heaven out of Canaan above. And when they were all screaming, and shouting, and acting like they were drunk, and so forth, Peter stood up in the midst of them and told them that they were not drunk, but they were … this was that that the prophet had said would come to pass: He'd pour out His Spirit.</w:t>
        <w:br/>
        <w:t>And now they said, "Men and brethren, what can we do? Men and brethren, what can we do?" That's the question. "How are we going to get it? Who's got the keys? Come here, Simon. You got the keys. Pull them off your side. What are you going to say?"</w:t>
        <w:br/>
        <w:t>Now, remember Jesus Christ said, "If you bind it on earth, I'll bind it in heaven. If you loose it on earth, I'll loose it in heaven." If He's God, He has to keep His Word.</w:t>
      </w:r>
    </w:p>
    <w:p>
      <w:r>
        <w:t>82. Now, you Catholic priests, show me your forgiveness of sin. A Catholic priest told me one time, said, "Didn't Jesus say, 'Whoever sins you remit, to them they are remitted?'"</w:t>
        <w:br/>
        <w:t>I said, "He said it."</w:t>
        <w:br/>
        <w:t>"Whosoever sins you retain, to them they are retained."</w:t>
        <w:br/>
        <w:t>"Yeah."</w:t>
        <w:br/>
        <w:t>"That's whoever you forgive, they're forgiven; whoever you don't forgive they're not forgiven."</w:t>
        <w:br/>
        <w:t>I said, "That's correctly what it said."</w:t>
        <w:br/>
        <w:t>He said, "Then didn't Christ give His church, which we are His church, the power to forgive sins on earth?"</w:t>
        <w:br/>
        <w:t>"He certainly did." I said, "Now if you'll forgive them the same way that they forgive them, I'll go with you." Yeah. I said, "How'd they forgive them? Did they tell them, 'Go do a novena or something,' or the way you do?" No, sir.</w:t>
      </w:r>
    </w:p>
    <w:p>
      <w:r>
        <w:t>83. Peter said, "Repent!" Amen. There's the key. "Repent every one of you, and be baptized in the name of Jesus Christ for the remission of your sins, and then you shall receive the gift of the Holy Ghost." The key went "click" on earth, and went "click" in heaven. That's it.</w:t>
        <w:br/>
        <w:t>That's the reason when Paul met some had already been baptized by the same man that baptized Jesus, he said, "Have you received the Holy Ghost since you believed?"</w:t>
        <w:br/>
        <w:t>They said, "We know not whether there be any Holy Ghost."</w:t>
        <w:br/>
        <w:t>He said, "To what…" You take your Greek word, said, "How was you baptized?"</w:t>
        <w:br/>
        <w:t>They said, "Unto John."</w:t>
        <w:br/>
        <w:t>Said, "That won't work any more. Heaven's done closed. You have to come and be baptized in the name of Jesus Christ."</w:t>
        <w:br/>
        <w:t>So they heard this. They were baptized over again in the name of Jesus Christ. And when they did, Paul laid his hands on them; the Holy Ghost came upon them. Then they spoke in tongues, and prophesied.</w:t>
        <w:br/>
        <w:t>Oh, brother, that's back to the beginning. That's exactly… That's the open door that was set right here. Geographically it's right. The evening lights, and every scripture in the Bible leads right to it.</w:t>
      </w:r>
    </w:p>
    <w:p>
      <w:r>
        <w:t>84. We could stand here for hours, and we got fifteen more minutes time and about thirty-five different comments to make here. We'll get them in the morning, if we don't get them tonight. All right.</w:t>
        <w:br/>
        <w:t>Now, all right:</w:t>
        <w:br/>
        <w:t>…and no man shutteth it… For thou hast a little strength, and hast kept my word [all right], and has not denied my name.</w:t>
        <w:br/>
        <w:t>There we got it. "Not denied my name."</w:t>
        <w:br/>
        <w:t>Name had been revealed, got away from the old dead Sardis denomination, and had come into the living church. Now let's take the 9th verse. Now, we're going to watch now. We're coming over into something that's very dangerous:</w:t>
        <w:br/>
        <w:t>Behold, I will make them of the synagogue of Satan, which say they are Jews, and are not, but do lie; behold, I will make them to come and worship before thy feet, and to know that I have loved thee.</w:t>
        <w:br/>
        <w:t>There's a good nightful, right there. Watch, what are they now? Them that He talked to, that had found His name after all this time down here, come in the open door, Jesus Christ, got the word of life, been filled with the Holy Ghost. And now He said, "There are those among you who are in the synagogue of Satan."</w:t>
      </w:r>
    </w:p>
    <w:p>
      <w:r>
        <w:t>85. Now, my brother, if you would just want to go back to Pergamos, at Revelation 2:13, just a minute, and let me just show you here what that really is---the denomination.</w:t>
        <w:br/>
        <w:t>I know thy works, and where thou dwellest, even where Satan's seat is: …</w:t>
        <w:br/>
        <w:t>There you are. That Laodicean, or, I mean that Nicolaitane church age, where they had denominated and (watch), to show that they was a church, a synagogue; a church, a church of denomination (Oh, brother!), the synagogue of Satan. Then the works of denomination is of the devil. Not the Christians, now, remember. They're Christians; but the denomination itself. All right.</w:t>
        <w:br/>
        <w:t>Now, did you notice, He said, "You have those among you who say they are Jews but you found them liars."</w:t>
      </w:r>
    </w:p>
    <w:p>
      <w:r>
        <w:t>86. Now, remember, the great angel… Now what's he speaking to? This last church, this open door between the two churches.</w:t>
        <w:br/>
        <w:t>Now, the first church age was taught by who? Paul. Now let's go to Romans 2:29, and see what a Jew is, so that you'll be sure it isn't my own thought of it---Romans, the 2nd chapter, and the 29th verse, of Romans. All right, here we are:</w:t>
        <w:br/>
        <w:t>But he is a Jew, which is one inwardly; and circumcision is … of the heart, and in the spirit and not in the letter; whose praise is not of men, but of God.</w:t>
        <w:br/>
        <w:t>What is a Jew? A Spirit-Holy-Ghost-filled Christian. I know that you're down there after that age of sanctification that say they got the Holy Ghost, but He said it. I never. They said they had the Holy Ghost without the signs following, but He said, "They are liars. These signs shall follow them that believe." Can't make Him lie. Oh, brother! That blinds you around, and around, see. Oh, my! I'll…</w:t>
        <w:br/>
        <w:t>Behold, I will make them of the synagogue of Satan, which say they are Jews, [which say they are Spirit-filled Christians, say, the synagogue, the organization. "I'll make them that says they got the Holy Ghost, and all organized up there…" They haven't even got the revelation yet, see. All right.] … I'll say … them that say they are Jews [or Christians] and are not, but do lie; behold, I will make them … come and worship before thy feet, and to know that I have loved thee.</w:t>
      </w:r>
    </w:p>
    <w:p>
      <w:r>
        <w:t>87. Right here that could break in on me in the morning's message. That's the sleeping virgin right there. Can you see it? When was it at? At the end-time. Oh, when they went out. Here is the … see? They are justified by faith, sanctified. Justified through Luther's message, sanctified through here, but miss the open door. You see it? Justified by faith through Luther, sanctified through Wesley's age.</w:t>
        <w:br/>
        <w:t>Many of them precious Nazarene, Pilgrim Holiness, Wesleyan, Methodist, and so forth---all of them live a good clean life, sanctified---and think they've got the Holy Ghost. And hear a fellow speak in tongues, or something, they'll laugh at him, make fun of him and say, "It's of the devil." Brother, you've sealed your doom when you did that. You've blasphemed the Holy Ghost, which is unpardonable.</w:t>
        <w:br/>
        <w:t>Well, you say, "We belong to the First Church." I don't care how many churches you belong to. That has nothing to do with the Word of God that don't take nor add. That's right---synagogues of Satan.</w:t>
      </w:r>
    </w:p>
    <w:p>
      <w:r>
        <w:t>88. I hope I don't hurt you. I just hate to talk like that, but there's something inside of me motivating me to do it. I don't know why I do it. You know I don't like to do that. I just feel like … awful, when I say it. But yet, I've got to say it. There's something in there making me say it.</w:t>
        <w:br/>
        <w:t>Always hated to cut at women. I feel… A woman can cry, and I just feel terrible. I just hate to cut at women, but there's something in there makes me do it, see. An immoral woman, oh, my! I just can't stand it, because there's something inside makes me do it---the Holy Spirit.</w:t>
        <w:br/>
        <w:t>And I look down here in the Word, and I think, "Lord, if I'm wrong, show it to me. Don't let me do that just to be going like that. People won't … I won't … I love people. You know I do. Don't let me hurt nobody. God, You know I wouldn't do that."</w:t>
        <w:br/>
        <w:t>But the Holy Spirit rise up, and say, "Stand on that Word. Stay there. Stay right there on that Word."</w:t>
        <w:br/>
        <w:t>And I say, "Yes, Lord, if it… You're my best friend. You're the only one I… You're my real friend, the only one's going to help me when this life is fading away. So, I'll stand right with You then, Lord. Here I come."</w:t>
        <w:br/>
        <w:t>I don't mean to hurt. Please don't take me wrong, when I'm cutting at them organizations and things. Way before I knowed anything about this, all my life, I've cut at it. Never did believe it. That's the reason I wouldn't hook up with it. All right. Thank God for keeping me away from it.</w:t>
      </w:r>
    </w:p>
    <w:p>
      <w:r>
        <w:t>89. Behold, I'll make them of the synagogue of Satan … [which say they are Spirit-filled], and are not, but … lie; … and I'll make them to come … worship before your feet, …</w:t>
        <w:br/>
        <w:t>Don't you remember the sleeping virgin, when she raised up? Now, remember, what was she called? There's ten of them went out to meet the bridegroom. Is that right? Five was wise, had oil in their lamp. How many knows what oil signifies in the Bible? Spirit.</w:t>
        <w:br/>
        <w:t>Now, one couldn't say, "You're not sanctified, and I'm not…" They was all sanctified, every one of them. All sanctified. But five was wise enough to have the wisdom of revelation to catch that door, see, to be filled with the Spirit. They had oil in their lamps, and the others had no oil. And when they were awakened, why, here they come up to them, said, "Oh, give me some of your Holy Spirit oil. Give me some."</w:t>
        <w:br/>
        <w:t>Said, "Yeah. Sorry, sister, just got enough for myself. I sure ain't got any to spare."</w:t>
      </w:r>
    </w:p>
    <w:p>
      <w:r>
        <w:t>90. So, and while…</w:t>
        <w:br/>
        <w:t>He said, "Go pray up." And while they were gone to get some, the bridegroom came, and they went in to the wedding supper. And they was left without, where they'll go through the tribulation period.</w:t>
        <w:br/>
        <w:t>Watch. Just a little, couple more verses, and you'll see they go right on into the tribulation period, see. Now the sleeping… We'll pick that up in the morning. Yeah, I believe it'll be a little better if we waited for that, 'cause we're getting down here now, just about time (all right) to close.</w:t>
      </w:r>
    </w:p>
    <w:p>
      <w:r>
        <w:t>91. Now let's see: "Behold, I'll…" And they found them, that they are liars, that they do not have the Holy Ghost.</w:t>
        <w:br/>
        <w:t>Just one little thing here, please, while we're all together. Judas Iscariot, as I said last night, was the son of perdition. The Bible said he was born the son of perdition. Then when he… And Jesus Christ was born the Son of God. Then God lived in Christ. Is that right? Satan lived in Judas.</w:t>
        <w:br/>
        <w:t>If He was the Son of God, born the Son of God, the incarnate Son of God, then Satan was born the son of perdition. He was the incarnate, the son of perdition, Satan, the devil.</w:t>
      </w:r>
    </w:p>
    <w:p>
      <w:r>
        <w:t>92. Now, if you notice he joined himself with Jesus and had become one of them. See?</w:t>
        <w:br/>
        <w:t>Now, the reason he did that, to get that deception, that he could come into this day in the church. Now, Jesus said, "Them synagogues is of Satan." Oh, my! Did it strike? They are synagogues of Satan. That's Judas, pretending to be a Christian.</w:t>
        <w:br/>
        <w:t>What was Judas' main thing? Was money. The biggest pull of a lot of these things today is money. Look at the Assemblies of God, building a six-million-dollar building over here, and teaching the Lord's coming right away. Oh, the bombs is in the hangars to blow us away, and build a six-million dollar building! Oh, my! Well, rich and have no… We'll get that tomorrow night, now, the Lord willing.</w:t>
      </w:r>
    </w:p>
    <w:p>
      <w:r>
        <w:t>93. Now notice here. Oh, look how the churches are big. These big organizations, they pool their money together, and oh, mercy! They just become multi-billion… Even have finance, loan associations among them and everything---loaning out money, and things---the churches.</w:t>
        <w:br/>
        <w:t>Brother, that don't sound like apostolic to me. Peter said, "Silver and gold have I none, but such as I have…" Give me that, and take all your money. "Silver and gold have I none, but such as I have give I thee: In the name of Jesus Christ…" That's what he had, the revelation of it. "…give I thee. In the name of Jesus Christ, stand up and walk."</w:t>
      </w:r>
    </w:p>
    <w:p>
      <w:r>
        <w:t>94. All right.</w:t>
        <w:br/>
        <w:t>Now we find out here that they were synagogues of Satan. Now, how could they be? Now, Judas, when he come… Now look. Just about the time that Jesus come on the scene, Judas come on the scene. You notice that? And just about the time Jesus went off the scene, Judas went off the scene.</w:t>
        <w:br/>
        <w:t>Just about the time the Holy Ghost come back on the scene again, Judas come back on the scene: spirit of antichrist to work, and also the children of disobedience; not minding the Bible but minding the denomination. See? And they made them a synagogue, and Jesus said here it's the synagogue of Satan.</w:t>
        <w:br/>
        <w:t>Where? Sitting way down in this age here. How did it start back here? By an organization. That's the same thing it did down here, a synagogue of Satan. You get it? "The synagogue of Satan," He said, "which say that they are Spirit-filled." Now, how could they say that?</w:t>
        <w:br/>
        <w:t>Judas, when he was here on earth, he met up with Jesus, made a confession that he was a believer in Jesus, and become the treasurer---packing all the money. Is that right? We all know that.</w:t>
        <w:br/>
        <w:t>Now, if he believed on Jesus Christ, he accepted falsely justification. Is that right? Romans 5:1, "Therefore being justified by faith…" All right.</w:t>
      </w:r>
    </w:p>
    <w:p>
      <w:r>
        <w:t>95. Now, then another thing, in St. John 17:17, Jesus sanctified them through the truth, He said. "Thy Word is the truth," and He was the Word. And He gave them power against unclean spirits to go out and have healing services, and cast out devils, and to do all kinds of miracles. And when they returned back, Judas with them (now watch, Nazarene, Wesleyan Methodist), turned back, rejoicing and exceedingly glad, and praising God, and shouting, because the devils was subject unto them.</w:t>
        <w:br/>
        <w:t>And Jesus said, "Rejoice not because the devils is subject unto you, but rejoice because your name is written in the book of life." And remember Judas was one of them. See, he could deceive the church right up into that. He's worked right along them lines, you know. But when it come to Pentecost, he showed his colors.</w:t>
        <w:br/>
        <w:t>That's exactly what he done in the Primitive, in the Methodist church, and what he done in the Lutheran church, and what he done in the Nazarene church, and the Churches of God and them. Come right up to sanctification. When it come to the baptism of the Holy Ghost, to speak in tongues, and have signs and wonders, they condemned it.</w:t>
      </w:r>
    </w:p>
    <w:p>
      <w:r>
        <w:t>96. They'll go divine healing route for you. Sure. Judas did, too, see. But when… There's many divine healing down the road today, brother, stand up for two hours, and say, "Your crops is going to burn up," if you don't give them fifty dollars a night, apiece, and all that kind of stuff. That's the devil. It sure is. I believe in divine healing with all my heart. But that stuff's of the devil. Absolutely that's of the devil. Don't care how much you can do, or how much more. Judas cast out devils too.</w:t>
        <w:br/>
        <w:t>Jesus said, "Many will come to me in that day, say, 'Lord, Lord, haven't I cast out devils in your name, and done mighty works?'" He said, "If you did, I know nothing about it. Depart from me, you workers of iniquity. I didn't know you." Sure.</w:t>
        <w:br/>
        <w:t>Oh, brother, strait is the gate and narrow is the way, and but few there'll be that'll find it. We're talking about this few because we're in the last age, where it's got to be just a few. Receive it, please, my brethren.</w:t>
      </w:r>
    </w:p>
    <w:p>
      <w:r>
        <w:t>97. Don't think that I'm standing here… I'd rather, if it'd be me… For me, I could compromise with myself, and say, "Let's take the Assemblies of God, or some movement. Just join into them, and go along with them." But, oh, brother, woe is me if I do that. Woe is me! I know better than that. God would send me to hell for doing such a thing as that. Yes, sir.</w:t>
        <w:br/>
        <w:t>If I have to seal my testimony with my life, I'll just have to seal it (that's all), because there's something in me. I can no more do that than nothing in the world. I know this is truth, and I've got to stand by what's truth; and the Bible backs it up. The organization's against me, but the Bible says it's right. "Let every man's word be a lie, and his true." That's the truth. That's it. Just stay with that.</w:t>
      </w:r>
    </w:p>
    <w:p>
      <w:r>
        <w:t>98. …make them … the synagogue of Satan, … [All right.]</w:t>
        <w:br/>
        <w:t>…and they shall know… Come to your feet, and … know that I … loved you.</w:t>
        <w:br/>
        <w:t>Because thou hast kept the word of my patience, I also will keep thee in the hour of temptation, …</w:t>
        <w:br/>
        <w:t>Watch now. To show this is not the Methodist age, I'm talking about, yet it's the lapover… Look. Are you ready to listen? Everybody? Listen close now:</w:t>
        <w:br/>
        <w:t>Because thou hast kept the word of my patience, I also will keep thee [that little remnant] from the hour of temptation, when…</w:t>
        <w:br/>
        <w:t>The church is going to come to a place where you're going to have to get in this organization, or be … you're going to have it, brother. That's all. You're either going to be organized, or take the mark of the beast; or take… You're either going to organize it, or go in the denomination; which, it's actually coming the mark of the beast, because it's a boycott, see.</w:t>
        <w:br/>
        <w:t>…that shall come upon … the whole world, to try them that dwell upon the earth.</w:t>
        <w:br/>
        <w:t>Behold, I come quickly: hold fast to that which thou hast, that no man take away thy crown.</w:t>
      </w:r>
    </w:p>
    <w:p>
      <w:r>
        <w:t>99. Now this great temptation, the hour of temptation that shall come to try the whole world, goes into the tribulation (just in a few minutes we'll see it); goes on into the tribulation. And the tribulation did not come in the days of Wesley. So, what age are we in? What's this door set before? It's between the Wesley, and the … where the church is headed right now, and already in, to the Laodicean age.</w:t>
        <w:br/>
        <w:t>But this little place right in here, within the last thirty-five, forty, years, has been an open door sitting right before the people, to come in. And God will take the remnant, and seal it off, and they'll go on into a lukewarm … just spurt them out of His mouth.</w:t>
        <w:br/>
        <w:t>The work'll be cut short. Up goes the church, and here comes the antichrist moving in, for destruction. Just perfect---fits with the whole Bible, right on around.</w:t>
      </w:r>
    </w:p>
    <w:p>
      <w:r>
        <w:t>100. All right.</w:t>
        <w:br/>
        <w:t>Now, here's the appearing of the sleeping virgin also. Here proves that the last of the church ages moves to the first part of Pentecost, for they go on into the great tribulation, which shall come in the … which did not come in the Wesley age.</w:t>
        <w:br/>
        <w:t>Eleventh verse. All right… A crown of life. The 11th verse said:</w:t>
        <w:br/>
        <w:t>Behold, I come quickly: [What? Quickly after this now, see.] Behold, … hold fast to that which thou hast [keep holding to it], that no man take away thy crown.</w:t>
        <w:br/>
        <w:t>What is a crown? It's a… A crown means that you have a domain. You are a king if you're crowned, see. And we are sons of God when we're crowned with eternal life, and our domain is the earth. "Make you priests and kings unto God." Is that right? So there you are.</w:t>
      </w:r>
    </w:p>
    <w:p>
      <w:r>
        <w:t>101. And over in the New Jerusalem, how that the kings of the earth even bring their glory into the city there. Oh, it's wonderful! If you want to take that, see, just like … shine like stars, crowns.</w:t>
        <w:br/>
        <w:t>And Daniel 12:3 gives a great big description of it, if you'd like to write it down. Maybe we'd have time just for a few minutes, to get it. Let's get Daniel, what he says here, in the 12th chapter of Daniel. All right. Let's start at the first, the 12th chapter:</w:t>
        <w:br/>
        <w:t>And at that time shall Michael [See, oh, you know who that is.] shall stand up, the great prince which standeth for the children of thy people: and there shall be a time of trouble [What is it? right after this, tribulation], such as never was since there was a nation even till that same time: and at that time thy people shall be delivered, every one that is found written in the book.</w:t>
        <w:br/>
        <w:t>And many of them that sleep in the dust of the earth shall awake, and some to everlasting life [the crown], and some to shame and everlasting contemptment.</w:t>
        <w:br/>
        <w:t>And they that be wise shall shine as the brightness of the firmament; and they that turn many to righteousness shall … as the stars for ever and ever.</w:t>
        <w:br/>
        <w:t>Oh, brother! There's your crown, that glorious crown of eternal life---a crown of eternal life.</w:t>
      </w:r>
    </w:p>
    <w:p>
      <w:r>
        <w:t>102. Twelfth verse, right quick, before we … and then I think we are going after that then.</w:t>
        <w:br/>
        <w:t>Him that overcometh will I make a pillar in the temple of my God,…</w:t>
        <w:br/>
        <w:t>Now we're going to go through this real quick, because I'm already five minutes past time. But you can sleep in a little bit in the morning, can't you? Mama, you let him sleep. You get up all right, but Pop's kind of hard to get up. But you just let him sleep just a little bit. Slip out real easy, and get his coffee made, or whatever he does, and he'll be in good humor.</w:t>
      </w:r>
    </w:p>
    <w:p>
      <w:r>
        <w:t>103. "Him that overcometh will I make a pillar in the temple of my God…"</w:t>
        <w:br/>
        <w:t>Oh, let's just take it word by word just for a minute. Will you bear with me that long, just a little bit? I know it's hot, and you know it's hot up here, too. But let's see: "I'll make a…"</w:t>
        <w:br/>
        <w:t>He that overcometh will I make a pillar in the temple of my God,…</w:t>
        <w:br/>
        <w:t>Pillar: a pillar, or a foundation. Foundation in the temple of the house, or the house of God. The temple of my God, or the house of my God---it's a pillar, the foundation. These are those that took the Word which they heard in verse 8, and went back to the foundation.</w:t>
      </w:r>
    </w:p>
    <w:p>
      <w:r>
        <w:t>104. Now let's get Ephesians 2:19, over at the church of Ephesus. You know, you have to go back to Ephesus. That was the beginning. Is that right? All right, let's go back to Ephesus, where Paul was---the church that he established. And let's see now where we're at. All right. The church of Ephesus… Let's go back now, and see what this foundation is back there, and see what Paul said about the foundation, back in that first church age there. Now he's talking to the Ephesians:</w:t>
        <w:br/>
        <w:t>Now therefore ye are no more strangers or foreigners, but fellow-citizens with the saints, and of the household of God;</w:t>
        <w:br/>
        <w:t>And are built upon the foundation of [the Lutheran, the Baptist… Now wait. I got mixed up, didn't I?] … but are built upon the foundation of the apostles and prophets, Jesus Christ himself being the chief corner stone;…</w:t>
      </w:r>
    </w:p>
    <w:p>
      <w:r>
        <w:t>105. Everything went in at the door, Jesus. And "he that overcometh will I make him a pillar." In other words, part of the foundation. What will I give him? "I'll put in him the doctrine of the apostles and prophets from the beginning and give him the revelation." What'd the prophets say about Him? He's "Counsellor, Prince of Peace, mighty God, everlasting Father." That's what they said, the prophets, the apostles. And "he that can overcome all this synagogues of Satan, keep himself free, and look straight to the gate, I'll make him a pillar. I'll put him back in the foundation of my Word in the house of my God." Oh, my! "I'll put him right there in that pillar in the foundation, where they stay right in the Word." Amen. I like that, brother. It's good. I may act funny, but I feel good. All right.</w:t>
      </w:r>
    </w:p>
    <w:p>
      <w:r>
        <w:t>106. He that overcome … make him a pillar in the temple of my God, and he shall go no more out: …</w:t>
        <w:br/>
        <w:t>What is that? If he's a pillar he ain't going out no more. He's the bride. That's right. As Ephesus age had, like Paul taught them in Acts… Now wait a minute. If you're going to be a pillar… I had another scripture down here I want to get to you before we get to the bride.</w:t>
        <w:br/>
        <w:t>Now, if you're going to be a pillar, you're going back to Ephesus. You're going back to the age that Paul was in. And Paul, the angel of Ephesus (which was the beginning of the church, the foundation), he taught them if they were baptized any other way besides the name of Jesus Christ, they had to be baptized over. That's right. Acts 5:19, or 19:5, rather. In Galatians 1:8, he said if an angel taught anything else, let him be accursed.</w:t>
      </w:r>
    </w:p>
    <w:p>
      <w:r>
        <w:t>107. They were also the bride that was in the temple. Now let's get to Revelation the 7th chapter, see if they were the bride: 7th chapter of Revelation. Now, I might…</w:t>
        <w:br/>
        <w:t>We were talking here, the remnant of Israel, the 144,000, and so forth, but let's just skip that just a little bit, and go down here about the 12th verse, say. It's a Pentecostal meeting there. This is the people that was, oh… See, well, we'll start here at the 9th verse, 'cause the first is Israel, and there was 144,000 of them sealed, which we're getting to tomorrow.</w:t>
        <w:br/>
        <w:t>And after these I beheld, and, lo, a great multitude, which no man could number,…</w:t>
      </w:r>
    </w:p>
    <w:p>
      <w:r>
        <w:t>108. Now, remember, from 4 to 8 is Israel, which was the eunuchs---the temple guards, see. We'll get it in the morning, the Lord willing.</w:t>
        <w:br/>
        <w:t>Now, you see, all twelve tribes: the tribe of Juda, he sealed twelve; Reuben, he sealed twelve; of Gad, he sealed twelve; and Levi, and Zebulun, and Benjamin, twelve. And how many tribes are there of Israel? [Congregation answers, "Twelve."] Well, what's twelve times twelve? 144,000. And they was all the children of Israel. John knowed them, every one. He was a Jew.</w:t>
      </w:r>
    </w:p>
    <w:p>
      <w:r>
        <w:t>109. After this:</w:t>
        <w:br/>
        <w:t>…lo, a great number which no man could number [here comes the Gentiles], of all nations, … kindreds, … tongues stood before God and … the Lamb, clothed in white robes, and palms in their hands; …</w:t>
        <w:br/>
        <w:t>That's them poor creatures back yonder that died, and the lions eat them up, and everything else, for this Holy Ghost gospel, that kept dripping with blood; thousands times thousands of little children with their heads busted in the streets, and everything else. There they stand---white robes on, and palms in their hands. Oh, my!</w:t>
        <w:br/>
        <w:t>And they cried with a loud voice, saying, Salvation to our God which sitteth upon the throne, and to the Lamb. [Salvation to our God that sits upon the throne, and to the Lamb.]</w:t>
        <w:br/>
        <w:t>And all the angels stood around about the throne, and about the elders and the four beasts … fell upon their … fell before the throne on their faces, and worshipped God,</w:t>
        <w:br/>
        <w:t>Listen! If you don't think this is a Pentecostal meeting:</w:t>
        <w:br/>
        <w:t>Saying, Amen: Blessing … glory, … wisdom, … thanksgiving, … honour, … power, … might, be our God for ever and ever. Amen.</w:t>
        <w:br/>
        <w:t>Whew! Sounded like they had a camp meeting there, didn't it?</w:t>
      </w:r>
    </w:p>
    <w:p>
      <w:r>
        <w:t>110. …one of the elders which answered, asked unto me, … saying unto me, What are these that are arrayed in white robes? and whence came they?</w:t>
        <w:br/>
        <w:t>Now you're a Jew, you knowed all the twelve tribes. Now who are these? Where'd they come from? They got white robes on. Where'd they come from? Not the tribe of Benjamin and the others; who are these over here? And John was so…</w:t>
        <w:br/>
        <w:t>…I said unto him, Sir, thou knowest. ["It's got me," see.] And He said unto me, These are they which have come up out of great tribulation, and have washed their robes, and made them white in the blood of the Lamb.</w:t>
        <w:br/>
        <w:t>For therefore they are before the throne of God [inside the house], and shall serve him day and night in the temple: and he that sat upon the throne shall dwell with them.</w:t>
        <w:br/>
        <w:t>[Looked like they went hungry a little bit, didn't it?] They shall hunger no more [Glory!], neither shall they thirst any more; neither shall the sun light on them any more, or any heat.</w:t>
        <w:br/>
        <w:t>For the Lamb which is in the midst of the throne shall feed them, and … lead them into the … fountains of waters: and God shall wipe … all tears from their eyes.</w:t>
        <w:br/>
        <w:t>There it is. There's the bride. Oh, my! How beautiful the bride!</w:t>
      </w:r>
    </w:p>
    <w:p>
      <w:r>
        <w:t>111. Let's see what He said here now, so we be sure we don't miss it now. The 12th: "He that overcometh shall be a pillar in the temple of my God, and shall not go out any more [the bride staying in there with the bridegroom, oh]." Oh, if we could've had time to take that! I got it for the book over there.</w:t>
        <w:br/>
        <w:t>Over in Revelation said all the kings of the earth bring their honor into it. That's like, in type, the tribe of Levi. All the rest of them paid tithes to him, you see. From one new moon to another, one Sabbath to another, went up to worship. What a day that'll be. All right. And I'll… Let's see, "shall not go out any more." All right.</w:t>
      </w:r>
    </w:p>
    <w:p>
      <w:r>
        <w:t>112. …a pillar in the temple of my God … and I will write upon him the name of my God,…</w:t>
        <w:br/>
        <w:t>Now, what's the name of God? Jesus. If you want to jot this down (we're getting a little late), Jesus … Ephesians 3:15 said in heaven and earth, all is named Jesus, you see. All right. All right. Now, all right:</w:t>
        <w:br/>
        <w:t>…and the name of the city of my God, which is the new Jerusalem, which comes down out of heaven from my God:</w:t>
        <w:br/>
        <w:t>"I'll put on him…" Oh, if you see, it's all the same name, if you'd already caught it. See? "I'll put on him the name of the city of my God… The city [He goes ahead and say] which is the new Jerusalem, see, the new Jerusalem." I'll put on him the new Jerusalem.</w:t>
        <w:br/>
        <w:t>Now the bride, or the church, is the new Jerusalem. How many knows that? The church itself is the new Jerusalem. You believe that?</w:t>
      </w:r>
    </w:p>
    <w:p>
      <w:r>
        <w:t>113. Let's just prove it. Revelation 21, I think it is, 21. All right. Let's look back here so we can show you. The Bible said prove all things.</w:t>
        <w:br/>
        <w:t>Now, Revelation 21. Oh, listen to this, right… Just listen to this, if you want to see what this new city of His … God's name is.</w:t>
        <w:br/>
        <w:t>And I saw a new heavens and a new earth: for the first heaven and … first earth was passed away; and there was no more sea.</w:t>
        <w:br/>
        <w:t>And I John saw the holy city, the new Jerusalem, coming down from God out of heaven, prepared as a bride adorned for her husband.</w:t>
        <w:br/>
        <w:t>The new church is the Gentile church, the bride. The bride is a Gentile, and the Gentile has His name. He took a people out of the Gentiles for His name's sake. You believe that? If you don't believe it, turn to Acts 15:14 and find out. Acts 15:14, if you want to turn over to it just a second, and we'll … then you'll… Acts, the 15th chapter and the 14th verse, I believe we'll find it. Then we're just about ready to close. Acts 15, and the 14th verse [Acts 15:13]:</w:t>
        <w:br/>
        <w:t>And after that they had held their peace, James answered, saying, Men and brethren, hearken unto me:</w:t>
        <w:br/>
        <w:t>Simeon hath declared how God at the first did visit the Gentiles, to take out of them a people for his name.</w:t>
        <w:br/>
        <w:t>All right. There she is. Oh!</w:t>
      </w:r>
    </w:p>
    <w:p>
      <w:r>
        <w:t>114. Now I think that's just about … pretty near got the last of it. And now we'll close in saying that this is He. "… and I will write upon him the name of my God, and the name of the city of my God," which is all the same: Jesus, Jesus, Jesus. And the bride married to Jesus, makes it Mrs. Jesus, and so forth, see.</w:t>
        <w:br/>
        <w:t>There's some mighty fine women in this building tonight, mighty fine. But there's one of them that's mine. She's got my name. I hope you got that. She's bearing my name. So will His bride. All right.</w:t>
      </w:r>
    </w:p>
    <w:p>
      <w:r>
        <w:t>115. I'll write upon him the name of my God … which is the new Jerusalem, which cometh down … or, the city of my God, which is new Jerusalem, which cometh down … from … God … out from heaven from my God: and I will write upon him my new name.</w:t>
        <w:br/>
        <w:t>I better leave that alone, hadn't I? All right. Notice "him" there is singular. Now if you'll go back to Revelation 2:17 just a minute, just review it, just a second:</w:t>
        <w:br/>
        <w:t>He that has an ear, let him hear what the Spirit saith unto the churches; To him that overcometh will I give to eat of the hidden manna, and will give him a white stone, and in the stone a new name written, which no man knoweth save he that receives it.</w:t>
      </w:r>
    </w:p>
    <w:p>
      <w:r>
        <w:t>116. Don't you love Him? Isn't He wonderful?</w:t>
        <w:br/>
        <w:t>I love Him, I love Him,</w:t>
        <w:br/>
        <w:t>Because He first loved me;</w:t>
        <w:br/>
        <w:t>And purchased my salvation</w:t>
        <w:br/>
        <w:t>On Calvary's tree.</w:t>
        <w:br/>
        <w:t>You know, I love to sing in the Spirit after a meeting where you have just cutting and everything. Don't you? Oh, how I love to get in the Spirit then. The Word, see, the Word's fallen now. Now only thing it needs is some moisture, see, some praises. Then it starts growing, you see. Oh, don't you love Him? Let's raise up our hands, and sing that:</w:t>
        <w:br/>
        <w:t>I love Him, I love Him,</w:t>
        <w:br/>
        <w:t>Because He first loved me,</w:t>
        <w:br/>
        <w:t>And purchased my salvation</w:t>
        <w:br/>
        <w:t>On Calvary's tree.</w:t>
      </w:r>
    </w:p>
    <w:p>
      <w:r>
        <w:t>117. Oh, let's just bow our head and say: Father, we love You. We love You. Oh, how we love You. We just thank You so much, Lord. Oh, our poor human hearts cannot express what we feel inside of us, for how You have washed us in Your own blood!</w:t>
        <w:br/>
        <w:t>We were aliens, Lord. We loved the things of the world, and we were all messed up out there in the things of the world. And You come down by Your grace, and reached Your precious holy hands down in the muck of sin that we were; picked us out, chose us, washed us, cleaned us, put a new Spirit in us, and set our affections on things above. How we love You, Lord!</w:t>
        <w:br/>
        <w:t>In this age, deceived; that there's nothing else in the world left for us, Lord. There's nothing left for the world. It's at the end-time. We see by the Bible every age has gone. We're now in the end, going out swiftly. It won't be long till Jesus will be coming. O God, set our hearts afire. Don't let us stand still.</w:t>
        <w:br/>
        <w:t>And I think what would great St. Paul do, if he was here tonight, and would see the things the way they are? How that that man… They'd have him in jail before daylight. He would be out here telling the people to make ready the coming of the Lord.</w:t>
      </w:r>
    </w:p>
    <w:p>
      <w:r>
        <w:t>118. In this hour, Lord, there's many sick, because here's handkerchiefs and requests laying here. I pray that You'll heal every one of them, Father. We know that's a part of Your ministry that You proved infallibly to be the truth---the signs following the believers.</w:t>
        <w:br/>
        <w:t>From the body of Paul they took handkerchiefs and aprons and sent to the sick. And unclean spirits went out of them and they were healed, because that the people believed in the living God. Grant it again tonight, Father, as I commit them unto You, Lord, through Jesus Christ.</w:t>
        <w:br/>
        <w:t>And now, Lord, I pray that You'll take our souls in Your hand, wash us, iron us, because it said You was coming for a church without spot or wrinkle. Let the hot iron of the Holy Spirit just press all the wrinkles out of us, and we're hanging, ready for the coming of the Son of man.</w:t>
        <w:br/>
        <w:t>Now, Father, we pray that Your blessings rest upon us. Worship with us, Father. We worship You. We stand tonight, and give You our hearts. We…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