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Conference With God</w:t>
      </w:r>
    </w:p>
    <w:p>
      <w:r>
        <w:t>Date: December 20, 1959</w:t>
      </w:r>
    </w:p>
    <w:p>
      <w:r>
        <w:t>Location: Jeffersonville, Indiana, USA</w:t>
      </w:r>
    </w:p>
    <w:p/>
    <w:p>
      <w:r>
        <w:t>1. 'Course we've had such a wonderful time this week. This has been a great week of blessings for me. And I'm sure it has for you also, many of you here. Many has received the Holy Ghost, and that was our purpose in this meeting.</w:t>
        <w:br/>
        <w:t>The reason we didn't advertise it way out, was on the account of no place to put the people. We just… Night after night, the people just go away. That's our local people, and we just mentioned it among our folks here.</w:t>
        <w:br/>
        <w:t>And about the contribution just now for the baskets, that was meant for our local people. That's our church thing. This is our regular Sunday school, see. And they… 'Course, if anyone wanted to help in that manner, we'd be sure that it's taken to the needy. We have families in this city that don't have nothing, won't have nothing for Christmas. They're depending on this church. And so, that way, why, they'll… It'll go for that purpose. One of the deacons, just tell them what it's for, or my sister back there will take it.</w:t>
      </w:r>
    </w:p>
    <w:p>
      <w:r>
        <w:t>2. Now, I hear we've already had baptismal service this morning. They kind of beat me to that, didn't they? Well, then we will just have another one tonight, have two of them. So we suppose, at least the pool will be filled. For immediately after the service tonight, there will be another baptismal service. And some of them, they said, would have to be baptized. So Billy run up a few minutes ago and told me, said, "Don't come right away, because that Brother Neville had to baptize first." And said there were many people there who had to go right away. And they wasn't sure we was going to have baptism this morning.</w:t>
        <w:br/>
        <w:t>Remember, this pool is always open, always, anytime, any hour of the day or night, ready for baptism. Other ministers come in here use this pool to baptize in. So we're very glad of that.</w:t>
      </w:r>
    </w:p>
    <w:p>
      <w:r>
        <w:t>3. Here some time ago, the Park Methodist church… I was over there for a service, preaching service. And the lovely brother said, "I was over to Brother Branham's the other day to use that … that…" Said, "What is it you call that thing?"</w:t>
        <w:br/>
        <w:t>I said it'd be hard for a Methodist to say "baptistery." They had a little bowl there that they sprinkle in, you know, just a little thing setting on. I said, "It's too hard a word for a Methodist to say 'baptistery.'" I said that.</w:t>
        <w:br/>
        <w:t>He said, "We'd like to have one of them around here. I kind of believe in that."</w:t>
        <w:br/>
        <w:t>So remember, the Methodists, the Baptists, the Presbyterian, anybody that wants to use it, there it is. It's open; water's freely.</w:t>
        <w:br/>
        <w:t>And we got a little stick, of a little hot-stick we put in there to try to warm it. But I'm telling you now, it doesn't warm it. That's the coldest water I ever felt in my life. And I baptized many times where I'd have to take my foot and kick the ice up the creek, like that, to baptize them, and then walk home, try to walk to where I had to stay … to change my clothes. And my clothes would freeze on me, walking. I just could hardly make my steps; my pants legs was just solid making my steps. And it wasn't as cold as this. That's the coldest water I ever seen in my life. I just never seen any water like that. Brother Kelly, it'd almost freeze me to death every time I get in there. So after… That's right. When you're feeling good… Sister Kelly says when you're feeling good, it don't.</w:t>
      </w:r>
    </w:p>
    <w:p>
      <w:r>
        <w:t>4. We're happy for this happy group of people mixed up here in all different kinds of denominations. It's just God's children throwed together. There's people in here that's Methodist, Baptist, Nazarene, Pilgrim Holiness, Catholic, Jehovah Witness, Christian Science, Pentecostal, everything throwed together, even a Jew. Praise the Lord for that. Thank you. We're very happy for the Jew. Yes, sir. If it hadn't been for the Jew, I don't know where we'd have been. That's right. Well, that's very fine.</w:t>
        <w:br/>
        <w:t>That's the way heaven's going to be. Exactly. Where heaven's going to be all gathered of all different denominations, and that's the reason we're sitting together in heavenly places.</w:t>
        <w:br/>
        <w:t>Now, Doc, that was a bit of psychology. I know it was. I wasn't close enough to it.</w:t>
      </w:r>
    </w:p>
    <w:p>
      <w:r>
        <w:t>5. Being just a little bit hoarse this morning. It'll get in second gear after while and get started off, you know, when I get started, I believe.</w:t>
        <w:br/>
        <w:t>Now, I did have some questions come in last night pertaining yet to the meeting. If the Lord willing, I will answer them real quick tonight before we have the regular preaching service tonight. So be sure to come tonight, if you possibly can. And if the Lord willing, I want to preach on a very vital subject of the closing of the revival tonight, as far as we know unless the Holy Spirit would lead farther.</w:t>
      </w:r>
    </w:p>
    <w:p>
      <w:r>
        <w:t>6. Many of you, of course, will have to go back to your homes today, or after this service, maybe this morning. We want to say we appreciate you so much, and we want to wish you a Merry Christmas, and the best of the New Year. God be with you, and give you new things, more of the new life that you're seeking and hungering for. That's what I'm doing myself, is hungering for more of God.</w:t>
        <w:br/>
        <w:t>There's several of the questions is… I just got a few in the room just then they gave me, and some brother gave my son last night some questions. And I didn't get a chance to get to them, because I just stuck them in my pocket, and it was so late. And some of them pertain again back to that Matth… or, Hebrews 6:4.</w:t>
      </w:r>
    </w:p>
    <w:p>
      <w:r>
        <w:t>7. Sister Mammie just said a few minutes ago, there's a… She's so happy to get a hold of that, because she had asked the same question some time ago. That's a very, very striking thing. But I'm sure all of you got it, what it was. I hope you did.</w:t>
        <w:br/>
        <w:t>It is not a Christian that's filled with the Spirit. Now, if you'll go to Hebrews 10, you'll see that he said in there, it's different. Then he's talking the unpardonable sin to the Christian. But this is … to the filled person. But this is a person that's a borderline believer that's just tasted… We have them in all churches. Just come to church and… Oh, they appreciate what the Lord does, but they'll never move into it. They appreciate seeing someone healed, but they'll never make the effort of going out and praying for the sick and visiting the hospital, or doing something that's right (see), like that. You seen them kind. They've tasted; they've seen.</w:t>
      </w:r>
    </w:p>
    <w:p>
      <w:r>
        <w:t>8. Just like, I said that Cain's… Canaanites … or, the Israelites when they was nearing Canaan, they went almost in. They went there far enough to get to taste the fruits out of the land, but they said, "Oh, we're not able. We can't do it." But Joshua and Caleb knowed they could do it, because they had God's promise.</w:t>
        <w:br/>
        <w:t>And that's what Paul's trying to speak of, refer back there to them that have come nigh unto it, so near, but they won't put their hand on it themselves. They just say, "Oh, I go to church, them churches. I go to the holiness church, Pentecostal church. I go to this."</w:t>
        <w:br/>
        <w:t>"But have you received the Holy Ghost since you believed?"</w:t>
        <w:br/>
        <w:t>"Oh, no, I haven't just yet did it." See, there you are.</w:t>
        <w:br/>
        <w:t>But a real believer can't rest until he gets into it. He's just got to get out there in it, see. Just kind of a borderline, now, that's the person that Paul's speaking of.</w:t>
      </w:r>
    </w:p>
    <w:p>
      <w:r>
        <w:t>9. However, now this morning, it's a regular Gospel message for this morning, the Lord willing. He gave me enough voice. So I think that's the announcements. I'm not sure, but I think that is as far as I know. And Brother Neville has made the rest of them.</w:t>
        <w:br/>
        <w:t>I want you all to know, if you're ever by this way… You that have to go home now and can't stay for the evening service, I want you to know, if you're ever by here any time, I wish it so you'd come by and hear our pastor. We've got a real pastor at this Tabernacle, Brother Orman Neville.</w:t>
        <w:br/>
        <w:t>I ain't saying that because he's sitting here; I've knowed him for years, and he's never changed one bit. He's still Orman Neville, a servant of the Lord. You can depend on him. Just as loyal, faithful, a wonderful preacher…</w:t>
      </w:r>
    </w:p>
    <w:p>
      <w:r>
        <w:t>10. I've sat back there. And I've heard preachers all over the world, preach, but sometimes he preaches things that just astounds me. I tell you, he just carries you off in those little things that he uses. I tell you, every time I come, I bring… I get about fifteen texts out of his sermon when I come, writing it down. Going home, "Oh, my, wouldn't that make a message. Oh, my, wouldn't that make a message." And just write it down…</w:t>
        <w:br/>
        <w:t>So come around and hear our Brother Neville, and associate with our people. They're poor people, real poor, but they love the Lord. And they'll love you. And so we're happy you were with us, and pray that God will bless you.</w:t>
        <w:br/>
        <w:t>Now, let us bow our heads just a moment before we approach the Word.</w:t>
      </w:r>
    </w:p>
    <w:p>
      <w:r>
        <w:t>11. Gracious Lord, we come now, just as reverent as we know how to come. We come in the name of Jesus, believing that You have promised us through Him, that You would hear anything that we would ask You in His name. And we pray, God, that You will make this a visitation to us here this morning.</w:t>
        <w:br/>
        <w:t>We want to thank You from the depths of our heart, for what You have did for us this past week. Many sad hearts has been made happy. Many of the people has been made to rejoice. And many who were confused in the Word is now shouting the victory through Jesus Christ. We thank You for these things.</w:t>
        <w:br/>
        <w:t>And we pray, Lord, that today will be another time that You'll visit with Your people. And we're assembled here of all … many different types, I would say, of denominational churches. Some with different beliefs of … maybe friendly disagreeing upon the Scriptures, but not having that to be any barrier at all, even to a Jewish sister raised her hand… We are assembled in heavenly places in Christ Jesus.</w:t>
      </w:r>
    </w:p>
    <w:p>
      <w:r>
        <w:t>12. We pray today that Your Spirit will be poured out afresh upon us. Give us a fresh baptism this morning, Lord, or a fresh filling. And we ask that You'll heal the sick, the afflicted, those that are needy. Here's a man sitting here in a wheelchair. Others are out there, perhaps, with heart trouble, some with cancer. They're dying, Lord, and the precious doctors of our land has diagnosed their cases, and gone down into it as deep as they could, and maybe with operations, and still that devil holds on. He's determined to take their life. And they may cut somewhere with their knife in tender hands to try to help that person, but that demon will slip off into another little corner, and there break forth again. For he's well able to hide from the doctor, but God, he can't hide from You. You know right where he's at. And with a word of Your faith and power, he will have to move. And we pray Thee today, God, that You'll make every evil thing leave the people, that they might have health and enjoy the blessings of the Lord our God. For we ask it Jesus' name. Amen.</w:t>
      </w:r>
    </w:p>
    <w:p>
      <w:r>
        <w:t>13. Now, there is many handkerchiefs laying here. And we will pray over them. And if you don't have one here and you wish one, why you just write us here to Post Office Box 325, and immediately we will send it right to you. That's found now in the book of Hebrew … in the book of the Acts, the nineteenth chapter where we take handkerchiefs or aprons from the people to pray over them.</w:t>
        <w:br/>
        <w:t>Let us turn this morning now in the Scriptures to the book of Isaiah the first chapter. Isaiah 1, while we read a portion of the Scripture. And while you're turning to this book to follow us in the reading, we want to speak something about the healing service coming up.</w:t>
        <w:br/>
        <w:t>Now, we do not try to say that we make divine healing here a major, because divine healing is a minor. And you can never major on a minor. But we believe that Jesus Christ's ministry, eighty-six percent of it was divine healing. And in catching the people's attention by divine healing, brought the realization that He was God.</w:t>
        <w:br/>
        <w:t>And He said, "If you can't believe me to be that, then believe the works that I do. For, if I do not the works of my Father, then believe me not. But if I do the works of the Father, and you can't believe me, then believe the works."</w:t>
      </w:r>
    </w:p>
    <w:p>
      <w:r>
        <w:t>14. See, as a man, He made Himself God. On the cross, or just before the cross, they said to Him, "We do not stone Thee for a good work that you've done, but we stone Thee, because You're a man making Yourself God." He was God. He was. God was in Him.</w:t>
        <w:br/>
        <w:t>And so, then He said, "If you can't believe me, believe the works that I do." See, just believe the works, that they're of God.</w:t>
        <w:br/>
        <w:t>Well now, the same thing is today. There's no man on earth is a god. Certainly not. We're all human beings, every one born in sin, shaped in iniquity, come to the world speaking lies. But as we've been through it so plainly this week, to show that God once lived above His creature, because of sin. Then He lived with His creature in the form of a body, Jesus Christ, put His tent with us, dwelt with us, made flesh with us, to suffer sin and pain, agony and things that we do.</w:t>
        <w:br/>
        <w:t>Then He sanctified a church that He might dwell in. So it was God above us, God with us, God in us. Jesus said, "At that day you'll know that I'm in the Father; the Father's in me, and I in you, and you in me." You see there, it's God working through. So when a person is so completely yielded to the Holy Spirit and speaking, it is not the person speaking. I know that by experience.</w:t>
      </w:r>
    </w:p>
    <w:p>
      <w:r>
        <w:t>15. Of my little experience with Christ, I've found the times that He would permit me to yield myself to Him till I didn't know what I was saying. And I wouldn't have said that for nothing in the world, but He said it.</w:t>
        <w:br/>
        <w:t>Hattie sitting back there, the lady. The other day when this new ministry, which I trust will come in this morning… And all of you has heard about it. And when we were sitting, and there's at least eight or ten right here now was sitting present at that time. And when the Holy Spirit turned to that woman, and told her to ask anything that she desired, and it would be given to her… You think I would have said that? If I could, I'd say it right now. But I couldn't say that. And I trembled; I was so weak. Brother Banks Wood (standing there) was sitting next to me. And the perspiration run off of my hands, and I was so weak till I got up and left the house. It scared me so bad. But the woman asked for one of the greatest things that anyone could ask and received it.</w:t>
        <w:br/>
        <w:t>See, that was God. That wasn't a man. Man can't do those things. Jesus said to the tree, "No man eateth from thee."</w:t>
        <w:br/>
        <w:t>And the disciples, the next day… How quick it started to work right then. The next day, it'd begin to wither. And they said, "Behold, how quick the tree withers."</w:t>
        <w:br/>
        <w:t>And He said, "Have faith in God. For verily I say unto you, if ye (not if I, but if you, whosoever) will say to this mountain, 'Be moved,' and don't doubt, but believe what they've said will come to pass, you can have what you have said." That's God in you. Who could move a mountain but God. Who could bring things to pass like that but God.</w:t>
      </w:r>
    </w:p>
    <w:p>
      <w:r>
        <w:t>16. So you see, beyond any controversy, God is in His people. Then we ought to respect one another. We ought to love one another. Beyond our denominational barriers, we ought to love one another anyhow, no matter if we cannot agree.</w:t>
        <w:br/>
        <w:t>Maybe the apostles, they couldn't agree. They wanted to know who's going to be the greatest, and many things. John, Mark, and Paul there, they had a… Peter and Paul had a disagreement.</w:t>
        <w:br/>
        <w:t>But the bonds of love… That's what we're trying to contend for today. To all Methodists, Baptists, Presbyterian, Lutheran, whatever it is, we're all together as a Christian unit.</w:t>
        <w:br/>
        <w:t>Now, we're trying to get filled with the Spirit to move up closer to God. That's the vision.</w:t>
      </w:r>
    </w:p>
    <w:p>
      <w:r>
        <w:t>17. Now, have you got Isaiah 1? Let's begin with the fourteenth verse. And I'm going to take a text, the Lord willing, from the eighteenth verse to draw my context.</w:t>
        <w:br/>
        <w:t>Your new moons and your appointed feasts my soul hateth; they are trouble unto me; I am weary to bear them.</w:t>
        <w:br/>
        <w:t>And when you spread forth your hands, I will hide my eyes from you: yea, when you make any prayers, I will not hear; your hands are full of blood.</w:t>
        <w:br/>
        <w:t>Wash you, make you clean; put away … evil of your doings from before my eyes; cease to do evil;</w:t>
        <w:br/>
        <w:t>Learn to do well; seek judgment, relieve the oppressed, judge the fatherless, plead for the widows.</w:t>
        <w:br/>
        <w:t>Come now, and let us reason together, saith the LORD: though your sins be as scarlet, they shall be … white as snow; though they be red like crimson, they shall be as wool.</w:t>
        <w:br/>
        <w:t>If you be willing and obedient, ye shall eat the good of the land:</w:t>
        <w:br/>
        <w:t>But if you refuse and rebel, ye shall be devoured with the sword: for the mouth of the LORD has spoken it.</w:t>
      </w:r>
    </w:p>
    <w:p>
      <w:r>
        <w:t>18. You know, lately we have heard so much about conferences, people getting together. That's what God's speaking of here, a conference with His people: "Come, and let us reason together." That's what we've been doing the last few days.</w:t>
        <w:br/>
        <w:t>And so much of the nation is… And the national affairs today is based upon conferences. Here some time ago, I can easily recall it---and many of the people can recall---The Big Four Conference. They got four of the great leaders of the world together, of the peace-loving world, and they had a conference. And in this conference they tried to decide what would be best to do.</w:t>
        <w:br/>
        <w:t>And then we had the Geneva Conference recently. Where at Geneva, the peace-loving people of the world assembled themselves together to ask about, and confer with one another about world peace. That was called the Geneva Conference.</w:t>
        <w:br/>
        <w:t>Then, if I'm not mistaken, they had a Paris Conference here some time ago. And they all met at Paris to discuss problems, and to try to bring about a peace.</w:t>
      </w:r>
    </w:p>
    <w:p>
      <w:r>
        <w:t>19. And now, our lovely President Dwight Eisenhower is touring the free world. The papers are full of it, and the radio, of Mr. Eisenhower's talks with the free people of the world. Conference after conference he's trying to get to. And they tell in the papers about how that he's welcome in so many places, and how they sing the American song, or rise the flag up … or, raise the flag, rather, up when he comes. And different ones give him gifts and so forth. It's the people that are peace-loving nations.</w:t>
        <w:br/>
        <w:t>And I think that we ought to pray for Mr. Eisenhower, while they're putting forth all their efforts to try to keep this country where we can have meetings like this, to be free. America, in all of its sin, in all of its trouble, it's still the best the world's got. I believe that. And God help it to be, and always remain that way, for we have some dearly principles that… This old earth has been bathed in blood to keep these principles.</w:t>
        <w:br/>
        <w:t>So I think we should pray all the time that God will be with Mr. Eisenhower---old, and his health not too good, and the man in his social standing, and making speeches, and trying his best… Even if you disagree with him in politics, pray for him now. It's your nation that's at stake.</w:t>
      </w:r>
    </w:p>
    <w:p>
      <w:r>
        <w:t>20. What is conferences held for? What's the reason for these conferences? There's got to be a reason, or they wouldn't have these conferences. They've got to come to a certain decision of what they're going to do. That's what a conference is for, is to make a decision. Men in one place and other place, and different minds; and little things rise up here, and something over here, and back here, then they've got to come together and hold a conference, and then make a decision what they're going to do about it. That's why they're held.</w:t>
        <w:br/>
        <w:t>And then, after the decision … or, the conference is set, they've got to have a certain place to have this conference. And if you'll notice that they're always trying to find some place that's beautiful.</w:t>
        <w:br/>
        <w:t>I've been in Geneva where the Geneva Conference was, and Paris, and different places where the conferences has been held. I've been to the U.N. building. And oh, it is beautiful, especially in Geneva. And then in there they… I believe they try to select these places so that the attraction… There's something that… If it's peaceful, and attractive, it seems to work on the human spirit. I believe that's true.</w:t>
        <w:br/>
        <w:t>Many times, for myself, to climb a mountain, watch a sunset, or … just thrills me. It looks like all my differences is settled. A place, a place, selected place where this conference must be held… And then, there's got to be decisions to be made.</w:t>
        <w:br/>
        <w:t>And then another thought I want you to get is this, in a conference: that they never have a conference unless there is a crucial need. It's at a strenuous time when conferences is held.</w:t>
      </w:r>
    </w:p>
    <w:p>
      <w:r>
        <w:t>21. In the time of the Big Four meeting, it was a conference because that World War II was almost getting out of hand. And they had to get together, and put all their strategy together, and work out something. Mr. Churchill and Roosevelt, and the others, trying to put their senses together, to pool it, to find out what's best; because it was a crucial moment. It was a time when the whole free world could've blowed up. And Hitler today would've been dictator of the world. Then we'd have not had this meeting today.</w:t>
        <w:br/>
        <w:t>That's why conferences is held. And the reason they put them in selected places, and the reason that they have to have them… We're forced to a conference. That's the way they meet. And them's been great conferences. There's no doubt in my mind.</w:t>
        <w:br/>
        <w:t>And time would not permit me, my voice, to go on and say of the other great conferences down through the age that I have read about---in the days of Pharaoh, and so forth. But the great conferences of this world system has been held.</w:t>
      </w:r>
    </w:p>
    <w:p>
      <w:r>
        <w:t>22. And then God has held some great conferences. There come a time in God's great economy where there had to be a conference held.</w:t>
        <w:br/>
        <w:t>And the first one that I could call of for this earth was in the garden of Eden, when the angels of God came home weeping, saying, "Your child has fallen. He's sinned, and he's broken Your commandments."</w:t>
        <w:br/>
        <w:t>Something had to be done. The creature of God had fallen from grace, and was subject unto eternal separation from the presence of his God and his maker. It was a crucial moment, for the King of heaven had said, "The day you eat thereof, that day you die." And putting His trust into His son, His son had broke His commandment. There had to be something done. It was His creation. It was a work of His own hand. He was a love of His heart, the apple of His eye. Something must be done. So there had to be a conference called.</w:t>
      </w:r>
    </w:p>
    <w:p>
      <w:r>
        <w:t>23. God selected a certain tree in the garden of Eden. And after He had throwed out old bloody sheepskins behind the bushes, He called Adam and Eve, and there He made a conference, talked over, and made a remedy for this horrible thing that His children had done. God's conference.</w:t>
        <w:br/>
        <w:t>And there was a decision made. Always at a conference, there is a decision. And God made a decision, that because that Eve had… When He held her at the witness stand, because she'd took life from the world, she'd have to bring life to the world. And to Adam, and to the serpent… And of course, that being the head of the race, all the race under it fell with Adam.</w:t>
      </w:r>
    </w:p>
    <w:p>
      <w:r>
        <w:t>24. Then I can call in my memory another conference of a runaway prophet that had got weak in his decisions. And he thought the task was too great. And he had run away, and married him a wife, and got back into the wilderness, and been there for forty years: a prophet, anointed of God with a great commission, born in the world a prophet. But yet, at the very threat of his mistake he had did, to take it in his own hands… Instead of following the instructions of God, he killed a man. And at the threat and the fear of Pharaoh, he run into the wilderness, and there was forty years.</w:t>
        <w:br/>
        <w:t>And the slaves of Egypt, the task was so great; their backs was so sore; their hearts was so broken, until their cries come before God, till He was forced to a conference.</w:t>
        <w:br/>
        <w:t>There's a way of forcing a conference. You can do it in your life, a showdown.</w:t>
      </w:r>
    </w:p>
    <w:p>
      <w:r>
        <w:t>25. The burdens of the people, and the cries was so great, till God had to be forced to call a conference. When God makes a decision, it's got to be that way.</w:t>
        <w:br/>
        <w:t>So He had already, before the foundation of the world, had put a man on the Lamb's book of life for the purpose of delivering them people. All things was preplanned by God. That man's name was Moses, His servant. So before the foundation of the world, Moses was chose to deliver the people. And Moses had failed God.</w:t>
        <w:br/>
        <w:t>That should give us confidence and courage. We who have failed God, we still have hopes. We failed Him as a church; we failed Him as a people. Let's call a conference; talk it over with Him; see what He will tell us; see what decision we will derive at.</w:t>
      </w:r>
    </w:p>
    <w:p>
      <w:r>
        <w:t>26. And God's man had failed. And God had to call a conference; He couldn't use no one else; He'd selected Moses. So He goes down into the wilderness, somewhere in the back of the desert, near Sinai, and He selected a top of a mountain and a bush, a certain place. He thought, "I will bring Moses up here. This'll be a good place, away from his sheep, away from his wife, away from his children, away from all the people. And I will call a conference with him."</w:t>
        <w:br/>
        <w:t>And there when He spoke to the prophet, they finally arrived at the subject. "I've heard the cries of my people. That's why I called you, Moses. I've heard the cries of my people down there, and I remember that I made a promise that I have to keep. And I'm sending you down there."</w:t>
      </w:r>
    </w:p>
    <w:p>
      <w:r>
        <w:t>27. Moses had his words back with God. He was a man. He said, "But who am I? I … I can't talk."</w:t>
        <w:br/>
        <w:t>And then in this conference, God said to Moses, "Who made the mouth of men? Who made men to talk? Who made the deaf? Who made the dumb?"</w:t>
        <w:br/>
        <w:t>And Moses still complained. He wanted to see God's glory. And He said, "Moses, if you want to know who I am, I'm a miracle-working God. Throw your stick down on the ground," and it turned to a serpent. Then He said, "Stick you hand in your bosom and pull it out," and it was leprosy. And when he put it back again and pulled it out, it was healed. Said, "You know who I am, Moses? I'm the God that performs miracles. I'm the God that heals the sick and the afflicted. I am Jehovah God."</w:t>
        <w:br/>
        <w:t>Moses said, "I see Your glory. One more thing I want to know before this conference is closed: who will I tell Pharaoh that sent me?"</w:t>
        <w:br/>
        <w:t>He said, "Tell him that I AM sent you, not I was, or I will be, but forever present, the same yesterday, today, and forever. I AM." "AM" is present tense. It takes future, presence, and past tense. "I AM. I AM has sent you."</w:t>
      </w:r>
    </w:p>
    <w:p>
      <w:r>
        <w:t>28. Moses received his orders and went still on down to the … Egypt. Coming out, bringing the children, there come a time that when they were cornered. A people, a people, called out, separated people from the rest of the world… Israel was a people of God as long as in Egypt. When once out of Egypt, they were the church of God. The word called out … or, church means "called out." So they had been called out from the rest of the world, and they are the church.</w:t>
        <w:br/>
        <w:t>That's what it is this morning. Those that are called out of the world, no matter what denominational tag they have on them, if they're called out, they are separated unto God, and they are members of His great church.</w:t>
        <w:br/>
        <w:t>So these people had separated themselves by offering the blood of a lamb, and by putting on the blood over the lintel of the door. And that was put on with hyssops.</w:t>
      </w:r>
    </w:p>
    <w:p>
      <w:r>
        <w:t>29. Look. I want you to notice something here. It's so striking. Moses commanded that they take hyssops, and dip it into the blood of the lamb, and spread it over the door. The blood, of course, represented the blood of Christ. The hyssop was common weeds. You could find it anywhere. Just pick up a handful of weeds. It shows that the blood is so simple to apply.</w:t>
        <w:br/>
        <w:t>The weeds represented faith, just faith in God. You don't have to go somewhere else. Just take the faith of God, and apply the blood to your heart. Say, "I'm separated from the things of the world, because by faith, I apply the blood to my case this morning. I shall be healed, because I apply the blood over the lintel of my heart. I will never let doubt strike me again. For, I will protect myself by placing the blood of Jesus, by faith, my hyssop, over my door, and no enemy will enter in. I will never disbelieve God's Word anymore." That's how simple it is.</w:t>
      </w:r>
    </w:p>
    <w:p>
      <w:r>
        <w:t>30. They were on their march after being separated and a called-out people, and they come to the Red Sea. And they had to call a halt; they couldn't cross over. The great general, Joshua, had to raise his hand and sound the trumpet. "Stop. Quit marching. There's an obstacle before us. We have the mountains on either side. We're down here in a valley. And we have to stop."</w:t>
        <w:br/>
        <w:t>When that church ever stops, that's when Satan takes over. It's got to move constantly, rapidly, marching towards Zion. Don't let the church of the living God ever be guilty of stopping.</w:t>
        <w:br/>
        <w:t>So they stopped, and said, "What's the matter here?" And as soon as they stopped and pitched their tents, and begin to rest awhile, they heard the rumble of wheels. And the only way of escape they had was backward. And here come Pharaoh's army moving in to block off, or channel across.</w:t>
      </w:r>
    </w:p>
    <w:p>
      <w:r>
        <w:t>31. You soldiers, knowing the strategy, how that they shut them off. There was the Red Sea before them, perhaps two or three miles across it. Here was the high mountains; they could not climb them. They'd be like sheep scattered out there, a target for every bowman. And behind them, because they had stopped, come the enemy.</w:t>
        <w:br/>
        <w:t>It shows this, friends: Even in the march today towards the promised land, the enemy's just a jump or two behind us. We can't stop at this revival. This cannot be calling a halt. Just keep moving on. Go on. You got a presence of the Holy Spirit with you night before last and last night. Now, continually move on into that. Don't call no halt, for the enemy is close behind you.</w:t>
      </w:r>
    </w:p>
    <w:p>
      <w:r>
        <w:t>32. And as soon as the halt was called, and Pharaoh's army was seen coming in the distance, the roar of the wheels of the chariots, and the dust flying, and the screams of the soldiers. What a time! It run the people almost into a frantic.</w:t>
        <w:br/>
        <w:t>But there was one among them who knowed there was no reason to be disturbed. He'd had conferences before. He knowed what it taken to get a hold of God. So up, we will say, upon the hill, at a certain rock, Moses hid himself from the rest of the children of Israel, and there he held a conference. "Lord, I have marched to this place, but an obstacle has stopped us. We've had to call a halt."</w:t>
      </w:r>
    </w:p>
    <w:p>
      <w:r>
        <w:t>33. Like our brother here in the wheelchair, like maybe you sitting there with a cancer, or with a heart trouble, or something that you know you're just going to die right away… The enemy has stopped you. He's brought you to a halt. Maybe you come to a halt before the enemy overtook you. Maybe there's something in your life that's caused you to halt. Whatever it is, you're still have the privilege of a conference. Let's talk it over with Him. Let's do something about it. No matter what the enemy is, he's never too great for our God. We need a conference.</w:t>
        <w:br/>
        <w:t>So Moses went up behind a certain place, we will say, and held a conference with God. He didn't know what to do.</w:t>
        <w:br/>
        <w:t>Maybe you don't know what to do. Maybe you're a sinner and have done so much sin. Maybe you smoked till you can't smoke no more, and can't quit it. Maybe you drink till you can't drink no more, and you can't quit it. Maybe you come to the place where you're so full of sin and lust till you have to look upon every woman you see, wrong. Or maybe you've even perverted your own natural resources. Maybe you've come to a block. I don't care where you're at; God's still ready to come to you in a conference and talk it over with you.</w:t>
      </w:r>
    </w:p>
    <w:p>
      <w:r>
        <w:t>34. Maybe you've broke up your home. Maybe you've left your husband or left your wife. Maybe you run off from your children. There might be many things in this life that the enemy has trapped you into. But remember, my brother, sister, you still have the right to have a conference with God. Yes, sir, talk it over with Him. He's a very present help in a time of trouble.</w:t>
        <w:br/>
        <w:t>Then we see that Moses had a conference. And perhaps this was a conference: "Oh, great leader of Israel, I have done all this at Your command. I have led these people just as You told me to do it. I've covered the people by the blood; I've brought down the plagues out of heaven; I've done everything that You told me to do. And here we are, trapped. What must I do, Lord? I must have this conference with You."</w:t>
        <w:br/>
        <w:t>And perhaps sitting on top of the rock, or standing near by the cleft of the rock where Moses was praying at this certain selected place in this crucial moment… Something had to be done or they'd be crushed beneath the wheels of the chariots. They'd be pushed through every little Hebrew children. Every one of the little babies would've been bursted their heads on a rock, and their mothers would been cut open, and ravished, and their fathers had been massacred. There was a crucial moment.</w:t>
      </w:r>
    </w:p>
    <w:p>
      <w:r>
        <w:t>35. There may that same type of crucial moment, maybe just not that way. But maybe a cancer has took a hold of you, maybe some other disease. Maybe sin has took a hold of you, and it's going to crush you right down into a devil's hell, a separation from God. Hold a conference, quickly.</w:t>
        <w:br/>
        <w:t>And when this conference was held, God stood on the rock by the side of Moses, and He said, "Go back down in the camp, Moses. Go right back where you started from. I'm God. Go down there and speak to the people to go forward. I will make the way when it comes time to make the way. I'm the way-making God."</w:t>
        <w:br/>
        <w:t>Moses, after the conference was over and was dismissed from the presence of God with an order to go forward, walked down, and said, "Fear not, Israel. Stand still this day and see the power of our God. Go towards the sea. Don't move from the commandment. The command is 'Go forward.' The promised land belongs to us. This enemy is in our way has got us cut off. But God said, 'Go forward. Keep moving.'"</w:t>
      </w:r>
    </w:p>
    <w:p>
      <w:r>
        <w:t>36. That's what's the matter with the church today. God calls you. And He wants to give you gift after gift, and power after power, and grace after grace. But you organize yourself. "Then I can't go any farther, because the church won't let me." See, there's no halting place in God, no place for denomination. There's no place for any certain standards. The thing of it is, is go forward. Speak God's Word and go forward. Just keep on going. Keep moving. God says it's right, it's right. You've got your commission.</w:t>
        <w:br/>
        <w:t>If you say, "Well, I went to my church, and they told me I oughtn't going up to that tabernacle. I'm all confused now about whether I should have the Holy Ghost or not." The promise is yours. It's to you and to your children, and to them that's far off, even as many as the Lord our God shall call.</w:t>
        <w:br/>
        <w:t>What? Speak the Word of God. "God said so." Go forward. Watch the enemy scatter. Watch the Red Sea open. Have a conference. Go forward. Sure, it'll open.</w:t>
      </w:r>
    </w:p>
    <w:p>
      <w:r>
        <w:t>37. God is the way of escape. He made a way right straight to the promised land. Anything got in His way, He moved it out of the way. If anything gets in your way, then have a conference with God. Talk it over with Him and go on. That's what God's saying to Isaiah here. "Oh, you're sinful. Your sins are like scarlet. Why don't you come and let's reason together? Why not come and talk it over with Me? My grace is sufficient."</w:t>
        <w:br/>
        <w:t>The Red Sea Conference… Many years ago there was another conference I'd like to speak just a moment of. That was the Yuletide Season that we're now entering, whether there would be a Christmas or not. But there was a conference made in heaven, what this plan of redemption would be. And it was decided by God, that He would become a man, that He'd come down and take His own curse upon Himself. It would not be fair for Him to send an angel. It wouldn't be fair for Him to send any other person; even if He had a boy, it would not be fair for Him to send His boy.</w:t>
        <w:br/>
        <w:t>It would not be fair for me to make Joseph suffer for the things of my judgment. I wouldn't be just in doing so. If I pass my judgment and want to redeem it, the only thing I can do is suffer for it myself. That's the sign. That's the death stroke to Satan.</w:t>
      </w:r>
    </w:p>
    <w:p>
      <w:r>
        <w:t>38. Now, my Catholic brother, and also many of my Protestants, I'm not hurting you. But when you try to make Jesus a little lesser god than God, make Him a lesser god, you cut His feet off, bring Him down just a little bit under the head of God, and make Him a lesser god, you are so wrong. Jesus was man. He called Himself the Son of man.</w:t>
        <w:br/>
        <w:t>That was a death blow to the devil. The devil's high, built himself a kingdom more beautiful than Michael's. Cain, his son, wanted to make a pretty altar, all out of fruits and things.</w:t>
        <w:br/>
        <w:t>God doesn't dwell in that kind of beauty. But God to strike the death blow to sin… Look how He come. How did He choose to come? There's a conference in heaven. "How You going down? How're You going to do it, Father?" said the angels.</w:t>
        <w:br/>
        <w:t>"I'm going to become one of them. My law of redemption is a near kinsman. And I will have to be man, Myself."</w:t>
      </w:r>
    </w:p>
    <w:p>
      <w:r>
        <w:t>39. That's the strike that knocked Satan. Born… He could've come down with Cherubims. He could've come down the golden ladders. There could've been anthems sung through the heavens, and He could've walked to the earth and expelled everything.</w:t>
        <w:br/>
        <w:t>But when He held the conference, He decided to come as a babe. In Isaiah 9:6 we find it: "Unto us a Child is born, a Son is given: and the government shall be upon His shoulders: and His name shall be called the Counselor, Prince of Peace, the mighty God, the everlasting Father. And of His dominion, there shall be no end. This will be a sign unto you: A babe [not a god]---a baby.</w:t>
        <w:br/>
        <w:t>Look where He was born. It had to be decided in the conference where He'd be born to make it sure He was man. He was born in a stable. He chose, instead of the ivory palace guard to bring Him, instead of an angel escort, instead of rolling Cherubims with the fineries of heaven, He stuck Himself, put Himself in the stable over the manure of the animals, the dirt and filth of the world.</w:t>
      </w:r>
    </w:p>
    <w:p>
      <w:r>
        <w:t>40. He was man. He was no lesser god. He was a man, born like we are through the mess of birth, come from the womb of a woman. Not a god. A man! He was nothing… No wonder the greatest sign…</w:t>
        <w:br/>
        <w:t>You see in the meetings the sign of discernment, the presence of the living God. You see the signs everywhere of Him. But let me say this to you, my brother, my sister: There never was a sign so striking, as the sign that the angels told the shepherds, "You'll find Him in the stable wrapped in swaddling cloth." You can see what God is.</w:t>
      </w:r>
    </w:p>
    <w:p>
      <w:r>
        <w:t>41. That's what startles me today. Why is a revival can come to town, or some great noted evangelist, and the great up-and-ups go, the mayor of the city, and all the up-and-ups of the fine dressed, and the poor is kind of looked down on? And you talk about some minister, who's got some great education, that he can speak the most fluent words, that just tickle your understanding with great words, that the poor would never understand, and you all call that great.</w:t>
        <w:br/>
        <w:t>Don't you see that God is in humility? "This will be a sign: the baby shall be wrapped in swaddling cloth and be laid in a manger" over the manure of the cattle and sheep. Oh, my. That's a sign. "This shall be a sign unto you: you shall find the baby there."</w:t>
      </w:r>
    </w:p>
    <w:p>
      <w:r>
        <w:t>42. Many times people think in the little old tore up tabernacle… Some preachers that hardly know their ABC's, gangsters, and bootleggers, and everything else, converted, no education, and use their Southern expressions of, "His," "hain't," and "carry," and "tote," and "fetch,"… "You'll never find God there." But that's where you'll find Him, wrapped in swaddling cloth: humility.</w:t>
        <w:br/>
        <w:t>You think it comes in some great way. If you want to hold your real conference with God, get a bunch of people like that, then talk it over.</w:t>
        <w:br/>
        <w:t>You can see the work of God, how He didn't take some sculpture, some great artist and something, and give him an intellectual speech, but He took something that was nothing; come down, just like He did at the first place.</w:t>
      </w:r>
    </w:p>
    <w:p>
      <w:r>
        <w:t>43. Someone said not long ago, "If this discernment, and this healing, and so forth was of God, the Catholic hierarchy would have it." Why didn't the Jewish hierarchy have it? He wasn't born in the palace; was born in a stable. He didn't have needlework garments to put on, but the rags off the back of a yoke of an ox, laying over a pile of manure, the Son of God, the Tabernacle in which God lived in. That's how He decided to come. And we have to have turned-around collars and frock-tailed coats, and big fine churches, and golden steeples.</w:t>
        <w:br/>
        <w:t>"This will be a sign: you'll find Him in swaddling cloth … wrapped in swaddling cloth and laid in a manger. There's a sign unto you." God dwells in humility, not in pomp. That's always been the devil's idea. God comes in humility. That'll be a sign.</w:t>
      </w:r>
    </w:p>
    <w:p>
      <w:r>
        <w:t>44. Not a lesser god, but a man, a man. He cried like a baby when He was a baby. He played in the streets like a boy when He was a boy. He worked in the carpenter shop with Joseph as a man at work. He eat when He was hungry. He sweated when He was hot. He cried when He was sorrowful. He was a man. "This'll be a sign to you": God will dwell with you in a humble… Not a great big up-to-up man, but a little low man with no background, a sign.</w:t>
        <w:br/>
        <w:t>That's a death stroke to the devil right there. That's a death stroke to every denomination, and pomp, and all pomp and glory of this world. It's a death stroke that the God of heaven chose to come that way.</w:t>
        <w:br/>
        <w:t>That's what happened at the conference. It had to be decided. That's the way He chose to come. He didn't have to come that way. He was the God of heaven, but He chose to come as a baby. He chose to come that way. That's what happened at the conference in heaven.</w:t>
      </w:r>
    </w:p>
    <w:p>
      <w:r>
        <w:t>45. Let me just call another or two conferences. Let me call this one. There was a time after a perfect life of thirty-three and a half years had been lived, a man who wanted to live as much as I want to live, as much as you want to live, a man who had something to live for, brethren that He loved, people that He loved, sunsets that He liked to see… Remember, Jesus was a man; God was in Him.</w:t>
        <w:br/>
        <w:t>There come a time… [Blank spot on tape.]</w:t>
        <w:br/>
        <w:t>…the Spirit that was leading the Lamb, the Dove. There had to be a conference between the Lamb and the Dove. And they formed a place to set it. After the supper that night, they crossed over a little brook Cedron, or somewhere, and went across the brook, and went into a garden called Gethsemane. They had to have a conference. God and Christ had to talk it over. The Lamb and the Dove had to sit together. It was the Dove that had to talk to the Lamb, and it was the Lamb's death. Now, when they sat by that rock, and all the angels come down from heaven to listen in to this conference. Oh, there was Gabriel, Michael, wormwood, all the thousands of them sitting around the rock.</w:t>
      </w:r>
    </w:p>
    <w:p>
      <w:r>
        <w:t>46. He said to His disciples, wearied. They'd had lots of big meetings, was tired, perhaps like you are this morning. But He said, "Will you just watch with me an hour? Oh, I've got to go yonder and have a conference. I have to go alone." And when they… The conference was set. And the Lamb, young, a beautiful life… Never a life like that, never was, never will be, a life like that, the Lamb had.</w:t>
        <w:br/>
        <w:t>But now the Father said, "Are you willing? Is Your love for Your brethren great enough? Is Your love for that sinful stinking world that You were born in, do You love them enough to forfeit Your life? Do You love them enough to take their place, to bear their sin to the hardest crucial death?" There could be nothing die that kind of death but Him. And in that conference, such a decision was made, until blood dropped from His brow. He was under a strain. The sins of the world was upon Him. And then He looked into the face of the Dove, and said, "Not my will, but thy will be done."</w:t>
        <w:br/>
        <w:t>Oh, can we have that decision in our hearts this morning? Can you forfeit that little filthy life of yours? Are you willing to look into His face and say, "Not my will. I'm a drunkard, but I will drink no more. I'm a gambler; I will drink no more. I'm immoral, but I will be that way no more. I'm a liar, but I will stop it today. I'm a foul person, but in this conference this morning, I'll look into Your face and take like my Master who died for me to make my way clear: not my will, Your will. If it costs me my home, if it costs me my husband, my wife, my father, my mother, my fellowship, my church membership, whatever it costs me, in this conference this morning, I say I want Your Holy Spirit to live in me. I've heard about it. I want You in me. Not mine, but Yours, that's my decision." God has called a place, not upon some high pinnacle place, but a humble little tabernacle about to fall in. We're having a conference.</w:t>
      </w:r>
    </w:p>
    <w:p>
      <w:r>
        <w:t>47. Let me speak of one more conference here just a moment. Many could be taught of. There was a conference after His death, burial, and resurrection. Something had to be done. They were men that had an intellectual conception. So there was another great conference set. We know it in the Bible as Pentecost. They had to have a conference. And something had to be done, for Jesus said, "Don't teach no more; don't sing anymore; don't go out and minister anymore; but I want a conference with you. And in this conference, I'm going to bring the Holy Spirit. But go up to the city of Jerusalem, and there you wait until I get back. I've got to go up to heaven to let them rejoice. And I've got to go up to the throne of the Majesty (the body, Jesus). But I'm going… We're going to have a conference up there. And the God that dwells in me has promised that I could return back again, and I'd be in you, with you, in you, even to the end of the consummation, the world. Until it's all over, I will be with you. And the works that I do, will you do also."</w:t>
        <w:br/>
        <w:t>So they didn't know how they'd ever do this, so they went to Pentecost, and a hundred and twenty went in the upper room and closed the door. And they waited and they waited.</w:t>
      </w:r>
    </w:p>
    <w:p>
      <w:r>
        <w:t>48. Trouble with us, if we don't get an audience with God in about ten minutes, we're tired, our knees are hurting. We want to leave. And if He doesn't answer us just according to what we want, and the way we think, we're disgusted with Him.</w:t>
        <w:br/>
        <w:t>"Oh, come, let us reason together. Go up to Pentecost; I want to reason it with you. Just go up there and wait." Ten days they'd been sitting, standing, praying, everything, waiting for the promise.</w:t>
        <w:br/>
        <w:t>And all of a sudden, the results of the conference in heaven came down---the Holy Ghost---like a rushing mighty wind, and it filled all the house where they were sitting. They were filled with the Holy Ghost, and they went forward preaching the Word.</w:t>
      </w:r>
    </w:p>
    <w:p>
      <w:r>
        <w:t>49. When we have world conferences, they usually have their selected place. And what do they do at this conference? They drink drinks, cocktails. They smoke cigars and cigarettes. They lie to one another, and deceive one another at peace talks of the world.</w:t>
        <w:br/>
        <w:t>But when God calls a conference, it's fasting, cleaning up, prayer, receiving orders, and going forward. That's God's conference, not feasting, but fasting; not indulging in filth, but separating, cleansing yourself from all unrighteousness when you go before God. Cleaning yourself by faith, through applying the hyssop to the blood, and cleansing your heart and walking before God for a conference: That's the kind of conferences when you meet with God. Then God gives you orders; then you go forward; He goes with you.</w:t>
      </w:r>
    </w:p>
    <w:p>
      <w:r>
        <w:t>50. There's many great conferences we could think of. But the time won't permit.</w:t>
        <w:br/>
        <w:t>There's been a conference lately. There was a conference in the days of Martin Luther at the reformation. God called Martin Luther to go preach justification, and he did it. There was a conference held in the days of Wesley in England to preach sanctification. And as Wesley testified…</w:t>
        <w:br/>
        <w:t>I wore his coat, the last coat he had on, a robe. I stood in his pulpit where he preached to fifteen hundred every morning at five o'clock, knelt in the room and thanked God for his life, the very room that he died in. In there, the Spirit upon me, I thought, "Yes, Wesley was true."</w:t>
        <w:br/>
        <w:t>God's holy angels and God had a conference that it was time to preach sanctification. And they selected Wesley, and he was true to it.</w:t>
        <w:br/>
        <w:t>Then along come the Pentecostal. It was time for a Pentecostal restoration. There was a conference held in heaven: "Is the time to pour out the fullness of the Spirit?" And it fell. And they preached it. And we got it, and received the Holy Ghost.</w:t>
      </w:r>
    </w:p>
    <w:p>
      <w:r>
        <w:t>51. Now, I believe that we're at another conference. That's the coming of the Son of God. He said to His disciples, "I do not know the minute or hour. No one knows, not even the angels. But there'll be a conference someday," in other wise. "And the Father will decide that moment that I will come back." I believe that conference is going on, the decisions is being made. His Spirit is coming to the earth so strong, till it'll stand in the congregation, discern the thoughts of the mind. As the Bible said, "The Word of God is quicker, more powerful than a two-edged sword, piercing even to the marrow of the bone, and a discerner of the thoughts of the heart."</w:t>
        <w:br/>
        <w:t>When Philip come and was converted, and went and got Nathanael, and Nathanael was brought, the Jew, up before Jesus, and he'd been telling about Him, said, "Well, Nathanael, why, a few days ago, an old ignorant fisherman come to Him, and He knowed and called his name, told him who he was. Don't you know that Messiah, that our prophet said would come, don't you realize that that Messiah was to be a prophet? a God-prophet? There He is. That's Him."</w:t>
        <w:br/>
        <w:t>Nathanael must've said, "I don't believe that. I will go see for myself."</w:t>
        <w:br/>
        <w:t>But when he walked into the presence of Jesus, Jesus said, "Behold an Israelite in whom there is no guile."</w:t>
        <w:br/>
        <w:t>And when He did that, he said, "When did You know me, Rabbi?"</w:t>
        <w:br/>
        <w:t>Said, "Before Philip called you when you were under the tree, I saw you."</w:t>
        <w:br/>
        <w:t>He said, "You are the Son of God. You're the King of Israel."</w:t>
      </w:r>
    </w:p>
    <w:p>
      <w:r>
        <w:t>52. When the woman of Samaria, having five husbands, come to Him, and she said… When she started to get her water, she seen this Jew sitting. He said, "Bring me a drink."</w:t>
        <w:br/>
        <w:t>See, He thirsted like a man. He was a man. In His body, He was a man; in Spirit, He was God. God dwelt in Christ reconciling the world to Himself.</w:t>
        <w:br/>
        <w:t>He said, "Bring me a drink."</w:t>
        <w:br/>
        <w:t>And she said, "Why, it's not customary…" In other words, "We got a segregation; you shouldn't ask me that."</w:t>
        <w:br/>
        <w:t>He said, "But if you only knew who you were talking to…"</w:t>
        <w:br/>
        <w:t>Oh, I wonder this morning if we know what's in this room. If we only knew that the Holy Spirit Himself, the One that'll witness for us or against us at the day of judgment is right here in the room, and knows our thoughts.</w:t>
        <w:br/>
        <w:t>"If you only knew who it was that speaks with you, you'd ask me for a drink."</w:t>
        <w:br/>
        <w:t>She said, "The well's deep."</w:t>
        <w:br/>
        <w:t>He kept on talking to her till He caught her spirit. And He said, "Go, get your husband and come here."</w:t>
        <w:br/>
        <w:t>She said, "I have none."</w:t>
        <w:br/>
        <w:t>Said, "You've said well; you've had five; and the one that you're now living with is not your husband."</w:t>
        <w:br/>
        <w:t>She said, "Sir, I perceive that you are a prophet. Now, we know when the Messiah cometh, He will do these things. But who are you?"</w:t>
        <w:br/>
        <w:t>Jesus said, "I am he." Oh, my. "I am he that speaks with you." A mere man asking for a drink, not a great flowerly something out of heaven, not the white throne sitting there, but a man asking for a drink of water to quench His thirst. "I'm He that speaks with you."</w:t>
        <w:br/>
        <w:t>And she run into the city and said, "Come, see a man who's told me the things I've done. Isn't that the sign of the Messiah? Isn't that He?"</w:t>
      </w:r>
    </w:p>
    <w:p>
      <w:r>
        <w:t>53. That same One prophesied with the prophets back in the Old Testament, said, "It'll be a day that when they'll…" Otherwise, just join church, and go to church, and be pretty good people. And they'll have organizations and things. And "It'll be a dismal day; neither dark nor light. But in the evening time, it shall be light."</w:t>
        <w:br/>
        <w:t>Them prophecies must be fulfilled. Remember last night, our conference in heaven? God had brought up all the angels around to hold a conference, who He could make the prophet's word come to pass, bring Elijah out … I mean, Ahab out there to kill him?</w:t>
        <w:br/>
        <w:t>Now, there's a conference going on in heaven. The evening lights are here. Atomic bombs and things are hanging everywhere. And we're at the end time. World conferences has come to an end. God's conference time is coming. These words must be fulfilled to the Gentiles: "The works that I do shall you do also." The time is here. The conference has been held. The Spirit is here.</w:t>
      </w:r>
    </w:p>
    <w:p>
      <w:r>
        <w:t>54. Now, friend, in closing I will say this: You're at a conference this morning. You are. And your case is ready to be pleaded. Your case of sickness is ready to be pleaded before a merciful God. Your sin case is ready to be pleaded before a merciful God. And be sure that you accept it.</w:t>
        <w:br/>
        <w:t>Well, let me tell you, I'm going to speak of the last conference that'll ever be held. God be merciful. Only one thing will stand there reconciled: that's the judgment. And the only thing you'll be reconciled by, is when you've accepted the blood of Jesus Christ as your pardon and been filled with His Spirit.</w:t>
        <w:br/>
        <w:t>There's a conference where every man will meet, every woman will meet, every child will meet. There is a place selected where that conference will be held. And there'll be a great white throne judgment set. God has permitted His prophets to look in, and said, "The books were opened, and another book, which is the book of life. Ten thousands times ten thousands of ministers and angels minister to Him." And there was written, "If the righteous be scarcely saved, where will the sinner and ungodly appear."</w:t>
        <w:br/>
        <w:t>What'll be your stand at that conference? You might've bypassed all of them down through your life. You may walk out of this door this morning and bypass this one. But, my friend, you'll never bypass that one. You are going to be there. "For it was once appointed unto men to die; but after that the judgment." There'll be the great conference where we will all stand together, and we will give an account for this morning, of this earthly conference that we've held this morning.</w:t>
      </w:r>
    </w:p>
    <w:p>
      <w:r>
        <w:t>55. If you are a sinner, accept His mercy while we pray, as you bow your head. Just before we pray, and you with your heads bowed, I wonder this morning, sitting in this conference, if the Holy Spirit hasn't said to you, "You're guilty."</w:t>
        <w:br/>
        <w:t>And maybe you say, "Holy Spirit, You see, it's like this…" That's what Moses said at the Red Sea conference. "It's like this, Lord. I've come this far, but I can't go any farther. There's something in my way." There may be something in your way. But remember, God told Moses, "Go, speak to the children of Israel, and go forward."</w:t>
        <w:br/>
        <w:t>You'd like to be remembered in a word of prayer, would you just raise your hands, and say, "Pray for me, brother." God bless you. My, all over the building, dozens of hands.</w:t>
      </w:r>
    </w:p>
    <w:p>
      <w:r>
        <w:t>56. Heavenly Father, with this broken voice, rather shattered from preaching. But somehow or another, the great Holy Spirit has give the people the thought that was meant when the prophet said, "Come now, let us reason together, saith the Lord. Now, come, let us hold a conference with each other, right in this seat where we're sitting. I'm sitting here by the side of You; I'm talking to You."</w:t>
        <w:br/>
        <w:t>"But Lord, I've sinned," says the sinner. "I've done so much. I don't believe You can forgive me, Lord. I'm a drunkard; I'm a prostitute; I'm a … oh, an ill-famed person. I don't believe, Lord, there'd be any chance for me."</w:t>
        <w:br/>
        <w:t>Then we hear the beautiful words come back, "Though your sins be as scarlet, they shall be white like snow; though they be red like crimson (taking the life of many little babies before they're born and things that's been horrible); though they be red like crimson, they shall be white as a wool of a lamb." What mercy! "Let us reason together," saith God now.</w:t>
      </w:r>
    </w:p>
    <w:p>
      <w:r>
        <w:t>57. Let us come hold this conference, Lord, and You're speaking to Your people. They raised their hands. That shows that You're sitting by them. For it's written in the Scripture, "No man can come to me except my Father draws him first. And all that the Father gives me will come to me, and I will give them everlasting life and raise them up at the last day." Now, grant, Lord, that each one that raised their hands, and those who did not raise their hands, wherever Your little individual conferences are being held in this building just now with the people, may they accept Your pardoning grace, and be filled with Your Spirit, and washed in Your blood. And at the end of the road, may You say, "It is well done, my good faithful servant. You were faithful that morning at Eighth and Penn Street. Now, enter into the joys of the Lord that's been prepared for you since the foundations of the world.</w:t>
        <w:br/>
        <w:t>Lord, my God and my Father, I commit them to You. I can do no more. I'm just Your preacher. And I can do no more. They're Yours. Deal with them, Father, according to the needs of their heart. We permit them … or, commit them to Thee in the name of Thy Son, Jesus Christ. Amen.</w:t>
      </w:r>
    </w:p>
    <w:p>
      <w:r>
        <w:t>58. If you have ever noticed at the Tabernacle, I do not permit people to go pull people to an altar. I don't believe in that. If God don't bring you, it won't do no good for somebody else to. "No man can come except my Father draws him. And all that the Father…" And the Father draws you because your name's on the Lamb's book of life. "And all that He has given me will come to me." Whether you're in your seat, at the altar, wherever you're at, you'll come. That's exactly truth. Jesus said so.</w:t>
        <w:br/>
        <w:t>So now, you dear people that raised your hands, the next step for you to take, if you haven't been baptized, is to be baptized in the name of Jesus Christ for remission of your sins. That's the doctor's prescription, Doctor Simon Peter, who had the keys to the kingdom, to will tell you how to enter.</w:t>
        <w:br/>
        <w:t>On the day of Pentecost, they said, "What must we do to be saved?"</w:t>
        <w:br/>
        <w:t>He said, "Repent, every one of you (That's what you've just done.), then be baptized in the name of Jesus Christ for the remission of your sins," to show to the people and the world that you believe death, burial, resurrection of Jesus Christ; He took your sins. "Then you shall receive the gift of the Holy Ghost. For the promise is unto you and to your children, to them that are far off, even as many as the Lord our God shall call."</w:t>
      </w:r>
    </w:p>
    <w:p>
      <w:r>
        <w:t>59. Follow that instruction. If it's not at this tabernacle, at the tabernacle where you go to, the church where you go to, wherever it is. Don't stay out. Get right quick to a body of spiritual believers. Go to the Assemblies of God, the Church of God, the Pentecostal Oneness, the Pentecostal twoness, threeness, whatever it might be, I don't care where you go. But get quickly to a church. Put your fellowship in there.</w:t>
        <w:br/>
        <w:t>If they teach little things, maybe, that you don't… You don't… Say, "Well, Brother Branham didn't teach it like that." Well, don't make any difference anyhow. If you've got the Holy Ghost, move on. Get with them. Push on.</w:t>
        <w:br/>
        <w:t>We're all going to come to one anyhow. When Solomon's temple was cut out across the world, it was cut from all over the world, different funny looking stones and everything else. But when they begin to come together, there wasn't a buzz of a saw or sound of a hammer. Forty years in the erecting of the temple, they never heard one hammer beat or one saw buzz. They were all cut out just right.</w:t>
        <w:br/>
        <w:t>All these great churches that's got the Holy Spirit will move right together in their fitted places at that day in the body of Christ for the rapture. So just get to where they believe the Gospel.</w:t>
      </w:r>
    </w:p>
    <w:p>
      <w:r>
        <w:t>60. Now, my precious friends, I didn't know that I'd took that much of your time. I don't know what time I come on. Was it nine-thirty or ten o'clock, or something? Ten o'clock. Is it that, really that long? I couldn't hardly believe it.</w:t>
        <w:br/>
        <w:t>We have time for just a prayer for the sick. We promised them that. Now, just one minute. If you'll just give us fifteen minutes. I believe it's fifteen minutes till, so we will just take that fifteen minutes by my watch.</w:t>
      </w:r>
    </w:p>
    <w:p>
      <w:r>
        <w:t>61. Listen. There is nothing. Your first duty when you get sick, of course, you go to your doctor. He does all he can do. If he can't do no more, you have a right to go to the great Specialist then. Now, we're not against doctors. I have many precious doctor friends who are my buddies, fine men who believe in God. And I pray for them, and they even pray for me. That's right.</w:t>
        <w:br/>
        <w:t>They get a patient they can't do nothing with, many fine doctors… 'Course, I hold back their name. Maybe they're not filled with the Holy Ghost and things, but they're good men. They say, "Brother Branham, there's nothing I can do with that case; if you'll take it…"</w:t>
        <w:br/>
        <w:t>I say, "Send it over. I can't do it. I will permit it to Jesus … commit it to Jesus Christ. Let Him do it," see. So that's fine.</w:t>
      </w:r>
    </w:p>
    <w:p>
      <w:r>
        <w:t>62. But look. If there's ever any healing takes place, Christ will be the One that does it. The doctor can move an obstruction, pull a tooth, or cut a place off, take appendix out, cut a cancer off, cut a wart off, or operate for something else, put poison in you to kill germs. But there's nothing can heal besides God, because it has to be a creation grow it back. And no medicine will create, see. There's only one Creator, that's God. Then Psalms 103 (See, all the Scriptures are true.): "I'm the Lord who heals all of your diseases."</w:t>
        <w:br/>
        <w:t>That don't say the doctor hasn't got a part in it; yes he has. If I break my arm, my duty's to go to a doctor that knows how to set that arm. But he can't heal that arm. He can only set it, place the bones back into place. And then God furnishes the calcium and so forth, and creates the material that, inside my arm, that grows it back together. God's the healer, see.</w:t>
      </w:r>
    </w:p>
    <w:p>
      <w:r>
        <w:t>63. Now, we've been preaching this week; the Jewish custom for people in the Jewish time was to go lay hands on the sick. That's what they did. Everything was laying on of hands. It was a Jewish order. But it never was that way with the Gentiles, never.</w:t>
        <w:br/>
        <w:t>When Jairus' daughter, a Jewish priest, when she died, he said to Jesus, "Come lay Your hands on my child, and she will live. Lay Your hands on her."</w:t>
        <w:br/>
        <w:t>But when He went to the Roman centurion, he said, "I'm not worthy You come under my house. Stand out there where You are, and just speak the Word." He realized the authority that Jesus had. He said, "I'm a man under authority. I've got a…" He was a centurion; it meant a hundred men under him. He said, "If I say to this man, 'Do this,' he does it; and that man, 'Do that,' he does it." He said, "And You have the authority over every disease, and every affliction, and everything. They're all at Your command. You're the great Commander." Oh, I like that! That even touched the heart of Jesus.</w:t>
        <w:br/>
        <w:t>And He turned around to them, to the Jewish people, and said, "I've not found faith like that in Israel."</w:t>
      </w:r>
    </w:p>
    <w:p>
      <w:r>
        <w:t>64. The Syrophenician woman, a Gentile, Greek, come to Him and said, "Lord, I've got a child laying down here, that the devil is variously bothering her." She probably was an epileptic or some type of insanity. Said, "She's in a terrible shape. Would You heal her?"</w:t>
        <w:br/>
        <w:t>And He tried her faith. "Why," He said, "it's not meet to take the children's bread and give it to the dogs." Calling her a dog… And in them days, a dog was one of the … about like a hog, the lowest thing there was. Said, "It's not meet for Me to take the children's bread and give it to you dogs."</w:t>
        <w:br/>
        <w:t>She said, "That's the truth, Lord." Oh, I like that. "That's the truth." Said, "But You know, the dogs under the table eat the children's crumbs." That touched Him. She said like you did the other day, Hattie: the right thing.</w:t>
        <w:br/>
        <w:t>He turned and He said, "For this saying, the devil's left your daughter." Didn't have to go to her and lay hands on her.</w:t>
      </w:r>
    </w:p>
    <w:p>
      <w:r>
        <w:t>65. At the day of Pentecost when the Holy Ghost fell, Philip went down to Samaria. They were half Jews. So when he went down he had to lay hands on them to receive the Holy Ghost. The Holy Ghost hadn't come upon any of them yet. So the sent up and got Peter. They'd been baptized in the name of Jesus, so they went up and got Peter and John at Jerusalem, at the headquarters, and they come down and laid hands on them, and they received the Holy Ghost.</w:t>
        <w:br/>
        <w:t>Then Peter went up to the house of Cornelius. He had to lay hands on them. Look Acts 19 when that bunch of Jews at Ephesus; he had to lay hands on them that they receive the Holy Ghost. But while he was at Cornelius' house, while he spake these words, the Holy Ghost fell on them. No laying on of hands. The Holy Ghost fell when they heard the truth. They were hungry and waiting for it.</w:t>
      </w:r>
    </w:p>
    <w:p>
      <w:r>
        <w:t>66. Are you that hungry for healing this morning? Then let the Holy Spirit speak, if Jesus is the same yesterday, today, and forever. You believe that? Did He say, "The works that I do shall you also."?</w:t>
        <w:br/>
        <w:t>How did He declare Himself to the people to be their Messiah, the Jew's Messiah? How did He do it to the Jews? By telling them the secret of their heart. They recognized Him the Messiah. How many knows that's true? Sure.</w:t>
        <w:br/>
        <w:t>When Peter come, and He said, "Your name is Peter." And said … or, "Your name is Cephas." Said, "You'll be called Peter. Your father's name was Jonas." That settled it. He knew that was the Messiah.</w:t>
        <w:br/>
        <w:t>When Philip went and found Nathanael, He said, "You're a good honest man."</w:t>
        <w:br/>
        <w:t>He said, "Now, Rabbi, when did You know me?"</w:t>
        <w:br/>
        <w:t>Said, "Before Philip called you, when you were under the tree, I saw you [Fifteen miles around the mountain---a day's journey.] I saw you."</w:t>
        <w:br/>
        <w:t>He said, "You're the Son of God, the King of Israel."</w:t>
      </w:r>
    </w:p>
    <w:p>
      <w:r>
        <w:t>67. He went down to the Samaritans. He had need to go by. Why? He went down to the Samaritans. And there was a Samaritan woman. And so, He thought He'd just give her the sign of the Messiah. And He said, "Go get your husband and come here."</w:t>
        <w:br/>
        <w:t>She said, "I have no husband."</w:t>
        <w:br/>
        <w:t>He said, "You've said well, because you've got five."</w:t>
        <w:br/>
        <w:t>She said, "Sir…" In other words, like this. "We've been looking for a Messiah to come. And He's going to be a God-prophet. And we know when He comes, He will tell us these things. So You must be some sort of a prophet."</w:t>
        <w:br/>
        <w:t>He said, "I'm the Messiah. I'm He that you're speaking of."</w:t>
        <w:br/>
        <w:t>She left that water pot (a prostitute and desperate. How… condition she was.), and run into the city, and said to those men, "Come, see a man who told me what's in my heart. Isn't that the Messiah? Isn't that the Messiah?"</w:t>
      </w:r>
    </w:p>
    <w:p>
      <w:r>
        <w:t>68. Not one time was it ever done to the Gentiles. No, sir. This is their day, when the evening lights…</w:t>
        <w:br/>
        <w:t>The Jews are in a nation now to control the world. At one time they did. They're coming back. Watch that fig tree putting forth its buds yonder. You watch the Jew wherever he is, God's calendar, you'll find out. He will never forsake Israel. But Israel had to be blinded. I'm not saying this on behalf of this Jewish sitting here. But Israel had to be blinded in order to give us a chance. We love them. Don't you worry; they'll blossom again.</w:t>
        <w:br/>
        <w:t>"What the palmerworm left, the caterpillar eaten; what the caterpillar left has the locust eaten; but I will restore, saith the Lord." That was just eaten for a spell so that we could be brought in. Our eyes are open.</w:t>
      </w:r>
    </w:p>
    <w:p>
      <w:r>
        <w:t>69. Now, what is it? Our day is ending. The Jews are beginning to assemble together again like God said. And the evening lights is shining on what? Where's the lights in the evening shine? On the West. They shined on the East, at the Jew, the Eastern people at the beginning. It's been a dark day of denominations and so forth. But the evening lights shall shine on the Gentile, the Western hemisphere. Here we are now at the end. We're at the west coast. If you go any farther, you're going back east again. Civilization's traveled that way. So the evening lights are shining: Jesus Christ, the same yesterday, today, and forever.</w:t>
      </w:r>
    </w:p>
    <w:p>
      <w:r>
        <w:t>70. Let us pray. Now, Lord, these are all Yours. Word faith cometh by hearing, hearing the Word of God. And God, You make Your words manifested to prove to the people that You are God. Now, let it be known this morning that You're God, and I'm Your servant telling them the truth of eternal life. Through Jesus Christ, our Lord, we pray. Amen.</w:t>
        <w:br/>
        <w:t>I believe Billy told me out there that there was a great bunch of prayer cards. Many people here… We cannot bring all of them up. You know that. For to prove that… Or just that you might see… Now, God don't have to do this. Everyone know that? Jesus didn't have to heal anybody when He was on earth. Did you know that? But He did it that it might be fulfilled which was spoken by the prophet. Is that right? He does this that the Word might be fulfilled, "As it was in the days of Sodom, so shall it be in the coming of the Son of man."</w:t>
      </w:r>
    </w:p>
    <w:p>
      <w:r>
        <w:t>71. You noticed, they had Billy Graham and Oral Roberts and them in the day of Sodom? Men like them went down and preached to the Sodomites in the city. But the elect, Abraham and his group, was a called out group, out to one side. What kind of an Angel stayed behind and preached to them?</w:t>
        <w:br/>
        <w:t>Watch. The man sat there, said He was a stranger from a foreign country, dust on his clothes, had just eat part of a calf, drink the milk from the mother, eat some corn cakes with Abraham. Why, perhaps, he had the fly bush shooing the flies away, while he was doing it. Sitting there eating… And after He had left, Abraham called Him Elohim, the Almighty. But He was a man, God, in His people.</w:t>
      </w:r>
    </w:p>
    <w:p>
      <w:r>
        <w:t>72. Now, look what He did, how he knew. He sat there and talked with Abraham. Now, the first time He'd met Abraham, first time Abraham had seen Him, knowingly. And these other men was going to go on into Sodom. And they went down there and preached, and blinded the people. Isn't that what the preaching of the Gospel does, blinds the unbeliever?</w:t>
        <w:br/>
        <w:t>Notice. But this One stood back there with the elect church, Abraham and his group, the circumcised, the real ones. Lot was a… The one that lives in the city, and has big times. And see how his daughters was, and how sons was, and everything. That's just like the world today. Sodom's sin and everything. That's the church nominal. But the church spiritual is a called out group, separated.</w:t>
        <w:br/>
        <w:t>What kind of an Angel come to them? Now, let's watch it. Now, remember, your Lord said, "As it was then, so will it be at the coming of the Son of man." Jesus said so, "Heavens and earth will pass away, but My words will never fail." Now, listen close and be quiet.</w:t>
      </w:r>
    </w:p>
    <w:p>
      <w:r>
        <w:t>73. Now, this Angel talked to Abraham. He said, "Abraham, where is your wife, Sarah?" How did He know he was married? How did He know he had a wife? And how did He know her name was Sarah? Strange, wasn't it?</w:t>
        <w:br/>
        <w:t>And Abraham said, "She's in the tent behind You."</w:t>
        <w:br/>
        <w:t>He said, "Abraham, seeing that you believe God, and you're going to be heir to the world, all the Gentiles and all will be brought into the kingdom by your seed. The promise is made to you. I will not keep anything hid from you, Abraham." Oh, I love that. "I won't hide this from you, Abraham. But you've believed me for that baby for twenty-five years. Now, you're a hundred years old, and she's ninety. But Abraham, according to the time of life…" In a mixed audience, you know what I mean, the twenty-eight days. She'd stopped fifty years or more… Yeah, sixty years before that. Said, "According to the time of life with Sarah, I'm going to visit you again, and you're going to bring that baby."</w:t>
        <w:br/>
        <w:t>And Sarah, behind Him, in the tent, flaps closed, laughed within herself. Just… And said in herself, "Could I have pleasure with my lord?" What do you call your husband? "Will I have pleasure with my lord again, seeing that I'm old, and he's old too?"</w:t>
        <w:br/>
        <w:t>And the Angel, with His back turned, said, "Why did Sarah laugh?" What made her laugh?</w:t>
        <w:br/>
        <w:t>Don't you see? What kind of a Spirit, what kind of an Angel was that visiting that elect church there. Now, Jesus said that same thing will take place just before His coming. That'll be a sign of His coming.</w:t>
      </w:r>
    </w:p>
    <w:p>
      <w:r>
        <w:t>74. Let's call a prayer line. He made the promise; He keeps it. Now, there's somewhere along there, I've got to call up five or six people, or as many as can stand here. The rest of you all, just believe.</w:t>
        <w:br/>
        <w:t>Watch. If you don't have a prayer card and get up here, that don't mean one thing. I challenge you.</w:t>
        <w:br/>
        <w:t>Here's what the seed of Abraham did, Jesus, when He was on earth. One day, He was passing through a crowd of people, and all of them was saying, "Hello, Rabbi. Good morning, doctor. How are You, reverend? Glad to meet You, reverend, glad to have You over here. Going to hold a meeting while You're over here?"</w:t>
        <w:br/>
        <w:t>And a poor little woman had a need. So she slipped through the crowd, and she touched His garment; for she said within herself, "If I will just touch that holy man." Her faith, see. "If I touch Him, I will be made well." So she touched Him, and she went back out in the crowd. She said, "Oh, I'm sure I'm healed, because I believe that. I believed it. I know I'm healed. I just believe the blood issue's stopping right now. I just believe it."</w:t>
        <w:br/>
        <w:t>Jesus stopped, said, "Say, who touched me?"</w:t>
        <w:br/>
        <w:t>What a question! Peter said… In other words, "Lord, what's the matter with You?" The Bible said he rebuked Him. Said, "What do You mean by that? Why, everybody's touching You. How do You come to say, You being the Messiah. Aren't You afraid You're going to expose Yourself here before these people? Who touched me? And I will bet there's been five hundred touch You in the last minute. Why would You say such a thing as that?"</w:t>
        <w:br/>
        <w:t>He said, "But this was a different touch. I perceive that I got weak. Virtue…" Anyone knows virtue is "strength." "I got weak. Strength went out of Me." And He looked around, looked around. See, there's faith out there somewhere. He looked around. And He found the little woman. The Holy Spirit that was in Him in the fullness, directed Him right to the little woman. And that blood issue she'd had, He said, "Your faith… Now, I never healed you. I never had nothing to do with it. But your faith in who… And God, who I'm representing, your faith has made you whole."</w:t>
      </w:r>
    </w:p>
    <w:p>
      <w:r>
        <w:t>75. Now, the Bible said that He's the same yesterday, today, and forever. That's the same in principle, the same in power, the same in attitude; the same God that lived in Christ lives in the church, not as much of it. He had it without measure, we have it by measure. But if you had a spoonful of water out of the ocean, the same chemicals is in the whole ocean is in the spoonful. Remember that. That's right. It's the same God.</w:t>
        <w:br/>
        <w:t>Now, the Bible said in Hebrews, he said that Jesus Christ, right now, is a High Priest that can be touched by the feeling of our infirmities. How many knows that? Well, if He is the same High Priest, wouldn't He act the same way if He was touched? What are we? His mouthpiece. We submit ourselves to Him, and our words are not our words. "Take no thought what you shall say, because it's not you that speaks," it's the Father that dwelleth in you; He speaks.</w:t>
      </w:r>
    </w:p>
    <w:p>
      <w:r>
        <w:t>76. Somewhere. Where was that, Billy? 1 to 50, or 1 to 100? 1 to 100. Usually people rally for that first card, so we will leave that alone for a minute. Let's start at a funny number. Let's say 30. Who has prayer card 30? Raise up your hand. What's the letter? B. B-30. All right. Look in your pockets; pull out your prayer card, and if there… Well just if there's no 30, why, we will start somewhere else then. We will begin at… What say? [A brother says, "There it is, back on the left."] Oh, I'm sorry. I'm sorry. All right, come here, sir. 31, who has prayer card 31, would you raise up your hand? 31, come right here, sir. 32. [Blank spot on tape.] … add words with him. I don't even know his name. And frankly, I don't know what's the matter with him. God knows that. I couldn't tell you what's wrong with him. But I think the rest of them are all strangers to me. I don't know them.</w:t>
        <w:br/>
        <w:t>How many out here knows that I don't know nothing about you? Raise your hands.</w:t>
      </w:r>
    </w:p>
    <w:p>
      <w:r>
        <w:t>77. Now, the Bible said when the Holy Spirit has come, He will… First thing, the Holy Spirit would do what? Reveal these things to you that I've taught. Is that right? Then what would He do? Show you things to come, will be a revealer of the secret of the heart. He would do the same work that Jesus did. Now, how many believes that Jesus completed the plan of salvation and healing at Calvary? Certainly. So as far as that, it's all over, isn't it? It's all over.</w:t>
        <w:br/>
        <w:t>But the only thing that He can do is to shock you, or to bring you to an understanding that He's still God and keeps His promise.</w:t>
        <w:br/>
        <w:t>So in doing so, He anoints preachers. That's these fine men standing around here, and many back there. He anoints them to preach. I'm a poor substitute for a preacher; He give me this for my preaching (You see) instead; because I'm uneducated and don't know nothing that… And know what I mean, to be a scholar, or anything, or a student. But He give these men opportunities to do that. And they get up there under inspiration and preach, oh, they could say more in five minutes than I could say in a hour. Because under the inspiration, it's like a cannon, or a machine gun rapidly driving it right down like a trip-hammer driving. See, my gift is something else. I have to take my time and study what… And wait and see what the Holy… [Blank spot on tape.]</w:t>
      </w:r>
    </w:p>
    <w:p>
      <w:r>
        <w:t>78. Is already finished that. But just some way to get him to believe to know that Jesus is right here. Now, what did Jesus say? The sign, like was at Sodom, so will be done in the last days. "The works that I do," showing that He was that very same One that was with Abraham… "Before Abraham was, I AM." He was that Angel. Here He is here this morning, the same Angel dwelling in us.</w:t>
        <w:br/>
        <w:t>Now, the man may be an impostor. He may be a hypocrite. He may be a infidel. He may be a saint. I don't know nothing about him; He's just standing there. But if the Holy Spirit will come and reveal to him, let him be the judge from then on. He knows. If the Holy Spirit can tell him what has been in his life, surely, if that's true, he could believe what will be in his life. Is that right? If He could tell what has been, what about what will be? Now, he will know whether it's right or not, whether it has been.</w:t>
      </w:r>
    </w:p>
    <w:p>
      <w:r>
        <w:t>79. Doctor, you believe this, you and mother both. You believe it. And the other doctor sitting back there also, from Springfield, Missouri…</w:t>
        <w:br/>
        <w:t>The Holy Spirit's in here now. Gray-headed man there, staying out at the Avalon Motel out here. You're suffering with something in your side. You're not from here to begin with. You're from Canada, British Colombia, Vancouver. You come from Finland, Kiitos. God bless you, go home, you're well. Jesus Christ makes you well.</w:t>
        <w:br/>
        <w:t>You believe? I don't know the man. I don't know now what I said to him. That was the Holy Spirit speaking.</w:t>
      </w:r>
    </w:p>
    <w:p>
      <w:r>
        <w:t>80. Another stranger, I don't know the man, never seen him in my life. I suppose we're strangers. Is that right, sir? I never seen the man, know nothing about him. Now, be real reverent. And if I don't know nothing about the man, and the Lord will tell me something about him, then surely that would confirm that it takes something more than man to do that. Is that right? Now, if you'll just be real reverent and watch, and be careful, and when the Holy Spirit breathes over you like that, accept it. Believe it with all your heart.</w:t>
        <w:br/>
        <w:t>A stranger… First thing, you're seeking salvation. You're an alcoholic. Exactly right. You're not from this city; you come from another city, a Indiana city; I believe it's Newcastle, something like that. Exactly. Uh-huh. You're with… Somehow or another, I see somebody… You're with a woman. It's connected. Where's Lyle Wood? It's his wife. She's here now. She wants to be prayed for too. Yes, sir. You believe God can tell me what your trouble is? Heart trouble. She'd believe it with all of her heart, she can be healed. I condemn that devil in you that makes you drink alcohol. Go home in the name of Jesus Christ and never drink it again, be baptized in His precious name, taking away the sins. And I condemn the devil; may he pass from you. Amen. Go home. God bless you, sir. Your sins are forgiven now. Go, and sin no more.</w:t>
        <w:br/>
        <w:t>Have faith in God. Don't doubt. Believe with all that is in you.</w:t>
      </w:r>
    </w:p>
    <w:p>
      <w:r>
        <w:t>81. We're strangers to one another, young lady. Do you believe Christ knows us both? Here's like the woman at the well and our Saviour. You're not her, and neither am I He. But His Spirit lives forever. The woman… This young woman standing here has… If you could see it, between her and I is this light of the Angel stand here. But just beyond that is a shadow, and that shadow is death, darkness. It's a cancer. The cancer's located … rectum. You're not from this country either; you're from Kentucky, from La Grange, Kentucky. That's right. Mrs. Johnson, say, what if you believe with all your heart, go back home, and Jesus Christ make you well. Do you believe that?</w:t>
        <w:br/>
        <w:t>I condemn the devil that's taking the life of this woman. On the basis of the resurrection of Jesus Christ, I now challenge Satan, and tell him that he is a defeated being, that Jesus Christ defeated him at Calvary. And as God's servant, under the anointing of the Holy Ghost, that the commission given me by an Angel, I condemn this devil for this woman's life. Let her live, O Lord. Amen. Return home, rejoice, and be happy, thanking the Lord. Don't doubt now. Don't have a doubt in your mind.</w:t>
      </w:r>
    </w:p>
    <w:p>
      <w:r>
        <w:t>82. You look awful sincere and innocent about that, lady. If you believe, that gland trouble you're suffering with, arthritis, believe it with all your heart, it'll leave you.</w:t>
        <w:br/>
        <w:t>Now, the little lady felt something right here, because there's a spirit between both of them. You see? Yours is all right too. Just believe with all your heart.</w:t>
        <w:br/>
        <w:t>And by the way, the little lady next to her there, yes, that's you, sitting there looking up, praying. Uh-huh. That back trouble… Believe with all your heart.</w:t>
        <w:br/>
        <w:t>You too, you had a back trouble also. So just go up and go home now; be well.</w:t>
      </w:r>
    </w:p>
    <w:p>
      <w:r>
        <w:t>83. Do you believe, all your heart? You're here for your daughter. Your daughter's shadowed with death. It's a cancer. And her spiritual condition is not too good. Yes, sir. She's just up-and-down, in-and-out, and washed around. You see that handkerchief you got in your hand? Do you believe that's the Holy Spirit speaking here? Let me have that handkerchief. Lord, in the name of Jesus Christ, I condemn the condition of her daughter. On the words of her mother, may it be effective upon her in Jesus' name. Amen. Go; don't doubt. Have faith. She can go home now. Put that handkerchief on her. Believe. Have faith in God.</w:t>
        <w:br/>
        <w:t>There's a woman, if you can see her. She's got her eyes closed, her handkerchief up, praying, wiping her eyes. You touched Something, sister. You didn't touch me, but you touched Him. Now, you've got varicose veins, female trouble, complications of all kinds. That is right, isn't it? Raise your hand if that's true. All right. Now, go home, be made well.</w:t>
        <w:br/>
        <w:t>What did she touch? I want to ask you, what did that woman touch? The High Priest. Can you recognize Jesus Christ, the Son of God is present. If thou canst believe… The Spirit's in the audience; be believing. That pillar of fire that's on this picture here, is moving in the audience.</w:t>
      </w:r>
    </w:p>
    <w:p>
      <w:r>
        <w:t>84. It's a woman looking right at me, stands over her, hands up like this with a handkerchief in her mouth. Got trouble at the head, kind of a nerve condition of the head. That is right. Do you believe me to be His prophet? You believe that to be Christ talking to you? Go home; you're going to get over it. Believe with all your heart.</w:t>
        <w:br/>
        <w:t>Man sitting right behind her there. Something another connected with him about Campbellsville, Kentucky. Uh-huh. You got a nerve trouble too, prostate, high blood. Do you believe with all your heart, sir? If you do, raise up your hand if those things are right. What did you touch? You touched Somebody, the High Priest. Go, believe and get well.</w:t>
        <w:br/>
        <w:t>Here's a woman, kind of heavy set, sitting here with her hand up around her… I believe I know that woman. I've seen her somewhere. She's praying. She's got trouble with her head. And immediately, when I said "head" to that other woman just a few minutes ago, it affected her. She's got a head trouble too. I've seen the woman somewhere. I can't place her, but I've seen her. Oh, yes I do. I know now, even spiritually. She's Rose Austin from Louisville, Kentucky. Believe now. Go home; be well.</w:t>
      </w:r>
    </w:p>
    <w:p>
      <w:r>
        <w:t>85. I know you. I know your face. I was with you in an interview in a trailer where you received the Holy Ghost. That's right. Laid hands upon you, and received… I don't know what your name is right now, but I know you have a car business. That's all I know. I have no idea what's wrong with you. You're aware of that. [The man says, "That's right."] No idea… If God will reveal what the trouble is, then the same One that give you the Holy Ghost can heal you, give you the desire of your heart. Believe that? You're not here for yourself. It's not your condition; it's for a loved one. It's a sister in Virginia. Some kind of a trouble like a back. Your wife's sitting there. She's also needy. [Blank spot on tape.] She'd believe, the old heart trouble and thing will just leave her, and she will…</w:t>
      </w:r>
    </w:p>
    <w:p>
      <w:r>
        <w:t>86. This woman that's right here is connected with you. That's your mother. She's bothered about whether she has the Holy Ghost or not. Also, she has a bladder trouble that's bothering her. And something other of the doctor, that kind of a strong fellow said it's a fallen womb. You're supposed to be operated on some time ago. He was the cause of your not being operated on; he wanted you to come here and be prayed for.</w:t>
        <w:br/>
        <w:t>The one standing right behind her is some relation. That young woman is relation somehow, but she's only by marriage. A niece by marriage. She's bothered about her salvation too. That's right. And she's got diabetes, a young woman. Exactly true.</w:t>
        <w:br/>
        <w:t>Do you believe? Let's just raise our hands to God. O Lord, creator of heavens and earth, author of life, giver of every good gift, send Thy presence into the midst of the people now. Give to them the desire of their hearts, Lord. We thank You for this, praying that You'll just bless and give these people what they have need of through Jesus Christ, our Lord. Amen.</w:t>
      </w:r>
    </w:p>
    <w:p>
      <w:r>
        <w:t>87. How many believes? I don't remember, but somehow it went down this line on somebody. Was it all true? Raise your hands, ever who I talked to, was it true? All true. Then it's true that the Holy Spirit is here. Is that true?</w:t>
        <w:br/>
        <w:t>Now, believe me as His servant. I know you're restless; you're tired. Don't doubt. Believe now that this is Him. That rushing wind that came on the day of Pentecost in the upper room, that's the same thing that affected these people when that taken place, because it's the same Holy Spirit. It's moving around over you, every one right now. Out in among the crowds is the Holy Spirit moving among you.</w:t>
        <w:br/>
        <w:t>How many… I want you to be honest with me, as it would be with this Bible before me. How many feels a real strange feeling, like something has just come around. That's the Holy Spirit. That's Him</w:t>
      </w:r>
    </w:p>
    <w:p>
      <w:r>
        <w:t>88. Now, believe me. My words are true, because God vindicated His truth by the Bible, vindicated it by the power of His resurrection, vindicated it by scientific research. Then there's nothing else to prove by it. He is God; it's here. Then hear me; I'm telling you the truth. Every one of you is in the presence of God right now to be healed. The whole group of you. Do you believe that?</w:t>
        <w:br/>
        <w:t>Now, tell you what I want you to do. I want you, just wherever you are, each one of you to lay hands over on one another so that you'll see it's not me. You know, you're just as effective. You're a believer. If you feel that Holy Spirit, it's on you. Maybe not in a gift like this, but that Holy Spirit's on you.</w:t>
        <w:br/>
        <w:t>Someone, no matter who it is, lay hands on somebody and then bow your head. Lay your hands on somebody and bow your head. I feel led to do this. I feel that it's time for your healing. If thou canst believe… Oh, the Holy Spirit moving over the audience…</w:t>
      </w:r>
    </w:p>
    <w:p>
      <w:r>
        <w:t>89. That little fellow yonder from Georgia, praying for your brother, sitting back yonder, have faith, believe. Oh, it's just everywhere. It's just everywhere.</w:t>
        <w:br/>
        <w:t>Now, don't you pray for yourself; you pray for the person you got your hands on. That'll make every one of you praying for one another.</w:t>
        <w:br/>
        <w:t>Now, Lord Jesus, the Son of God, who has raised from the dead, even the threats of Pontius Pilate and the Roman government seal could not hold You in the grave. God, the Almighty, came down on the day of the Easter and rolled back the stone, breaking the seal, and You rose up and was with Your disciples forty days, commissioned them to go into the world and do these things that's being done now. That's been two thousand years ago.</w:t>
        <w:br/>
        <w:t>Lord, You are God. You cannot fail. You're here. This conference this morning that we've had, we've reasoned together about these things. We've reasoned that You're God, reasoned the reason that You are God, and the reason that You're here. And now, we have a commission from You to lay hands on one another. That's what You commissioned us to do. You said, "These signs shall follow them that believe: If they lay their hands on the sick they shall recover." That's our commission from the conference. Now, Lord, obedience is better than sacrifice, hearkening than the fat of rams.</w:t>
      </w:r>
    </w:p>
    <w:p>
      <w:r>
        <w:t>90. Now, Lord, as Your servant, I commission and command every devil, every spirit, every sickness, every affliction, every contrary thing that's bothering these people in the presence of God… By the witness of the Holy Ghost, by the commission of an Angel sent to me, I challenge this spirit by the Word of God, this spirit of sickness and affliction, come out of the people in the name of the Lord Jesus Christ, and let them be well. Let them go.</w:t>
        <w:br/>
        <w:t>Satan, you're just a bluff. We've called your hand. The time has come when Jesus Christ has manifested Himself in the presence of the Gentiles. Now, Satan, you are defeated. One time you held people. You have no legal rights now. Jesus Christ stripped you of every right that you had at Calvary. He paid the full price and said, "It is finished." Every complete plan of salvation, all the healing, all was finished at Calvary. And you were taken from you, everything that you once possessed through sin and through the fall. Now, we are redeemed by the blood of Jesus and you cannot hold us any longer. We say, "Leave us in the name of the Lord Jesus Christ."</w:t>
      </w:r>
    </w:p>
    <w:p>
      <w:r>
        <w:t>91. Now, keep your hands on one another. Keep praying. Keep your hands… Keep praying. Each one of you just thinking, "God is near. God's Spirit is here. God is healing me. His goodness, His mercy, His kindness, His promise is being made real in me."</w:t>
        <w:br/>
        <w:t>We could preach on for weeks and weeks. It wouldn't make any difference now; the Holy Spirit's here. That's all it could do anytime, be right here now.</w:t>
        <w:br/>
        <w:t>"Right now I believe the Holy Spirit manifest to me, proving to me that God is here. I believe Him. It's a finished work. I have it. It's my possession. I now am filling with the Holy Spirit. My diseases, my aches and pains are leaving. All of my afflictions are going away from me." That's the way to be praying, with your head bowed, eyes closed. (Only believe.)</w:t>
        <w:br/>
        <w:t>Keep your heads bowed now. We're going to sing now, just quietly.</w:t>
        <w:br/>
        <w:t>Only believe………</w:t>
        <w:br/>
        <w:t>Coming down from the mountain… Epileptic child… The disciples had been there consulting…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