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Beginning And Ending Of The Gentile Dispensation</w:t>
      </w:r>
    </w:p>
    <w:p>
      <w:r>
        <w:t>Date: January 9, 1955</w:t>
      </w:r>
    </w:p>
    <w:p>
      <w:r>
        <w:t>Location: Jeffersonville, Indiana, USA</w:t>
      </w:r>
    </w:p>
    <w:p/>
    <w:p>
      <w:r>
        <w:t>1. Good evening, friends. I am very grateful to be here tonight again. Just left here awhile ago; I think I got out around four o'clock and then I had to… We went down to see some more friends, and got back five minutes after seven, just had to come back down. So I'm kind of having to hunt a text yet, Brother Neville.</w:t>
      </w:r>
    </w:p>
    <w:p>
      <w:r>
        <w:t>2. Now, there is a request that just was called in from someone in Chattanooga, Tennessee; a loved one that was in a wreck three weeks ago and is lying unconscious still. And requests prayer here from the church. [Brother Neville says, "Brother Bill."] Yes. [Can I make an announcement?] You sure can, Brother Neville. [Brother Neville speaks.]</w:t>
      </w:r>
    </w:p>
    <w:p>
      <w:r>
        <w:t>3. We were speaking of Melchisedec, who He was. And we … nothing like got through with it, but maybe the next time coming in we can pick up from there, still in the book of Hebrews. But tonight we turn over to the book of Daniel. And you with your Bibles turn to Daniel 12. And we're going to read a little from there and talk maybe on some of God's Word out of the book of Daniel.</w:t>
      </w:r>
    </w:p>
    <w:p>
      <w:r>
        <w:t>4. Now, Daniel was one of the … was the prophet that was carried from Jerusalem down into Babylon in the carrying away of Babylon by King Nebuchadnezzar. He was a young fellow when he went down into Babylon. There was not many of them, that had … still holding out the grand old faith. I like Daniel because he had purposed that in his heart when he went down into Babylon that he was going to remain a believer. And he wasn't going to defile himself with the king's meats and so forth.</w:t>
        <w:br/>
        <w:t>Now, the very thing that… Daniel was the prophet to the Gentiles. Daniel saw all the Gentile age rise and fall. He was the first one to be… He was called the Gentile prophet. He wasn't a Gentile himself, but he saw the Gentile dispensation from start to finish, in the head of gold and ending up in the feet of iron and clay. And followed down in there purposing in his heart that he wouldn't defile himself with the king's meats and with the king's affair.</w:t>
      </w:r>
    </w:p>
    <w:p>
      <w:r>
        <w:t>5. And another group of brethren named Shadrach, Meshach and Abednego was down there with them, which was not prophets, but believers. And they also purposed in their heart. And then when those four believers come together, I'd imagine quite oftenly, they had prayer meetings together. Just like we do. We get together because we have things in common.</w:t>
        <w:br/>
        <w:t>You know there's an old slogan that says, "Birds of a feather flock together." And that … an old proverb, rather, and that's a pretty good thing too. "Birds of a feather flock together." Aren't you happy for that? Sure. Birds of a feather flock together."</w:t>
      </w:r>
    </w:p>
    <w:p>
      <w:r>
        <w:t>6. Not long ago I was sitting in a meeting where there was a man discussing something and he said, "Well…" He was talking about the souls that went to prison … was in prison, that Jesus went and preached to after His death. And this man that was speaking said, "Well, what do you think about it?" And a colored brother raised up, he said, "Well, that's just what the Bible said. He went and preached to souls that were in prison."</w:t>
        <w:br/>
        <w:t>Said, "What do you think it was?"</w:t>
        <w:br/>
        <w:t>Said, "It was souls that didn't repent in the long suffering in the days of Noah while the ark was being prepared. Just like the Bible said."</w:t>
        <w:br/>
        <w:t>He said, "No." Said, "That's this church preaching to those Pentecostal people that's in these denominations and everything, bringing them out of prison."</w:t>
        <w:br/>
        <w:t>He said, "Now, looky here brother." He said, "Pentecost wasn't even mentioned there." He said that "He just said that He went and preached to the souls that were in prison."</w:t>
        <w:br/>
        <w:t>So I said, "Amen, that's right."</w:t>
        <w:br/>
        <w:t>And the minister looked around at me and said, "Birds of a feather flock together."</w:t>
        <w:br/>
        <w:t>I said, "That's right, brothers of like precious faith believing just what the Scripture says is the truth."</w:t>
      </w:r>
    </w:p>
    <w:p>
      <w:r>
        <w:t>7. Daniel had three of those companions that were with him. You know, it's good when you're away from home to find somebody that's with you, somebody that will stand by you, a real good friend. Oh my, in foreign lands when you find someone who wants to be your buddy and loves you and stands by you, that's worth so much, especially a stranger.</w:t>
        <w:br/>
        <w:t>And these brethren were taken away from their city. And their city was burned, and all their vessels and the holy things of God had been taken down into Babylon and was put in the treasure house of King Nebuchadnezzar, who'd carried … now, a great, Gentile king.</w:t>
      </w:r>
    </w:p>
    <w:p>
      <w:r>
        <w:t>8. Now, if God has permitted that, for their city to be burned, their church burned, and taken them down into the city, it was because that they had got away from God. But He still had a believer that He could put His hands on and say, "This is my servant." God has always had a witness somewhere. He never leaves Himself without a witness. No matter if it's got down sometime to just one, but He's always had somebody that He could put His hands on and say, "This is My servant and he will do as I tell him." Now, we like that.</w:t>
      </w:r>
    </w:p>
    <w:p>
      <w:r>
        <w:t>9. Noticing then, that when these brethren were down there they were put to a test. A very beautiful example of what a true believer comes to when he really accepts the Lord Jesus as his Saviour. He's always put to the test. Satan, still in the testing business. And it only comes about to help you. It's for your good. "Every son that cometh to God must be tried, chastened, scourged"; and other words, give a little thrashing, straightening up. And if God gives us some chastisement and we can't stand it, then we become illegitimate children and not the children of God.</w:t>
        <w:br/>
        <w:t>Now, a man that's really got his faith set towards heaven, no matter what takes place here on earth, he's still got his faith set towards heaven. His friends may forsake him, his family may forsake him, his pastor may forsake him; but there's one that won't forsake him, that's God. And when your mind is made up, I like that.</w:t>
      </w:r>
    </w:p>
    <w:p>
      <w:r>
        <w:t>10. Daniel had burned all the bridges behind him. He wasn't planning on going back anymore. He wasn't watching his back trail, he was looking… Forsaking those things which were in the past, he pressed on to the mark of the high calling. That's what we should be doing. That's what the church should be doing.</w:t>
        <w:br/>
        <w:t>And as I notice then, God permitted Satan to give him a test. And, oh, they tested them by the fire. They tested him also by the lion's den. And in every instance God brought them out more than victorious. "Many are the testings of the righteous: but God delivereth him out of them all." How marvelous that is. How we appreciate that. Trials, tribulations, tests, all working for the good. After awhile God can see then, that He can put His trust in you. And then He will do great things for you.</w:t>
      </w:r>
    </w:p>
    <w:p>
      <w:r>
        <w:t>11. Now, we find out then that Daniel became a instrument in the hand of God; while he was away from his own people, out of his own city, away from his own church, in a strange land, God used him. Now, you can be away from whatever you may be, you can be away from all your loved ones, or you can be away from your church, but you can still be an instrument in the hands of God. God can use you for a testimony or for anything that He wishes to use you for.</w:t>
      </w:r>
    </w:p>
    <w:p>
      <w:r>
        <w:t>12. Beautiful examples, the Bible's just so chock-full of those things everywhere you turn. Don't you love to read the Word? Oh, I just read it sometime and weep. Here a few days ago I was reading in the room there, and I just had to sit down and cry like a baby. I got up and walked around my chair, put my hand on my chair, looked down at my Bible again, I just broke down and went around the chair again, looked back at it again.</w:t>
        <w:br/>
        <w:t>I thought, Oh God, in there is eternal life to every man or woman that'll dare to put their trust in it and believe it--eternal life. And He said, "Search the Scriptures; for in them ye think ye have eternal life: and they are they which testify of me." Search the Scripture. The Word of God is a lamp unto our feet that we … if we should be guided then, it's the light that follows the pathway that leads us from victory unto victory.</w:t>
      </w:r>
    </w:p>
    <w:p>
      <w:r>
        <w:t>13. Now before you can have a victory, there has to be a battle. And if there's no battles, there's no victories. So we ought to be thankful for the battles and the trying. It's God giving us the opportunity to have victories. Oh my, don't that make you a little bit better now? See, the battle come along, somebody saying something bad about you, sickness come unto you, maybe God give you those light afflictions that He might heal you and show His favor to you, let you see what He means by it. He loves you.</w:t>
      </w:r>
    </w:p>
    <w:p>
      <w:r>
        <w:t>14. The old shepherd story that was told there in Jerusalem in the Holy Lands, of the shepherd packing a sheep, and he said, "What you packing it for?" Says, "It's got a broken leg." Said, "How did it do that, fall over a cliff?" Said, "No, I broke its leg." He said, "Well, you're a cruel shepherd to break that sheep's leg." Said, "No, I loved it." And said, "It was going astray and I couldn't make it mind me, so I broke its leg so I could give it some extra attention. So then it would love me and follow me."</w:t>
      </w:r>
    </w:p>
    <w:p>
      <w:r>
        <w:t>15. Sometimes God has to let us break down just a little bit in health to give us a little extra attention, to get us up on His lap, to woo us up in His bosom when the doctor said nothing can be done. Then He'd take us into His bosom, say, "See, I love you. I'm going to let you get well," see. Oh, doesn't that just make life a little better?</w:t>
        <w:br/>
        <w:t>Oh, He's so great, He's a marvelous Shepherd, isn't He? No wonder David said, "The Lord is my Shepherd, I shall not want. How He leads us beside the still waters and restores our soul and runs our cups over and anoints us in the presence of the enemy." Did you ever get anointed in the presence of your enemy? Just to testify till your cup just boiled over, you know? Just how marvelous it is to be anointed when in the presence of your enemy.</w:t>
      </w:r>
    </w:p>
    <w:p>
      <w:r>
        <w:t>16. Now notice, then God took King Nebuchadnezzar and made him a tool in His hand. And when King Nebuchadnezzar died, after he had the grass grew out, his hair like eagle's feathers, and his fingernails like the claws of the eagle, and so forth, and God had to let him know who was the real King. After his death, Belshazzar, his grandson, succeeded him, and then he was more wicked than King Nebuchadnezzar.</w:t>
        <w:br/>
        <w:t>And one night there they had a great big party they called all their magistrates and all of the officers in for a great big jamboree. And while they were having this jamboree and they went and called out and took the vessels, the holy vessels of God, just to make fun of God. And drank wine to their gods, a toast out of the vessels of the Lord.</w:t>
      </w:r>
    </w:p>
    <w:p>
      <w:r>
        <w:t>17. Now, a man is permitted to travel so far, but there is a separating line between life and death; you must never cross that. You can go on with your little foolishness for a while, but you'd better know where the line is. Did the Lord ever check you on anything? He does all of us, pull the check reins, say, "It's far enough now." Then you better watch what you are doing from then on, if you're stepping across towards that line.</w:t>
      </w:r>
    </w:p>
    <w:p>
      <w:r>
        <w:t>18. And that night when God pulled the check reins on him and he wouldn't listen, goes on down, and brings out the vessels of the Lord, begin to drink wine in a toast to their god. Then there came a hand down out of heaven and wrote on the wall, "MENE, MENE, TEKEL, UPHARSIN". Means "Thou art weighed in the balance and found wanting." No one could interpret it, it was unknown tongues. And there was a man there had the gift of interpretation--Daniel. So he comes down and interprets and tells the king what would happen. And there God destroyed that nation--Babylon.</w:t>
      </w:r>
    </w:p>
    <w:p>
      <w:r>
        <w:t>19. While Daniel being there he saw great visions and wrote concerning them for this great consolation that we have today, knowing and setting in order the end of the Gentile kingdom. Notice how perfect, just get it close now. He seen first the image standing in the field when he interpreted the dream of the king. He was a spiritual man. He dreamed dreams, saw visions, interpreted dreams. God was with him and everyone knew that too.</w:t>
        <w:br/>
        <w:t>And when he saw the vision, the head of gold and the breast here of silver and the thighs of brass and the feet of iron. Notice, each kingdom got a little harder. King Nebuchadnezzar's kingdom was the head of gold. He interpreted it, told him just exactly how those kingdoms would succeed each other unto the end.</w:t>
        <w:br/>
        <w:t>Then notice, from gold is the softest, silver is next, then brass is next, then iron is next, harder, harder, colder, farther away. Notice. Then in the midst of all that, Daniel beheld the image until a stone was hewed out of the mountain, that was cut out without hands, that rolled into the image and broke it and made it like wheat on the summer thrashing floor, and the winds drive away and the stone grew into a great mountain that covered all the earth and the sea. That was the coming of the Lord Jesus, which is now at hand.</w:t>
      </w:r>
    </w:p>
    <w:p>
      <w:r>
        <w:t>20. He goes on. When he was down by the river one day, he fell into a trance and saw a vision. Many of those that was with him, they didn't see the vision, for it was given only to Daniel. You see it? Someone can stand right next to you and see things that you can't see to save your life. That's right. Someone said, "I don't believe that, I never seen nothing." Because it wasn't for you to see it. Them that went with Paul, when Paul was struck off of his horse and had to fall onto the dirt and water, as it was, on the dirt, none of them heard that voice or seen that vision. Paul saw it. None of them saw the star that crossed every observatory but the wise men.</w:t>
        <w:br/>
        <w:t>Many things that way God has designated for certain peoples to see and others cannot see. Oh, I love that. When God in His infinite wisdom has predestinated or foreordained for certain things to happen, it could happen to the person sitting right next to you and you'll know nothing about it.</w:t>
        <w:br/>
        <w:t>Look at Dothan: When Elijah was down at Dothan and they was all surrounded there by the aliens that come in, the Syrian army looking for Elijah the prophet. For when they begin to find out every time the Syrians would come over to Israel to make war, why, the Israelites would be laying in ambush for them. And so the King of Syria called them up and said, "Now, wait a minute, who is for us and who is for Israel?" Said, "Somebody in my group is a spy that's going to tell Israel just where we're coming in at, for they're always there waiting for us."</w:t>
        <w:br/>
        <w:t>And one man had a little spirituality about him, he said, "Nay, my father, but it's the prophet Elijah, for he knows in his bedroom what you're going to make your move next." Amen.</w:t>
        <w:br/>
        <w:t>Oh, when atomic powers begin to shake, I'm so happy that the Word of God tells us where to go to: Flee to the Rock, Christ Jesus. Every man in it is safe and secure. Nothing can harm you. No atomic bombs, no cobalts, nothing else can touch the preserved of God. Safe, secured, anchored. What a marvelous hope that we have in Christ Jesus.</w:t>
      </w:r>
    </w:p>
    <w:p>
      <w:r>
        <w:t>21. Notice, there was a man with him, his servant, spiritual boy, walked and poured water on the hands of the prophet, a great position he had. But when he seen the Syrian army all around Dothan and it all backed up, he said, "My father, look out there, what a great number. Why, we're surrounded."</w:t>
        <w:br/>
        <w:t>Now that's the natural. When everything seems to go wrong, pointing a finger at you, saying this and that. And the doctor says you can't get well, and so forth, that's just the natural thing for you to think, "Oh my, this is the end." But Elijah said, "There is more with us than there is with them."</w:t>
        <w:br/>
        <w:t>Now you can imagine how that prophet … or, that Gehazi felt, the servant. He looked over at him and said, "Why, I don't see nobody."</w:t>
        <w:br/>
        <w:t>He said, "God, open this boy's eyes." And as soon as God did something… Here it is, get it. When God opened his spiritual sight, all around the prophet stood chariots of fire and angels of fire. Why, he seen the… Why, the chariots of fire outnumbered that Syrian army by the thousands. The mountains was on fire, angels of fire, horses of fire, chariots of fire. And the Bible said, "The angels of God encamp about those who fear Him."</w:t>
      </w:r>
    </w:p>
    <w:p>
      <w:r>
        <w:t>22. Just the same tonight. I wonder what would happen if a man here tonight had the power to strike across their eyes and say, "Look, standing around this tabernacle tonight…" You'd be a member here the rest of your life. Sure, yes, sir. Sometimes you can't see it with your natural eyes, but you can feel the impulse of it: something near, a sixth sense that denotes something is near. Watch Him this morning opening up the deaf ears, making the polio cripples walk around here like there was nothing wrong with them. What is it? It's the incense … I mean, the sense, the sixth sense, that's conscious, the spirit that something is near. Have faith in God.</w:t>
      </w:r>
    </w:p>
    <w:p>
      <w:r>
        <w:t>23. Now, he didn't see that at first. But Elijah probably didn't see it. But he asked for the boy's eyes to see it; but Elisha was conscious that they were there. Amen.</w:t>
        <w:br/>
        <w:t>Thomas one time said, "Let me put my hands in His side."</w:t>
        <w:br/>
        <w:t>Jesus said, "Now you see and believe; how much greater is their reward who has never yet seen and yet believed." That's us tonight, to whosoever will believe without seeing.</w:t>
        <w:br/>
        <w:t>And notice, then Elijah walked out there to where the circumstance was and he said to them… First, he went out there and the Bible said he smote them blind--blind, and walked right out to them. Everyone had perfect eyesight as far as I know, but the Scripture said they were blind.</w:t>
        <w:br/>
        <w:t>A little fellow a few nights ago said to me, "If you be a man of God, smite me blind." I said, "You're already blind." See, already blind.</w:t>
      </w:r>
    </w:p>
    <w:p>
      <w:r>
        <w:t>24. Notice, and he walked out there to where this great circumstance was, this great thing was, and he said, "Do you look for Elijah?"</w:t>
        <w:br/>
        <w:t>Said, "Yes."</w:t>
        <w:br/>
        <w:t>Said, "Come on, follow me. I'll take you right to him."</w:t>
        <w:br/>
        <w:t>Elijah said it to them. What was they blind about? They were blind to the fact that that was the prophet of God. They were blind to it, and he led them right straight down into ambush again. Said, "Come on. I'll show you Elijah." And it was Elijah taking them down there.</w:t>
        <w:br/>
        <w:t>And when they looked around and found that they was surrounded around, the king said, "My father, must I smite them?"</w:t>
        <w:br/>
        <w:t>He said, "Would you take a prisoner and smite him?" Said, "Give them something to eat and send them back to their country."</w:t>
        <w:br/>
        <w:t>That's the way to settle wars. Isn't that right? Certainly. Oh my! If we would only adopt that principle today: to feed your enemy. Do good to those that do evil to you. Amen. There now, the blindness.</w:t>
      </w:r>
    </w:p>
    <w:p>
      <w:r>
        <w:t>25. Now Elijah … or, I mean, not Elijah now, but Daniel. Daniel foresaw he was a prophet. He saw the coming of the Lord. He saw the end time come. He saw the Gentiles start, and if you notice, the Gentiles started off with an idol worship. They was worshipping a great idol sitting out in the field, a idol of a man, I believe, Daniel himself. 'Cause King Nebuchadnezzar had called him Belteshazzar, which was his god.</w:t>
        <w:br/>
        <w:t>And he started worshipping an image of a righteous, holy man. And Daniel refused to do it. So did the Hebrew children, Shadrach, Meshach and Abednego. That's the way it was issued in, and it was condemned. The head of gold was issued in by image worship, forced to it, and ended up in a supernatural handwriting a supernatural language that only supernatural understanding could understand it. Amen.</w:t>
        <w:br/>
        <w:t>That's the way the Gentile kingdom issued in and it'll go out the same way. That's right, by supernatural works, supernatural interpretation. You know what I'm talking about: the working of the supernatural. Oh, how marvelous! Aren't you happy tonight you believe in the supernatural? Yes.</w:t>
      </w:r>
    </w:p>
    <w:p>
      <w:r>
        <w:t>26. Now, then after these visions He showed him just where the nations would be standing, he showed them how that there were so many years depended yet on the Jews. He said, "The Messiah shall come. He will prophesy in the seventieth week, which is three and a half years, and in the midst of it He will be cut off, which is seven years. Seventy weeks is determined for Thy people." Seven years approximately to the Jews.</w:t>
        <w:br/>
        <w:t>He said, "And Messiah, the Prince shall come and prophesy in the midst of the seven weeks, seven days. Will he be cut off. In the abomination maketh desolations will stand in its place and they'll tread down the walls of Jerusalem, Gentiles, for a time, time and dividing of time."</w:t>
        <w:br/>
        <w:t>Now, when Messiah come—Jesus--He preached exactly three and a half years and was cut off for a sacrifice. The daily oblation was taken away and the desolate, the abomination that maketh desolation in the Mosque of Omar was stood today in the place of the holy temple. The Mosque of Omar stands exactly where the temple stood. And He said that they would tread down the walls of Jerusalem, over Jerusalem, until the Gentile dispensation'd be finished. But at the end of the Gentiles, there would still be three and a half years yet to the Jews.</w:t>
        <w:br/>
        <w:t>Now notice, one of the most striking things of prophetic history. I don't claim to know the prophecy of the Bible, but this is like reading a newspaper; more plain. And what we read here we know is the truth.</w:t>
      </w:r>
    </w:p>
    <w:p>
      <w:r>
        <w:t>27. Notice, two thousand … or, twenty-five hundred years the Jews has been scattered to every nation under heaven. As God hardened Pharaoh's heart, bringing them back, He hardened Hitler's heart, Mussolini's heart, and so forth, till He's drove them back to Palestine. Coming back they have made them a nation again, and on May the 6th, 1947, the Jewish flag was raised over Israel for the first time for twenty-five hundred years. The oldest flag in the world was raised for the first time in twenty-five hundred years. And He said, in the last days He'd raise up a ensign over Jerusalem, showing that the time is at hand.</w:t>
        <w:br/>
        <w:t>And notice, here not long ago I seen a prophetic reel played from over there and they're bringing in those Jews by the thousands, by airplanes. You've seen it in the paper and so forth. Look and Life magazines been packing it. Thousands of Jews returning. And they asked them, said, "What are you returning for?" Old crippled people packing on their backs, their young ones was. Said, "Are you coming back to your homeland to die?" Said, "No, we're coming back to see the Messiah."</w:t>
        <w:br/>
        <w:t>Jesus said, "When you see the fig tree putting forth its buds and all the other trees putting forth their buds, know the time is nigh," … or, spring is nigh, summer. "So when you see these things come to pass, lift up your heads, your redemption's drawing nigh."</w:t>
      </w:r>
    </w:p>
    <w:p>
      <w:r>
        <w:t>28. Tonight as this world is honeycombed by communism… Oh, I was talking to a man awhile ago, one of the best authorities I believe that I know of, and when he spoke things concerning this nation in communism, it would shake you to your knees. Right. How it's honeycombed, there's nothing solid no more, not even in our own country hardly. There's only one solid thing that I know will stand, that's the Rock, Jesus Christ. We receive a kingdom that cannot be moved. And in this day when everything else is falling, we have a solid foundation, the Lord Jesus Christ. Come into it, friends; it's a shelter in a time of storm. What a marvelous thing.</w:t>
      </w:r>
    </w:p>
    <w:p>
      <w:r>
        <w:t>29. He seen all this coming to pass. We see the Jews now. The Bible said that Jerusalem, it would blossom as a rose, and how they have irrigated that land. And they also… The prophet spoke and said, "That day that water will come from the north." There was no water there then, no springs there then, but in the last few years there's a gusher come up as water in the valleys. And they're irrigating is one of the greatest agricultural spots for its size in the world. And all these great chemicals right in the Dead Sea, there's enough chemicals found in the bottom of it that all the wealth of the world couldn't buy. The chemicals, uranium and everything else, right in the bottom of the Dead Sea, which now belongs to Israel.</w:t>
      </w:r>
    </w:p>
    <w:p>
      <w:r>
        <w:t>30. Fig tree putting forth its bud. Not only that, but the other trees are putting forth its buds. The communist is putting forth buds, the antichrist is putting forth buds, and the church of God is putting forth buds. She's blooming out into her power again; the palmerworm eat part of it, the cankerworm eat part of it, the hookworm eat part of it, the caterpillar eat part of it, but God said, "It'll live again." She's putting forth buds now. The trees are putting forth buds. Daniel foresaw it and rejoiced.</w:t>
      </w:r>
    </w:p>
    <w:p>
      <w:r>
        <w:t>31. Now, "At this time," He said. "And at that time," the 12th chapter.</w:t>
        <w:br/>
        <w:t>And at that time shall Michael stand up, the great prince which standeth for the children of thy people: and there shall be a time of trouble, such never was since there was a nation even to that … time: and at that time thy people shall be delivered, every one that shall be found written in the book.</w:t>
        <w:br/>
        <w:t>Oh my! Aren't you glad your name is on His book? When He's… Daniel over here saw Him come to the Ancient of days, whose hair was as white as wool. And He opened up the books and they were judged, every man out of the books. The great white throne judgment.</w:t>
      </w:r>
    </w:p>
    <w:p>
      <w:r>
        <w:t>32. Now, Daniel is given this assurance that at the end of the Gentile dispensation… Read, when you go home, tomorrow read the 11th chapter. You can see how the king of the north is coming down--which is nothing else but Russia--coming down to press against it, like a whirlwind. And the great battle of Armageddon will be fought right there near the gates of Jerusalem.</w:t>
        <w:br/>
        <w:t>Notice, oh, I love this. "And at that time thy people shall be delivered," every one that's been found written in the book, the Lamb's book of life. "Michael, the great prince, shall stand up." For what? For thy people. All right. "And many of them that sleep in the dust of the earth shall awake." When? When these times take place. "And some to everlasting life, and some to shame and everlasting contemptment."</w:t>
      </w:r>
    </w:p>
    <w:p>
      <w:r>
        <w:t>33. Just as sure as there's an everlasting life, there's an everlasting departure. It determines on how you treat Jesus Christ in your life. If you love Him, and born again and got His Spirit, you've got everlasting life. If you don't, you have not everlasting life. If your name is written on the Lamb's book of life, you have immortal life. If it's not written there, you'll not be recognized. What is it? All those prophesies are fulfilled, everything right down to this time.</w:t>
      </w:r>
    </w:p>
    <w:p>
      <w:r>
        <w:t>34. The head of gold was passed away, as Daniel said it would--the Babylonian kingdom. Succeeding that, He said would be the Medes and Persians. They succeeded the Babylonian kingdom and they fell away to who? The Grecians, Alexander the Great. And they fell away, to what? The Romans. And the Romans broke up to all the world, the Eastern and Western Rome, the two legs. And he said iron and clay was on the toes, the ten toes, the ten kingdoms. And he said they wouldn't mix, and they'd intermarry among one another, Romanism and Protestantism.</w:t>
        <w:br/>
        <w:t>And in that day when this thing exists, then the stone was hewed out of the mountain without hands and rolled in and broke the thing to pieces. And it took the place of the image.</w:t>
      </w:r>
    </w:p>
    <w:p>
      <w:r>
        <w:t>35. So, my brethren, we're having troubles tonight, wars, rumors of wars, earthquakes in divers places, perplexed of time, distress between nations. I've just come back from overseas and I haven't seen a nation but what's trembling in their shoes. They don't know what's going to take place next.</w:t>
        <w:br/>
        <w:t>But aren't we thankful tonight that we do know what's going to take place next? The Lord Jesus Christ shall come the second time in glory and majesty, and everyone that ever was found written in the Lamb's book of life shall rise with their loved ones to meet the Lord in the air. Oh, what a marvelous thing. That's the reason we say, "Our hope is built on nothing less than Jesus' blood with righteousness. All around my soul gives way, He's all our hope and stay."</w:t>
      </w:r>
    </w:p>
    <w:p>
      <w:r>
        <w:t>36. "And at that time Michael shall stand, the great prince." Michael was Christ, of course, who fought the angelic wars in heaven with the devil. Satan and Michael fought together … or, fought against each other, rather. And now, "And at that time," He said, "as many was found written in the book was delivered, and those who had done righteous…" Watch at this. "And they that … and they that be wise shall shine as the brightness of the firmament; and they that turn away many to righteousness as the stars forever."</w:t>
      </w:r>
    </w:p>
    <w:p>
      <w:r>
        <w:t>37. I look at that sometime, I think… Brethren, I go out of a morning; I love to get up early. Don't you like to rise early?</w:t>
        <w:br/>
        <w:t>I remember when brethren and I were in the mountains. Real early in the morning, around four o'clock, we'd rise up, look, hanging back there, and there was the morning star.</w:t>
        <w:br/>
        <w:t>It gets real dark just before the break of day. We see the darkness gathering now. What is it? It's light pressing against the darkness. One has to give away. All the creeping things that's been running through the night, when that sun comes up, they take to shelter, when the light shines.</w:t>
        <w:br/>
        <w:t>Night and dark … night and light cannot exist in the same building. It's either dark or it's light. And light is so much more powerful than darkness. So is Christ so much more powerful than all the evil in the world.</w:t>
        <w:br/>
        <w:t>Now, we're taught by scientists, as the light begins to come, it condenses the darkness and the darkness gathers all of its host together to fight against the light. But the light prevails and comes on.</w:t>
      </w:r>
    </w:p>
    <w:p>
      <w:r>
        <w:t>38. And the Bible said in the last days that Satan would go about like a roaring lion. He's gathering together all of his enemies, all of his friends, our enemies, and congregating them together, heaping up under a big head, the mark of the beast.</w:t>
        <w:br/>
        <w:t>In the ecclesiastical realms, the confederation of churches, all uniting and making themselves a great organization, the same as Catholicism. And the world empires are uniting themselves together and forming up a big head over there in the political realms called communism, and the life of God is pressing on.</w:t>
      </w:r>
    </w:p>
    <w:p>
      <w:r>
        <w:t>39. What's happening this same time to make it? The Christian church, the church of the living God is being anointed. Power is coming to her. She's receiving the Holy Spirit. Last year in the Full Gospel realms was a million five hundred thousand conversions. The greatest that's swept the land for years after years. We're not in a alley no more, we're up on a Hallelujah Boulevard. We're not in the shell no more. One million five hundred thousand conversions in the Full Gospel ranks last year, succeeded Catholicism and everything else.</w:t>
        <w:br/>
        <w:t>Oh my! What is it? Light is gathering. Great healing services has combed the globe. Hallelujah! Way down in Formosa, healing campaigns are going on. Way down in Japan, healing campaigns are going on. Up in the frozen regions of the north, healing campaigns are going on. Around the world, healing campaigns. Hallelujah! Men are receiving the Holy Ghost of every [unclear word]. We're at the end time.</w:t>
      </w:r>
    </w:p>
    <w:p>
      <w:r>
        <w:t>40. What's it doing? And the devil says, "Now is my time." He's congregating his forces. Confederation of churches, trying to stop it. Say, "They're nothing but a bunch of noise boxes. There's nothing to them. It's all fanaticism. There's no such a thing as working in the supernatural." And at the same time the head of American Medical Association writes a piece in the paper and said, "No man's got a right to come into a sick room to minister to the people that don't believe in Almighty God and accept Him as His helper." The Christian Herald, interviewing doctors last month, gave write-ups that I couldn't write myself if I was trying to brag on it.</w:t>
        <w:br/>
        <w:t>What is it? In the midst of everything, God will cause His enemies to testify to His glory. Yes, sir. The doctor said, "We can only administer aids, but God is the healer." I said, "Them great men is just finding out what we bunch of nitwits knowed all the time." That's right. Some of these glorious days you'll find out that this bunch of power that changes harlots to ladies and drunkards to gentlemen, that Presence is the very power that'll lift them out of this earth and take them home in the rapture to glory. It may be too late. It may be too late for many.</w:t>
      </w:r>
    </w:p>
    <w:p>
      <w:r>
        <w:t>41. "At that day Michael shall stand," for the people. He isn't standing for the nations; he's standing for the people. "And many of those that sleep in the dust of the earth, some shall rise to everlasting shame and contemptment. But those that be wise and turn many to righteousness, shall shine as the stars forever and ever." Hallelujah! A tent or a cottage, why should I care? They're building a palace for me over there. Come over to see me some day.</w:t>
      </w:r>
    </w:p>
    <w:p>
      <w:r>
        <w:t>42. What is it? I've walked out and looked at that great morning star as she begins to move yonder. What does the morning star say? The morning star is only reflecting the supreme light of the sun coming. Is that right? The morning star, the reason it's so bright, you know why it is? The sun's so much closer to it. It's pressing on, and the morning star hails the coming of the sun. All right, you morning stars, it's time to go to hailing His coming. Shine, morning stars, rise early. It says the Son will soon be here.</w:t>
        <w:br/>
        <w:t>When we look and see that morning star just a glistening in the skies, it means that the sun will shine pretty soon. And when we see the morning stars of God rising and shining to the glory of a resurrection of Jesus Christ, shows that that Supreme One is pressing on. The lights are gathering, but the morning star hollers, "Hold on, it isn't long till daylight. Hold on, it's not long till daylight. Just keep holding on."</w:t>
        <w:br/>
        <w:t>As Sister Murphy and them used to sing, "Just keep holding on, daylight's soon coming." Hold on till day. The morning stars are shining to the world now, lighting up the world just before the great darkness and the great thunderbolt from heaven--the coming of the Lord.</w:t>
      </w:r>
    </w:p>
    <w:p>
      <w:r>
        <w:t>43. Listen close now. Now, He said… I've looked at the morning star and I thought, Oh, morning star. I looked down one day standing up there, Brother Woods and I. He'd just got the fire started and we was going to get breakfast. And I turned and looked at the morning star, walked out there in them cedar bushes, and the winds whispering through the pines. I stood there, felt good breathing that good fresh morning air; it kind of frosty, plenty frosty. Go down to the creek, get a bucket of water, it'd freeze before you get up.</w:t>
        <w:br/>
        <w:t>Standing up there, raising up my hands out there in those pines. I looked at the morning star, I thought, Oh, looky here. What forty-five years has done for me. I said, "Oh, looky here, getting wrinkled, my hands getting wrinkled, hair slipping out, teeth going. Oh, what forty-five years has done for me." But I said, "Looky yonder, that morning star is just as pretty and bright as it was the day that God blowed it off His hands and said, 'Let it shine.'"</w:t>
      </w:r>
    </w:p>
    <w:p>
      <w:r>
        <w:t>44. Then I thought of this Scripture. I said, "But God promised if we'd be wise and turn many to righteousness, we would outshine the stars forever." I thought, Morning star, you're shining now, but wait till we get there. Hallelujah! Outshine the stars forever.</w:t>
        <w:br/>
        <w:t>And I could hear that wind coming down the hill just about the break of day, whistling through those pines, saying:</w:t>
        <w:br/>
        <w:t>There's a land beyond the river,</w:t>
        <w:br/>
        <w:t>That we call the sweet forever,</w:t>
        <w:br/>
        <w:t>And we only reach that shore by</w:t>
        <w:br/>
        <w:t>faith's decree;</w:t>
        <w:br/>
        <w:t>One by one we gain the portal,</w:t>
        <w:br/>
        <w:t>There to dwell with the immortal,</w:t>
        <w:br/>
        <w:t>When they ring those golden bells for</w:t>
        <w:br/>
        <w:t>you and me.</w:t>
        <w:br/>
        <w:t>What a great thing. "They that be wise shall turn many to righteousness, and they shall outshine the stars forever and forever."</w:t>
      </w:r>
    </w:p>
    <w:p>
      <w:r>
        <w:t>45. So what difference does it make anyhow? What's this little old span here for? This little old dust of the earth, spineless worm, little old mortal body that's got to corrupt and go back to the dust and the skin worms will eat it up. Oh my! Let me rise with all that's in me and shine for the glory of God. Lay aside every weight that the Holy Spirit can transmit His powers and glory through the preaching of the Gospel and the healing of the sick to vindicate Jesus Christ raised from the dead. Oh my, forever and forever.</w:t>
        <w:br/>
        <w:t>But thou, Daniel, shut up the words, and seal the book, even to the time of the end: for many shall run to and fro, and knowledge shall … increase.</w:t>
        <w:br/>
        <w:t>Then I Daniel, beheld and looked, and behold, there stood other two, the one on this side of the bank of the river, and one on the other side of the bank of the river.</w:t>
        <w:br/>
        <w:t>And the one said to the man clothed in linen, [Holy Spirit] which was upon the waters … [Peoples and multitudes, Holy Ghost upon the people.]</w:t>
        <w:br/>
        <w:t>Oh, hallelujah! The Holy Ghost! Revelations 15:16 says that the thickness and multitudes, the water means "thickness and multitudes of people." And here's one in white linen, waving himself up and down upon the waters with his hand up to heaven, swearing by Him that lives forever and ever, when these things happen, time shall be no more. Hallelujah! Time shall be no more. Swore, that when we see these nations breaking and things taking place like that, the mystery of God is already accomplished.</w:t>
      </w:r>
    </w:p>
    <w:p>
      <w:r>
        <w:t>46. What is it--the mystery of God? God in you, the hope of glory shining forth, the baptism of the Holy Spirit. Then he said, "When these things take place, time shall be no more." "They that know their God…" said Daniel. "In the last days many shall run to and fro, knowledge shall increase. But they that know their God shall do exploits in the last days." They shall do exploits.</w:t>
        <w:br/>
        <w:t>Oh, exploits of faith is breaking around the world tonight over and over. All over the nations, great campaigns, the blind are seeing, the deaf are hearing, the lame's a walking. People of all walks of life are coming in; they're receiving the Holy Spirit. Not only the poor and pauper, but the millionaire and everything else. God is taking and putting His robe upon each one and giving them an invitation to the wedding supper.</w:t>
        <w:br/>
        <w:t>And the great High Priest, Melchisedec, will come some day; and we'll eat the communion anew with Him in the kingdom of God one of these great, glorious days. Oh, I'm so happy tonight to be invited. Yes, sir. Some great day, some marvelous day, time shall be no more.</w:t>
      </w:r>
    </w:p>
    <w:p>
      <w:r>
        <w:t>47. See, we come out of eternity. We was before there was a world. Did you know that? God made man in His own image. "Where was you," He said to Job, when Job thought he had some wisdom. Said, "Where was you when I laid the foundation of the world … before I laid it? When the sons of God sang together and the morning star shouted for joy." The morning star shouted for joy.</w:t>
        <w:br/>
        <w:t>Them shining ones shouted for joy, when they seen that some day with a tabernacle here on earth and the King Melchisedec would come in the righteousness of God and give His life to redeem us to God back again, and outshine the stars forever and ever.</w:t>
        <w:br/>
        <w:t>"Where was you when I laid the foundation of the world? Declare where you're hooked at. Tell me what they stand upon." Said, "Gird up yourself, I want to talk to you like a man." And Job fell on his face like a dead man. He couldn't stand it. God was there. There you are. "Where was you when I laid the foundations of the world?"</w:t>
      </w:r>
    </w:p>
    <w:p>
      <w:r>
        <w:t>48. This glorious Gospel had been prophesied by the Old Testament prophets, it's come down through the ages, it's here tonight, it's vindicated by God, she's swept the world. They've tried to put it out, but try to put out a fire on a windy day in a dry timber-wood forest. Why, you can't do it. More you fight it, more winds you give it, more winds you give it, harder the burn. That's the only thing.</w:t>
        <w:br/>
        <w:t>We used to have a little fire out in the mountains. When we used to try to make a fire burn early in the morning, I'd get out there and throw some sticks on it, it'd go to smoking. I know as sure as there's a little smoke, there's fire there somewhere. The only thing I'd have to do, take my hat and go to fanning it, and it finally caught up.</w:t>
        <w:br/>
        <w:t>That's what the church needs today, is another fanning of the mighty rushing wind like fell on the day of Pentecost, to fan it back in the faith again, to receive the Lord Jesus Christ at His coming in glory.</w:t>
      </w:r>
    </w:p>
    <w:p>
      <w:r>
        <w:t>49. Look at the signs, wonders, mysterious things happening, earthquakes in divers places, tidal waves breaking the bank, just like Jesus said would do. Men's heart failing, fear, fear. Oh, who's going to throw the first cobalt bomb? What will take place? In a few hours the whole world will be annihilated.</w:t>
        <w:br/>
        <w:t>Why, we'll be in the presence of God before it no more than drops out of the plane. That's right. What will it be? There'll be nothing. But we'll drop this old robe of flesh, we will drop and rise and seize the everlasting prize and shout while passing through the air, "Farewell, farewell, sweet hour of prayer."</w:t>
        <w:br/>
        <w:t>It'll all be over and we'll go home, lay this old body down and exchange it for a crown and a robe yonder that'll fade not away. Turn back from an old man, an old woman to a young person to live forever and ever, and outshine in immortality to walk up and down the streets of glory in the presence of the Lord Jesus Christ. Sing, "Glory to God in the highest. He has did great things in our midst."</w:t>
      </w:r>
    </w:p>
    <w:p>
      <w:r>
        <w:t>50. While we're in the journey today with God's power vindicating everything on every hand, let's look around and see where we're at. Look at the fig tree putting forth buds, look at the other trees putting forth buds, look at the nations putting forth buds, look at a Holy Ghost church putting forth buds, look at Pentecost repeating, coming back, same signs and wonders. Hallelujah! Shall we pray.</w:t>
      </w:r>
    </w:p>
    <w:p>
      <w:r>
        <w:t>51. Heavenly Father, we thank Thee tonight for the power of the resurrection of Jesus Christ, for His great supreme being, for His anointing of the Holy Ghost. We thank Thee because that He's here now, living, ever living, making intercessions upon our confession.</w:t>
        <w:br/>
        <w:t>We thank Thee for His healing power that's snatched us as firebrands, Lord. Brought us from the grave, has raised us up, and renewed our strength, and given us power that we might go forth and shine here in this darkness. We thank Thee for this, Father</w:t>
      </w:r>
    </w:p>
    <w:p>
      <w:r>
        <w:t>52. .</w:t>
        <w:br/>
        <w:t>We pray that You'll bless everyone that's unsaved. Bless all the saved. Grant it, Father. Heal all the sick. Get glory. Bless this little tabernacle. Bless the people. Bless Brother Neville, the pastor. Bless all the deacons, the trustees. Grant it, Lord. Lay Your healing hands upon them.</w:t>
        <w:br/>
        <w:t>And if the devil comes in and causes little differences, heal it, Lord, right quick with the balm of Gilead. Grant it, Lord. Pour out the anointing oil upon them, make them humble in heart, sweet in soul. May they walk in the footsteps of the Lord Jesus. If physical things happen to them and they become sick, may the Angel of God stand near to apply the blood of Jesus. Grant it. Heal all the sickness.</w:t>
      </w:r>
    </w:p>
    <w:p>
      <w:r>
        <w:t>53. Help me Lord, as I break out yonder into the fields, seeing those great needs, what I need in the day. Millions a dying, a hundred and forty four thousand heathens died today without knowing Christ. Help me, dear God. Bless us all together. And someday rise us from this earth yonder Lord, to sit with You in Your throne in the heavenly places up yonder in Christ Jesus. Grant it, Father. Until that time, may health and strength be ours. For we ask it in Jesus' name. Amen.</w:t>
        <w:br/>
        <w:t>Oh, I want to see Him, I want to look upon His face,</w:t>
        <w:br/>
        <w:t>There to sing forever of His saving grace;</w:t>
        <w:br/>
        <w:t>On the streets of Glory let me lift my voice;</w:t>
        <w:br/>
        <w:t>Cares all past, home at last, ever to rejoice.</w:t>
        <w:br/>
        <w:t>As I travel through this land, singing as I go,</w:t>
        <w:br/>
        <w:t>Pointing souls to Calvary, to the crimson flow,</w:t>
        <w:br/>
        <w:t>Many arrows pierce my soul from without, within;</w:t>
        <w:br/>
        <w:t>But my Lord leads me on, through Him I must win.</w:t>
        <w:br/>
        <w:t>Oh, I want to see Him, look upon His face,</w:t>
        <w:br/>
        <w:t>There to sing forever of His saving grace;</w:t>
        <w:br/>
        <w:t>On the streets of Glory let me lift my voice;</w:t>
        <w:br/>
        <w:t>Cares all past, home at last, ever to rejoice.</w:t>
      </w:r>
    </w:p>
    <w:p>
      <w:r>
        <w:t>54. Now, listen just a moment. How many Methodists is here? Raise up your hands. Methodists? How many Baptists is here? Raise up your hands. How many Presbyterians is here? Raise up your hands. How many Nazarenes? Raise up your hands. How many Pentecostals? Raise up your hands. How many Lutherans? Raise up your hands. Well, we're all here. Look, a great big group mixed up, all sitting in one place, in heavenly places, rejoicing in the blessing.</w:t>
        <w:br/>
        <w:t>Now, I want the Methodists to shake hands with the Baptists, the Baptist with the Lutheran. Turn right around and shake one another's hands and turn back this away now as we sing it.</w:t>
        <w:br/>
        <w:t>Pointing souls to Calvary, to the crimson flow,</w:t>
        <w:br/>
        <w:t>Many arrows pierce my soul from without, within;</w:t>
        <w:br/>
        <w:t>But my Lord leads me on, through Him I must win.</w:t>
        <w:br/>
        <w:t>Oh, I want to see Him, look upon His face,</w:t>
        <w:br/>
        <w:t>There to sing forever of His saving grace;</w:t>
        <w:br/>
        <w:t>On the streets of Glory let me lift my voice;</w:t>
        <w:br/>
        <w:t>Cares all past, home at last, ever to rejoice.</w:t>
      </w:r>
    </w:p>
    <w:p>
      <w:r>
        <w:t>55. Don't that make you feel good? Don't it make you feel like you're all… How many Christians is here? Raise your hands. Everybody believes on the Lord Jesus Christ, raise up your hands. Oh my! What a wonderful thing.</w:t>
        <w:br/>
        <w:t>Now as we separate, as we go to our different homes, let's go with prayer. Now, let's sing our good old dismissing song. How many knows it? "Take The Name Of Jesus With You." Everybody together now, let's sing.</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Listen.</w:t>
        <w:br/>
        <w:t>At the name of Jesus bowing,</w:t>
        <w:br/>
        <w:t>Falling prostrate at His feet,</w:t>
        <w:br/>
        <w:t>King of kings in heaven we'll crown Him,</w:t>
        <w:br/>
        <w:t>When our journey is complete.</w:t>
        <w:br/>
        <w:t>Precious name, O how sweet!</w:t>
        <w:br/>
        <w:t>Hope of earth and joy of heaven;</w:t>
        <w:br/>
        <w:t>Precious name, O how sweet!</w:t>
        <w:br/>
        <w:t>Hope of earth and joy of heaven.</w:t>
        <w:br/>
        <w:t>Here's what I want you to do.</w:t>
        <w:br/>
        <w:t>Take the name of Jesus with you,</w:t>
        <w:br/>
        <w:t>As a shield from every snare;</w:t>
        <w:br/>
        <w:t>When temptations round you gather,</w:t>
        <w:br/>
        <w:t>Breathe that holy name in prayer.</w:t>
        <w:br/>
        <w:t>Precious name, O how sweet!</w:t>
        <w:br/>
        <w:t>Hope of earth and joy of heaven;</w:t>
        <w:br/>
        <w:t>Precious name, O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