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Led By The Spirit</w:t>
      </w:r>
    </w:p>
    <w:p>
      <w:r>
        <w:t>Date: July 15, 1950</w:t>
      </w:r>
    </w:p>
    <w:p>
      <w:r>
        <w:t>Location: Minneapolis, Minnesota, USA</w:t>
      </w:r>
    </w:p>
    <w:p/>
    <w:p>
      <w:r>
        <w:t>1. Thank you, Brother Lindsay. Good evening, audience. Sorry of the difficult of the speaking. Can you hear me? All right, that's fine. God will surely take care of it for us. We try to do what is right. Tomorrow af--afternoon at 2 o'clock Brother Lindsay told me it, to be in for services tomorrow afternoon at two. That will not interfere with any one's service then. Every one will… your church service… be able to be out and have a service. So remember that. And then some… Again tomorrow night is regular preaching service, or regular healing service, rather. Tomorrow afternoon's preaching service. And try to come out if you possibly can. We sure be glad to have you.</w:t>
      </w:r>
    </w:p>
    <w:p>
      <w:r>
        <w:t>2. How many here's Christians, let's see your hands. Oh, isn't that wonderful. About ninety-nine percent of the people are Christians. I'm glad of that, to know that the biggest part of the audience is already saved and found Jesus dear to their heart.</w:t>
      </w:r>
    </w:p>
    <w:p>
      <w:r>
        <w:t>3. Now, I want to read just a little bit of the Word first. My word will fail, but God's Word will never fail. Over in the book of Matthew, the 9th chapter, beginning with the 27th verse, you who mark them… And if the Lord willing, tomorrow afternoon I wanted to speak on the subject… I never know, but if He's willing, "Come And See A Man Who Told Me All Things." All right. In the 27th verse of the 9th chapter of the Gospel according to Matthew, we read this:</w:t>
        <w:br/>
        <w:t>And when Jesus had departed thence, two blind men followed him, crying, saying, Thou Son of David, have mercy on us.</w:t>
        <w:br/>
        <w:t>And when he was come into the house, the blind men came to him: and Jesus said unto them, Believe ye that I'm able to do this? They said unto him, Yea, Lord.</w:t>
        <w:br/>
        <w:t>Then touched he their eyes, saying, According to your faith be it unto you.</w:t>
        <w:br/>
        <w:t>And their eyes were opened; and Jesus strictly charged them, saying, See that no man knoweth it.</w:t>
        <w:br/>
        <w:t>But they, when they were departed, spread abroad his fame in all that country.</w:t>
        <w:br/>
        <w:t>And they went out, and behold, they brought unto him a dumb man possessed with a devil.</w:t>
        <w:br/>
        <w:t>And when the devil was cast out, the dumb spake… (You notice what it was that had the dumb man bound? A devil. I'm quite sure that, modern science wouldn't agree with that, but as Christians we believe what the Bible says.)… And the dumb… (Let's see just a moment.) And… (Pardon me, the 33rd verse again;) And when the devil was cast out, the dumb spake: and the multitude marvelled, saying, It was never so seen in Israel.</w:t>
        <w:br/>
        <w:t>But the Pharisees said, He cast out devils through the prince of the devils.</w:t>
        <w:br/>
        <w:t>And Jesus went about all the cities and villages, teaching in their synagogues, preaching the gospel of the kingdom, and healing every disease… every sickness and every disease among the people.</w:t>
        <w:br/>
        <w:t>Hebrews says that He's the same yesterday, today, and forever. He never changes; He's God.</w:t>
      </w:r>
    </w:p>
    <w:p>
      <w:r>
        <w:t>4. And now, one of the most wonderful things of God and the Christian, the connection of the fellowship between God and Christians, is that they that are sons of God are led by the Spirit of God.</w:t>
        <w:br/>
        <w:t>(Can you hear me all right now in the back? Is it all right? If you can, raise your hands, if you can hear back there all right. That's fine. And I'm trying to stand just as close as possible to this microphone. It may, give a roar, I do not know.)</w:t>
        <w:br/>
        <w:t>But the greatest thing I've found in Christian life is letting the Holy Spirit lead you and guide you. And His work is marvelous. How many in here's ever been led by the Spirit, let's see your hands. Oh, my, that's wonderful. Led by the Spirit of God…</w:t>
        <w:br/>
        <w:t>There's no one would lead you to the altar but the Spirit of God. There's no one would bring you here tonight 'less it was the Spirit of God. Is that right? He moves in mysterious ways, His wonders to perform.</w:t>
      </w:r>
    </w:p>
    <w:p>
      <w:r>
        <w:t>5. Many times in the leading… [Blank.spot.on.tape.] Since I was a little boy…</w:t>
        <w:br/>
        <w:t>Sunday a week, if we get to stay that long, I wish to tell my life story, Sunday a week, the afternoon service, to let you know just what tears and blood has been along the road. Someone might think it's all roses, but that isn't so, friend.</w:t>
        <w:br/>
        <w:t>Now, many times, the only--the only time that I can ever be able to say anything to people about their diseases and so forth, is when being definitely led by the Spirit. I have to let Him do it. If I would say something within myself, it would certainly be a mistake. Many times it confuses me when there's so many. The best way when I have the patient to myself, individually talking to them, to contact them personally… But when it's… Sometimes when it's in a mixed audience like this, it's kind of hard to--to feel just what it is, and to know what it is. But you have to be very sensitive to spirits.</w:t>
      </w:r>
    </w:p>
    <w:p>
      <w:r>
        <w:t>6. Now, we realize, and everyone knows there is spirits. Then if there's spirits, there's bound to be a Master of that spirit, because It changes the nature of sinners into Christians. And there's bound to be a Master or Head there somewhere, and that's God. And He sent His Son on earth, made in likeness of sinful flesh, and He died that we might be redeemed and brought back to God to be sons and daughters of God, to walk with Him again. That missing link from the garden of Eden, what Adam lost, Christ restored again.</w:t>
      </w:r>
    </w:p>
    <w:p>
      <w:r>
        <w:t>7. Many times… Wished we had time to bank up there for a little while to speak, but just have about eight minutes, or ten. I would just like to give you a few experiences just to open my heart to you, talk to you. There's many times, Christian friends…</w:t>
        <w:br/>
        <w:t>I guess it won't be much longer we'll probably be able to have a few more healing services. Now, I'm afraid that services are going to be closed, services like this. We got trouble ahead and you know it. So we want to put in everything that we can.</w:t>
        <w:br/>
        <w:t>And probably when we leave here, I may never see many of you again the rest of my life. We may never meet no more. So let's be sincere with each other and sincere with God, and He will deal with us while we have this golden opportunity.</w:t>
        <w:br/>
        <w:t>I'd like to set down, talk with each of you a day. But I couldn't do that. I couldn't spend my time in prayer seeking for God. But I will make an appointment with you. After we cross the river, I--I will spend all the time you want to. We'll just sit down and--by the evergreen tree, by the Sea of Life, and there talk with each other a thousand years. Won't it be wonderful? At that time, like to shake your hand, say, "You remember down in Minneapolis, those times when we tried to be together? Just look how it is now."</w:t>
        <w:br/>
        <w:t>You want to know when I get home, why, I'm going to try to sing "Amazing Grace" when I cross the stream. I can't sing, but I've always wanted to sing that song. I believe God will let me do it, when I get over there. You happen to go over before I do and you hear somebody come out on the porch some morning, hear somebody singing "Amazing Grace," you say, "Brother Branham got home." That's me. I love the old song, for it's amazing grace that saved me, brought me thus far.</w:t>
      </w:r>
    </w:p>
    <w:p>
      <w:r>
        <w:t>8. Many times things happen along in the leading of the Spirit that I don't even mention, don't say nothing about it. Visions are constantly seen. And I tried to explain to you how that's done. It's these individuals… these… th--the way they're moving, what they've done in their life. And it just comes just as real as I'm looking at you.</w:t>
        <w:br/>
        <w:t>I don't believe any of you could doubt that after seeing it work in the meeting; which has never got to it's place yet, for the meeting has been--had lots of trouble speaking in a tent. We're new to each other, and it's new here.</w:t>
        <w:br/>
        <w:t>But I'm very thankful that you're receiving it wonderfully. I can always feel each night… look like there's more of the momentum of faith arising all the time. I believe that before the meeting closes, if God permits, there's going to be a great sweep like you've never seen before. See how close that is to being right now.</w:t>
      </w:r>
    </w:p>
    <w:p>
      <w:r>
        <w:t>9. Notice, sometimes He shows me things and I never speak it. Now, right now, since I've been standing here, I seen four or five things that's already gone on since I've been speaking here at this microphone. But I do not speak it till I see that something has happened.</w:t>
        <w:br/>
        <w:t>My manager and them, many times… Now, I know this seems a little strange, and kind of hard maybe, for ministers and so forth, to just grasp it right now, unless they're very spiritual minded. But I can only be honest, and…</w:t>
      </w:r>
    </w:p>
    <w:p>
      <w:r>
        <w:t>10. Here not long ago, when we met in England (just for a couple experiences), I was in my room one day and I went in told my manager; I said… I was setting in the room and I seen a vision of Satan coming to us… [Blank.spot.on.tape.]</w:t>
        <w:br/>
        <w:t>Told them just about how long it would be, somewhere within about twenty-four hours, and there it happened.</w:t>
      </w:r>
    </w:p>
    <w:p>
      <w:r>
        <w:t>11. One morning, I remember getting up, going down into the city about five o'clock. He woke me up; He said, "Get on your clothes." And I went down into the city, I walked about three miles. I believe that was in Ornskoldsvik, Orebro it was, Norway, or Sweden.</w:t>
        <w:br/>
        <w:t>And I went under a tree by a river, and I prayed till nine o'clock, from five until nine. Then about nine o'clock, He wouldn't let me go. I knowed they'd be wondering where I was at when they got to the room and I wasn't there. So I was praying; I heard His voice say, "Rise up now." I rose up.</w:t>
      </w:r>
    </w:p>
    <w:p>
      <w:r>
        <w:t>12. Now, it's just not just imagination friends. My--His voice is just as audible as mine is to you. Just--not--when He stands there, it's not just what you just imagine. I hear Him when He's walking, look at Him, talk to Him like you talk to me or I talk to you. It's a Being, not just a imagination. And I can hear Him when He sets His feet down, walks. When He talks, He just talks like I do. Oh, He's got a--a voice that's very humble in one way, and then very stern in another. His characters, no man could paint that. Just like if He'd speak, it'd turn the world upside down. Yet He's so meek when you look at Him, you'd almost cry.</w:t>
      </w:r>
    </w:p>
    <w:p>
      <w:r>
        <w:t>13. And He said, "Get up."</w:t>
        <w:br/>
        <w:t>And I got up, and started walking. And I walked about a mile and… I'm--was going by a store that I seen the day before. I didn't know what to do, only walk; He said, "Walk." I thought, I will just go around this corner. And I got to the corner; He said, "Turn to your right." I went to the right two squares, and then said, "Turn to your left."</w:t>
      </w:r>
    </w:p>
    <w:p>
      <w:r>
        <w:t>14. And just in a split second, I seen my interpreter from the night before. And I knew something's going to happen, 'cause He just kept getting, closer and closer. I knew what was going to happen; it's going to be right away. He come up to me and shook my hand. And there he said, "Brother Branham, it's something strange."</w:t>
        <w:br/>
        <w:t>I said, "Just a moment," and I begin to tell him.</w:t>
        <w:br/>
        <w:t>And he looked at me. And when he did, I seen us in a vision standing there when he was translating the night before. I said, "You just come from the hospital, haven't you?"</w:t>
        <w:br/>
        <w:t>He said, "Yes, sir."</w:t>
        <w:br/>
        <w:t>I said, "You had one of your kidneys removed."</w:t>
        <w:br/>
        <w:t>He said, "That's right."</w:t>
        <w:br/>
        <w:t>I just met him the day before. Only thing from the platform that night. I said, "About three or four years ago you were supposed to do something, and you did not do it. Isn't that true?"</w:t>
        <w:br/>
        <w:t>He said, "That's right."</w:t>
        <w:br/>
        <w:t>I said, "Then you had an operation. And since your operation it's went over into the other kidney. That right?"</w:t>
        <w:br/>
        <w:t>He said, "That's right."</w:t>
        <w:br/>
        <w:t>I said, "Last night when I was praying in a congregational prayer, didn't you take your hand and take hold of my coat like that, real easy?"</w:t>
        <w:br/>
        <w:t>He just started crying. His tear--hands up in the air, said, "That's right, Brother Branham. And I asked God last night, if that was so that He would confirm it. And about a half-hour ago He told me get up and go down on the street."</w:t>
        <w:br/>
        <w:t>And in just one second's time and I would've missed him. There it was confirmed of his healing. How God works in mysterious ways.</w:t>
      </w:r>
    </w:p>
    <w:p>
      <w:r>
        <w:t>15. I went up and met Brother Moore, Brother Lindsay, and them. We went downtown. He's going to walk me around just a little, for the Spirit was still anointing. I just keep walking lots of times that way, 'cause I can't be still then. Went downtown. We was standing, looking in the window, and I said, "Brother Moore."</w:t>
        <w:br/>
        <w:t>Said, "Yeah."</w:t>
        <w:br/>
        <w:t>I said, "Now, on the road back, there'll be a man with a dark suit on and a light hat, step out of a building ask me to go pray for his wife, only I can't do it."</w:t>
        <w:br/>
        <w:t>He said, "When will that happen?"</w:t>
        <w:br/>
        <w:t>I said, "On a--sometime this morning," I said, "because when the vision came it's the same morning."</w:t>
        <w:br/>
        <w:t>And we'd been gone about a half-hour after that, we turned around a corner, stepping out of a store came a man with a black suit on a--a gray hat. Took his hat on, said, "Brother Branham, I'm so glad to meet you." Said, "I've got my wife upstairs here."</w:t>
        <w:br/>
        <w:t>Jack… Brother Moore said, "What about that?"</w:t>
        <w:br/>
        <w:t>We went on in.</w:t>
      </w:r>
    </w:p>
    <w:p>
      <w:r>
        <w:t>16. Brother Baxter, the next manager. That afternoon we were walking, went downtown, standing there on the street. I said, "I see two women dressed in dark that's coming out of a store, will stop us pretty shortly, Brother Baxter."</w:t>
        <w:br/>
        <w:t>And we'd gone just about two squares, and I was looking in a man's store at some ties. And just then coming out of this same store, came two ladies dressed in black and run up to us and begin to holding their hands. They couldn't talk English, but wanted a--a discernment of spirit of what was wrong with them on their hand.</w:t>
        <w:br/>
        <w:t>Brother Baxter said…</w:t>
        <w:br/>
        <w:t>I--well now, those things happen all the time. But I--I don't mention them, friends, unless it's something that will profit or benefit--something like that.</w:t>
      </w:r>
    </w:p>
    <w:p>
      <w:r>
        <w:t>17. Now, many times that Christians praying… There was a lady set here last night, had a little baby. Now, many of you here probably was here last night when the lady I was hunting for with the little baby, you remember that? Now, she'd been in prayer about that, and in the room I saw her. I couldn't make out just what kind of a dress that was, but I seen she had her hair braided, and blond-headed and had a little baby. And the Lord had showed that the baby was to be healed. And the baby was healed before he left the building last evening. Now, it's wonderful.</w:t>
      </w:r>
    </w:p>
    <w:p>
      <w:r>
        <w:t>18. Recently in Fort Wayne, we were having a meeting. How many's ever been… Why, was anybody here was at the Fort Wayne meetings? Somebody perhaps… Yes, here's two or three hands is here, at the Fort Wayne meetings. Marvelous crowds gathered. B. E. Rediger, how many ever heard of B. E. Rediger, years ago? Paul Rader, wrote this song, "Only Believe" in his meeting there. Well, Mr. Rediger had some daughters… He's gone on to glory, quite awhile ago, one the nation's most outstanding men on Divine healing.</w:t>
      </w:r>
    </w:p>
    <w:p>
      <w:r>
        <w:t>19. I just returned from Pensacola, Florida, where I had the largest altar call I ever had: two-thousand at one time gave their hearts to Christ, one altar call.</w:t>
        <w:br/>
        <w:t>And I'd just come home and I'd entered in the little church that morning. There was packed, several hundred around the church. They's trying to get me out, and someone told me, said, "A daugh--a girl--a psychopathic case laying back in the coal shed of the church…" Said, "Mrs. Rediger."</w:t>
        <w:br/>
        <w:t>I said, "Mrs. Rediger? What relation are they to B. E. Rediger?"</w:t>
        <w:br/>
        <w:t>Said, "That's his daughter."</w:t>
      </w:r>
    </w:p>
    <w:p>
      <w:r>
        <w:t>20. And B. E. Rediger, a warrior of God resting in glory, and his daughter a mental case, his other daughter died in the same condition. She'd been a mental case in the institution for about two years. There she was, her mother trying to hold her, a beautiful young lady, her hair down, setting back there and just hold her, her eyes staring.</w:t>
        <w:br/>
        <w:t>I walked in to where she was; and she begin to move back, kind of mumbling her mouth like that, saying something about "penny" or something another, and moving back like that.</w:t>
        <w:br/>
        <w:t>So Mrs. Rediger looked up. And I said, "Oh, my, is that Brother Rediger's daughter?"</w:t>
        <w:br/>
        <w:t>Said, "It is."</w:t>
        <w:br/>
        <w:t>I said, "Dear Lord Jesus, have mercy on the girl." And asked for that power of the enemy to leave the girl. In a moment she was to herself.</w:t>
        <w:br/>
        <w:t>And today I got a letter, she's going to be married in August, how glorious, out of the mental institution. And how glorious it is to find His leading.</w:t>
      </w:r>
    </w:p>
    <w:p>
      <w:r>
        <w:t>21. There in Fort Wayne they'd found out what hotel I was staying in, the Indiana Hotel. And the people had crowded in their lobby till we had to hire one of the bellboys to get us to a way to go out. And down through the alley over an ash pile to get something to eat--so many people in there, crowding in.</w:t>
        <w:br/>
        <w:t>Then all of a sudden one day we was going down the street, my wife was with me, had the baby. I had my coat collar up. It was… Going down the street packing my little girl. We were going down to the place called, I believe the Toddle House, or Hobble House or something, where we were eating.</w:t>
        <w:br/>
        <w:t>There's where Mr. Eaton, of Canada, had met there in a room that morning, been to the meetings to be healed of a stomach trouble. And God healed him down at the tabernacle few days later. He wouldn't come to where I was eating that morning; he just paid for my breakfast.</w:t>
      </w:r>
    </w:p>
    <w:p>
      <w:r>
        <w:t>22. The next morning going down, walking down the street, Something said, "Turn to your left."</w:t>
        <w:br/>
        <w:t>Mrs. Morgan, twenty-one year graduate nurse, my first case of cancer, I felt the vibrations. Weighed thirty-seven pounds, brought into the meeting just nothing but skin and bones. She weighs a hundred and fifty-five now in perfect health. And the doctors, the best there was in the nation, told her she had just a few days to live. It went all through her; they just opened her up and sewed her back. Cancer just stuffed through her. Malignant, nothing could be done, couldn't even put a knife on her, no one to--to operate. Now, she weighs a hundred and fifty-seven pounds in perfect health.</w:t>
      </w:r>
    </w:p>
    <w:p>
      <w:r>
        <w:t>23. She was going along, kind of helping me sometimes with the sick along, like that, because she's a very brilliant woman. And we were going down, and It--Something said, "Turn to your left." I heard it just the same as you hear me. I turned to the left.</w:t>
        <w:br/>
        <w:t>Margie said to my wife, said, "What's the matter?"</w:t>
        <w:br/>
        <w:t>Said, "Now, just let him go."</w:t>
        <w:br/>
        <w:t>I went on down. We went walking. Down to the left I stopped in front of a place called Miller's Cafeteria. I wondered why. Something said, "Go in here."</w:t>
        <w:br/>
        <w:t>I went in the cafeteria, got some little breakfast and prunes and so forth, and set down. My wife said, "You're sure in a big place like this to get trapped." People gathered around.</w:t>
        <w:br/>
        <w:t>And I started to eat. And as I asked the blessing, I heard somebody say, "Praise the Lord."</w:t>
        <w:br/>
        <w:t>I looked over and a poor old mother was raising up, wiping her eyes.</w:t>
        <w:br/>
        <w:t>Margie said, "You better go," said, "if you don't the whole group…"</w:t>
        <w:br/>
        <w:t>I said, "Just a moment, it's the Holy Spirit leading."</w:t>
        <w:br/>
        <w:t>She come over there and said, "Brother Branham," said, "I followed meeting after meeting trying to get my brother in the line. I couldn't do it." Said, "His heart's got so bad now it's pushed through the diaphragm." Said, "We was examined a few days ago before coming, doctor said he just has a little while to live. We sold our cow to get the money to come up here from Texas." Said, "I've been to several meetings; we sold all we got." Said, "I seen I couldn't get it, there's too many there. I've had a card several times, but the number's never been called." She said, "But I was praying last night all night and fasting," (she said), "and about daylight this morning I woke up, and I had a dream. And I dreamed that I should come down here to the cafeteria and wait at nine o'clock."</w:t>
        <w:br/>
        <w:t>I looked at my watch, and it just exactly nine. Said, "Bring him here."</w:t>
        <w:br/>
        <w:t>You know what happened, don't you? The Lord marvelously healed him. Leading of the Spirit. He works on both ends.</w:t>
      </w:r>
    </w:p>
    <w:p>
      <w:r>
        <w:t>24. Then, going out the door, was just leaving. Went out the door about two minutes after. Didn't eat. And a young lady standing there fell down on the street and begin screaming just as I went out the door--dressed in black. She lived in Chicago Heights: malignant cancer. Said, "Brother Branham, I prayed all--been praying for weeks that I could get here." And said, "I just got a little while." She'd been to the clinic here and nothing could be done for her. Her husband was a great businessman there of some sort. And she said, "This morning early," said, "Something told me to come to Miller's Cafeteria and stand here at ten minutes after nine."</w:t>
        <w:br/>
        <w:t>There it was. I met her in Little Rock here a few weeks ago, just shouting the praises of God, perfectly normal and well.</w:t>
      </w:r>
    </w:p>
    <w:p>
      <w:r>
        <w:t>25. Went walking on down the street, the Holy Spirit said, "Stop here."</w:t>
        <w:br/>
        <w:t>I told the wife, I said, "You all go on the--they'll get you in the hotel."</w:t>
        <w:br/>
        <w:t>She said, "Well, I will cross the drug store over there to get some books--coloring books." Had to keep the baby in the room all the time.</w:t>
        <w:br/>
        <w:t>And I stopped, and I went back up and looked at some fishing tackle, and I waited just a moment. I said, "Father, what is it You would have me do?"</w:t>
        <w:br/>
        <w:t>And I waited a few moments. I heard that voice say, "Go down to the corner."</w:t>
        <w:br/>
        <w:t>I went down to the corner, standing at the corner, said, "Cross the street." I went across the street and was standing there.</w:t>
        <w:br/>
        <w:t>You people from Fort Wayne know how they direct the traffic there. And it… on a Saturday morning. And I stood there for quite awhile.</w:t>
        <w:br/>
        <w:t>And after awhile I seen a lady cross the street, the whistle blowed many times. A lady crossing the street, holding a pocket book on her arm. And she was dressed in a checked suit and a little checked tam on. She walked.</w:t>
        <w:br/>
        <w:t>The Holy Spirit said, "Go close to her."</w:t>
        <w:br/>
        <w:t>I went and stood there. (The woman may be in this meeting tonight for all I know.) And I stood right there on the corner. And she passed right on by, and went by.</w:t>
        <w:br/>
        <w:t>I thought, "That's strange; He never did tell me anything wrong."</w:t>
        <w:br/>
        <w:t>She walked about the distance of that pole. She was looking down, looking sideways.</w:t>
        <w:br/>
        <w:t>And she turned around and looked back; she said, "Oh, Brother Branham." She come back and she started crying. And she said, "I'm from Canada." She said, "I followed all through Canada." Said, "I come over here, was only allowed so much money. Last night," said, "I slept setting in a hotel lobby. And this morning I had one five-cents for a cup of coffee." Said, "I was going out here to hitch-hike home." Said, "I was just two squares below and the Holy Spirit said, 'Turn to your right.' Well, I went to the right. And He said, 'Turn to your left.' But I was being led by Him, said 'Turn around and see.'" Said, "Brother Branham, my hand's been crippled."</w:t>
        <w:br/>
        <w:t>I said, "In the Name of the Lord Jesus, give me the hand." And here come the hand straight.</w:t>
        <w:br/>
        <w:t>A big Irish cop blowing a whistle, said, "I know who you are, Brother Branham."</w:t>
        <w:br/>
        <w:t>My, we had a prayer line held on the street in a few moments. It was just everywhere. What is it? Led of the Spirit of God, that's what it is, friend.</w:t>
      </w:r>
    </w:p>
    <w:p>
      <w:r>
        <w:t>26. Recently on my road to Dallas (I will hurry quickly), on my road going to Dallas, the plane was grounded. And I thought, oh my. I stayed all night, and the next morning I was going down to put my mail in the box. They told us they'd come pick us up.</w:t>
        <w:br/>
        <w:t>I was going down the street, trying to sing that little old Christian song the Pentecost folk sing, "Glad That I Can Say I'm One of Them." Did you ever hear it? It's a…</w:t>
        <w:br/>
        <w:t>People almost everywhere,</w:t>
        <w:br/>
        <w:t>Hearts all burning with flames,</w:t>
        <w:br/>
        <w:t>As the fire that fell on…</w:t>
        <w:br/>
        <w:t>The Holy Ghost,</w:t>
        <w:br/>
        <w:t>That makes us all the same, (or something like that).</w:t>
        <w:br/>
        <w:t>And I was trying to sing it going down the street, my letters in my hand, going walking along down the street. I started to cross the street, the Holy Spirit said, "Stop. You're right in front of a bank," (Memphis, Tennessee).</w:t>
        <w:br/>
        <w:t>I thought, "Oh, my, what's this?"</w:t>
        <w:br/>
        <w:t>I walked over in a corner; I said, "Father, what would You have me do?"</w:t>
        <w:br/>
        <w:t>I stood still for a few moments, 'cause I wasn't thinking about it. I felt that real strange feeling move on me, said, "Turn and go right back."</w:t>
        <w:br/>
        <w:t>And I went right back down passed the hotel again, just kept on going down the street, humming to myself, "Oh I'm so glad that I can say I'm one of them." Going on…</w:t>
        <w:br/>
        <w:t>I went way on down to the other side of Memphis, on down to the colored district. I thought, "What am I doing down here?" Just led by the Spirit.</w:t>
        <w:br/>
        <w:t>And I looked. Said, "Cross this way." And I crossed over the street and went down the other side. I was going over there. Turned to my right, went up the street this a way. All the little whitewashed places there, little colored places where the colored live.</w:t>
      </w:r>
    </w:p>
    <w:p>
      <w:r>
        <w:t>27. And I passed by. And I seen a typical old aunt Jemima, with a shirt, man's shirt tied around her head, leaning over the gate. The sun was coming up, roses around the gate, the sun kissing away the fragrance away from the rose; and the air was full, the birds a singing: how glorious. And I had my hand, going along like that, singing, led of the Spirit.</w:t>
        <w:br/>
        <w:t>I looked at her as I passed by. She was leaning over the gate. She said, "Good morning, parson." Down in the South, it's parson, you know, instead of…</w:t>
        <w:br/>
        <w:t>I said, "Good morning, auntie." She wiped the tears from her eyes, begin to laughing.</w:t>
        <w:br/>
        <w:t>I said, "How'd you know I was a parson? Do you know me?"</w:t>
        <w:br/>
        <w:t>She said, "No, sir."</w:t>
        <w:br/>
        <w:t>I said, "How'd you know I was parson?"</w:t>
        <w:br/>
        <w:t>Said, "Parson, did you ever hear about that--a woman in the Bible, the Shunammite woman?"</w:t>
        <w:br/>
        <w:t>And I said, "Yes."</w:t>
        <w:br/>
        <w:t>Said, "The Lord give her a child?"</w:t>
        <w:br/>
        <w:t>I said, "Yes."</w:t>
        <w:br/>
        <w:t>Said, "I's was a woman that was barren too. And the Lord give me a son." And said, "I promised to raise him for the Lord." Said, "I've done my best." But said, "Parson, he took the road that's wrong." Said, "He's a fine young man and he backslid." And said, "He went out with the wrong company." And said, "He's laying in here now." Said, "The doctors had done give him all the shots they can. He's been unconscious now for two days. The doctor says that he is going to die; it's venereal disease." Said, "Done give him everything that could be given, but it was too late before they caught it, and he's going to die." And said, "Parson, I knowed him laying there dying a backslider," said, "I couldn't stand it." Said, "I prayed and prayed, and I said, 'Lord, You gave me the boy, but where is Elijah at?'" So said, "I prayed and I prayed." And said, "This morning, a little 'fore day," said, "the Lord told me to come out here and stand at this gate." And her back was wet with dew. Said, "I just stood here 'cause," said, "I believe in the leading of the Spirit."</w:t>
      </w:r>
    </w:p>
    <w:p>
      <w:r>
        <w:t>28. Oh, my, there is where God and believer meets together on common grounds of faith.</w:t>
        <w:br/>
        <w:t>She said, "He told me to stand here." And said, "The sun came up." Said, "I just kept waiting. When you come down the street," said, "I knowed you was the parson."</w:t>
        <w:br/>
        <w:t>I said, "My name is Branham." She told me what her name was. I said, "Did you ever hear of my services?"</w:t>
        <w:br/>
        <w:t>"No, sir, parson."</w:t>
        <w:br/>
        <w:t>I told her about it, and the tears begin to run down her cheeks. Said, "I knowed the Lord wouldn't fail me."</w:t>
      </w:r>
    </w:p>
    <w:p>
      <w:r>
        <w:t>29. We went into the room. There laid a fine big boy laying there, about a hundred and sixty or seventy pounds, a picture of health, the blankets gathered in his hands like this going, "Ummm, ummm."</w:t>
        <w:br/>
        <w:t>And she walked over and patted him on the cheek. She said, "Mammy's baby." Might be, old as he was.</w:t>
        <w:br/>
        <w:t>But you know, there's a mother's love. You're always mama's baby. You know, that mother's love. No matter what you do, it's never forgotten, mother's love.</w:t>
        <w:br/>
        <w:t>So she patted him on the cheek, said, "Mama's baby."</w:t>
        <w:br/>
        <w:t>And I took a hold of his feet, and his feet was cold, thought, "Oh, my, he's dying." I said, "Auntie, he's in awful bad shape."</w:t>
        <w:br/>
        <w:t>Said, "Yes, sir, parson. The doctor said he'd never gain consciousness no more."</w:t>
        <w:br/>
        <w:t>I held his feet, and I said, "Shall we pray?"</w:t>
        <w:br/>
        <w:t>She said, "Yes, parson."</w:t>
        <w:br/>
        <w:t>She knelt down on the floor and she begin praying. I tell you; that old saint prayed a prayer that you'd know she was talking to God too. And when she got through praying, she said, "Thank You, dear Lord."</w:t>
      </w:r>
    </w:p>
    <w:p>
      <w:r>
        <w:t>30. I walked over to where he was at. Looked at him a little bit, and I laid my hands over on him. I said, "Dear God, I don't know why You led me down here. My plane's ready to leave now." But I said, "I don't know why You led me here, but I just come by the leading. And now, in the Name of Your Son Jesus, I lay hands upon this dying boy for his life, for his soul to be saved."</w:t>
        <w:br/>
        <w:t>Said, "Mammy. Oh, mammy."</w:t>
        <w:br/>
        <w:t>She said, "He's talking, parson." Hadn't talked for two days.</w:t>
        <w:br/>
        <w:t>Said, "Mammy, it's getting light." Said, "It's getting light in here, mammy. I can see where my boat's a going now." A few minutes he was on the floor rejoicing, happy.</w:t>
        <w:br/>
        <w:t>About a week later I got a letter from him that the doctors pronounced him negative. He's living tonight in Memphis, Tennessee, healthy and strong, because that his dear old mother followed the leading of the Holy Spirit. Those that are sons and daughters of God are led by the Spirit of God. Isn't that right?</w:t>
      </w:r>
    </w:p>
    <w:p>
      <w:r>
        <w:t>31. Let us bow our heads. Our heavenly Father, oh, You've been so good to us. Time gets away so easy when we're talking about Jesus, talking about His wonderful works…?… today He said, "A little while, the world will see Me no more." The world doesn't understand; they're blinded by the god of this world, walking in darkness, in their own way, in their own sinful lust. But we thank Thee that Thou hast said, "I will be with you, even in you unto the end of the world." Tonight wherever You can find a sincere heart, You'll lead them by Your Spirit.</w:t>
        <w:br/>
        <w:t>O God, this Saturday night when many people are shopping, many are out, roadhouses, places of ill-fame, young boys laying on the barroom floor, young girls, the road that's wrong, dancing their way to a Christless grave, and the old mother's prayers, right over the top of them… O Master, somehow, lead those people. Tonight speak to them, and may they find a place tomorrow at a good old fashion altar, become Your servant. Lord may the results of this meeting be an old fashion revival break out that'll sweep plumb through the cities and the nation, for we believe that soon You shall send Jesus. Gather us together.</w:t>
        <w:br/>
        <w:t>There's many here tonight, Father, that's sick and needy, that feels Your Spirit now. We all know that You're here. You said, "Wherever two or three are gathered, I'll be in their midst." And we feeled You, literally with spiritual feeling. We know that You're here.</w:t>
        <w:br/>
        <w:t>And now, Father, as I have testified to these people concerning a Divine gift. They only have my word unless You speak, Lord. But I know that You'll speak, vindicate it, testify of it. And all praise and glories to Thee, Thou marvelous Son of God. You're so wonderful to redeem us, us poor lost sinners worthy of death and separation, worthy of hell. But Thou has redeemed us. Oh, how my heart jumps when I think that I'm redeemed. And just as sure as You raised from the grave, someday we shall come forth with a new body that'll never be sick no more, or suffer.</w:t>
        <w:br/>
        <w:t>Now, dear God, bless tonight those who are here. May the Holy Spirit just move right out over this audience now. Speak to every one of them, and say, "This is My beloved Son in whom I am well pleased." The Son of God, Jesus of Nazareth, His Spirit moving with us tonight, may they hu--sweetly accept It in the form of the Holy Spirit, and be saved and healed tonight. For we ask it in the Name of Thy Son, Jesus. Amen.</w:t>
      </w:r>
    </w:p>
    <w:p>
      <w:r>
        <w:t>32. Yes, I do. It just… I'm not a very emotional type person, but my heart's been strangely warmed since I come in here tonight for some cause. I don't know why. I trust that God will pour out His Spirit yet tonight over the whole audience. And tomorrow, I pray that it'll be one gleaming Light of God around this little place.</w:t>
        <w:br/>
        <w:t>Oh, people, fast and pray, get ready, Jesus is coming soon. I believe it. Be ready. What's it going to profit you if we should gain all the world then lose our soul. What good would it do us? No good at all. Let's serve Him with all of our heart.</w:t>
      </w:r>
    </w:p>
    <w:p>
      <w:r>
        <w:t>33. While they're lining up the audience, let's pray again just a moment. Father, come near now. Abide with us, Jesus. Bless us tonight. There's those that are here so--looking so anxiously. And it's seemingly that just a little extra blessing is on us tonight somehow, or just around near. Maybe You're just fixing to pour out the Spirit upon us. We pray that it will be, Father.</w:t>
        <w:br/>
        <w:t>Heal all, now. The Angel of God that You sent to me at my birth, guiding me down through life by Your hand, He Who meets and talks, and shows the visions that I speak of. O Jesus, send Him now in Thy Name, that He might be able to discern, the gift of discernment, to know the heart.</w:t>
        <w:br/>
        <w:t>Said, "The things that I do, these shall you do also, and greater." You knew the heart of all people. You knew all diseases. You told Philip where he was at before he come to the prayer line. You told them where to find the horses tied. You told them where a empty room was to make ready the last supper. Oh, You told the woman of her sins.</w:t>
        <w:br/>
        <w:t>And then one day they tied a rag around Your eyes, pulled beard out of Your face and spit on You. Said, "Now, prophesy and say who smote me." Lord, You never opened Your mouth.</w:t>
        <w:br/>
        <w:t>We're thankful for Your wonderful life, for the Spirit that You have given us to live by. Help us now.</w:t>
        <w:br/>
        <w:t>And may every disease that passes this a way, may great visions and wonders be done tonight. Grant it, Lord. And as the people sees these things done, may they accept Thee right then in the Name of Thy Son Jesus. Amen.</w:t>
      </w:r>
    </w:p>
    <w:p>
      <w:r>
        <w:t>34. Somehow I just, somehow, I believe that there's great things going to happen, don't you? Look, Moses performed his signs one time before the children of Israel and everyone of them believed him. Is that right? He didn't have to put his hand in the second time to make his sign. He didn't have to turn his stick into a serpent…?… They believed.</w:t>
        <w:br/>
        <w:t>Therefore, one sign that I speak of, that He gave for a sign, one sign can be proven, then you ought to accept it. And remember, as He's healing here on the platform, He can be healing out there the same time. You believe Him, don't worry about getting up here. Just accept Him right where you are, and God will heal you right where you're sitting now. You believe it? All right, all right.</w:t>
        <w:br/>
        <w:t>Now, everyone be real reverent, and pray, and now… Oh, I wish you all felt like I do just now; such a feeling. Peace, just feels like you're just real light. Holy Spirit's in the building, the presence and the help [Blank.spot.on.tape.]…?…</w:t>
        <w:br/>
        <w:t>Now I know none of you, don't know one person in here as far as I know. And I don't know what's wrong with you, God knows that. I don't know one thing's wrong with you. But I have to depend on Him, so you pray with me, Christian.</w:t>
      </w:r>
    </w:p>
    <w:p>
      <w:r>
        <w:t>35. Good evening, just… maybe just for a moment, till I kind of get myself settled down to talk with you just a moment. You're a stranger to me, I'm a stranger to you, never seen you in my life. And I guess you never seen me before. As you look healthy and strong, but there's something wrong with you, or you wouldn't be here. Let's have your hand just a minute. Can't find it sir, so I want talk to you just a moment. You believe in God? Yes, you believe in God. You believe that--that God was in Chirst reconciling the world to Himself? And that the Spirit that was in Christ returned back to the earth in the form of the Holy Spirit to live in the church today; nine spiritual gifts to be given to the church? And now you being a stranger to me, knowing nothing of you, then if I ever know what's wrong with you, it would have to be revealed by a spiritual being, at that time.</w:t>
        <w:br/>
        <w:t>You're worried aren't you, you've been fainting a whole lot, sister. Now, I'm not reading your mind, I--you're just now some… Now so the audience will know, a real strange feeling just begin coming on you, if that's right raise your hand, see. Now that's when your spirit would contact, and would get… Now this feels to me, I'm getting weak, you see. Just before a vision probably, is fixing to take place, I do not know. Yes, you're worried, you've been told you have a cancer, is that right? Just be reverent. Don't fear sister, believe. Let's see, now be reverent. Now, of course you feel real numb, that's kind of a…?… I just meant it broke, you keep looking at me, see. All right, a doctor never told you that, a man told you, you had a cancer. You was in a prayer line. After that you visited a doctor's office, and he told you, you didn't have a cancer. Did he tell you… I see him saying something, kind of a normal dressed man, wearing a dark-looking suit. Now, your trouble's in your throat, isn't it? That's right, in your throat. It's nervousness, sister, is what's wrong with you. Just nerves in your throat, you're going to be all right, Jesus Christ…?… You have faith now, don't you?</w:t>
        <w:br/>
        <w:t>Father, your daughter stands here, worried and worked up. She feels that she did something wrong, but what…?… just now. God console your child. I lay hands upon her in the Name of Jesus Thy Son, and asked for this nervous, chafing sensation in her throat to leave her. She can return to her loved ones healthy and well, just now. Satan, leave the girl in the Name of Jesus Christ. Now look sister, all right, you may raise your head up. Now sister, is that the truth? Every word…?… [The sister speaks with Brother Branham.] You haven't? You go home now and believe, do as I tell you to do. Just forget all about all of it. Go on home, eat, drink, rejoice, and praise the Lord, tell everybody about your healing and glorify God. God bless you…?… [The sister testifies.] Amen. God bless you, sister.</w:t>
        <w:br/>
        <w:t>All right, let's say, "Praise the Lord," everybody. Just be real reverent. All right, bring your next patient. Everybody be reverent. Thank you, brother.</w:t>
      </w:r>
    </w:p>
    <w:p>
      <w:r>
        <w:t>36. God bless you, sister. Stop crying, mother. Look this way, mother. You, you're kind of worried, yourself, aren't you? Un huh, stand up just a moment, while the lady with the dark coat on…?… She looked at me, I seen something happen before. Haven't you got some trouble too? It's a female trouble, isn't it? Isn't that right? I see you--you refusing food, now you got a stomach trouble too, don't you? Well, Jesus Christ has healed you, you go on home and eat what you want to. He's answered your prayer, God bless you, mother. Just caught that.</w:t>
        <w:br/>
        <w:t>Be of a good courage. Aren't you a minister? You're a reverend, aren't you? I thought I seen a pulpit near you. That's your wife, isn't it. She's a nervous condition, isn't that right? Be of a good courage, just keep praying. I seen it branch out, but I don't know what happened. Now you keep praying, Reverend. Be of a good courage.</w:t>
        <w:br/>
        <w:t>How do you do? Are you the patient? [Blank.spot.on.tape.]…?… "Praise the Lord." It's a--it's a…?… emotional, you think why you're just a little emotional. Now, the lady's faith healed her, that's what done the work, was her faith. If you only had faith to believe, you can be healed of anything. Amen.</w:t>
      </w:r>
    </w:p>
    <w:p>
      <w:r>
        <w:t>37. God bless you, sister. I see you're troubled, but I can't…?… now you--you--you're trying. Howdy do, sister. Let's see your hand, just a moment. Look this way, sister. There's many things that you feel is wrong with you. But there's one main thing that's causing it all, nervousness. You're extremely nervous, aren't you? You've been that way for a long time, too. Astigmatism in your eyes, they can't weep, isn't that right? When you was a child it was that way, yes, when you was just a little girl; school, so forth, you had them. I see that. You believe now? Yes, got such cause from your nerves, that your glands…?… [Brother Branham speaks inaudibly to the sister.] You believe now, with of all your heart? Let's see your hand. Now, look lady, see I realize that you're nervous and you're trying to believe. Now, I want you to keep loo… don't turn your head, see. Keep looking this a-way. Cuts off the vision from me. You believe now? You believe, I'll ask Him that nervousness will leave you? That's right. All now, you bow your head and be faithful.</w:t>
        <w:br/>
        <w:t>Our Heavenly Father, we pray Thee to be merciful to our sister making her well, Lord. She's nervous and rundown, many, many worries of this life. Dear God, I pray that You'll heal her tonight, as I bless her in Thy Name, trusting that You'll make her completely well through Jesus Christ, Thy Son. Amen. God bless you, sister. Now, don't doubt Him nothing, believe with all your heart…?… All right, on with your next patient.</w:t>
      </w:r>
    </w:p>
    <w:p>
      <w:r>
        <w:t>38. How do you do, sir? Our brother here, the man was just healed, just a momentary… you sir.</w:t>
        <w:br/>
        <w:t>While I was praying for you, you felt a real cool feeling go through you, isn't that right? And everything that you had been doing or so forth did the Holy Spirit reveal it right here? If it is, raise your hand so the audience will know. You're a perfect stranger, aren't you? Now, how many believes that the gift of God has come down from heaven, in our midst. That's right. It's infallible, it never… Now, your healing is your faith, but the gift of God is perfect, perfect, never fails, can't fail, because It's God. Then if He can be here so close to you and know those things, reveal them to you as He promised He would do. "These things that I do, greater shall you do, for I go to My Father." Is that right?</w:t>
        <w:br/>
        <w:t>Now, someone might think that it--it… It seems like that many times people says mental telepathy, and you know how that the Devil can rage. You know, they told Jesus that He cast out devils through Beelzebub. Is that right? The prince of devils, they have to find something. And looking at the people, you always make them… That's what caused the people to… Looking at their eyes, and it was reading their minds. That isn't it, friend. It's attracting the spirit that's in the person. See, they got a…?… and they're human beings and their faith got to be built up on this level to believe it, or he won't let loose. See, the…</w:t>
      </w:r>
    </w:p>
    <w:p>
      <w:r>
        <w:t>39. Listen at the order of it; ministers, especially. Now, here it is, now listen close. "If you get the people to believe you," He said, "Be sincere when you pray, nothing will stand before your prayer."</w:t>
        <w:br/>
        <w:t>I said, "They won't believe me. I'm uneducated, I can't speak right, and I have a poor family and so forth."</w:t>
        <w:br/>
        <w:t>He said, "I'll be with you, and you'll be given two signs to cause the people to believe."</w:t>
        <w:br/>
        <w:t>Now, those signs merely cause the people to believe. It doesn't heal them. Their faith is what heals. How many understands this,raise your hands. Oh, that's wonderful.</w:t>
        <w:br/>
        <w:t>Now, the person's…?… Now here stands a man, standing here now. I--I haven't looked at him. I don't know him, but I say to that man, with my back turned to the man, if he will believe with all of his heart, and believe the story that I told about this, is the truth, God will make known to you what's wrong. You believe it? Say you believe with your all your heart, do you standing there? The patient, you believe with all your heart? All right, I've never touched you. If I be able to tell you what's wrong with you, will you… You'll know whether it's the truth or not, won't it? That right? You accept it coming from God? All right, will you do as I tell you? All right, you can go home now, you're going to get over that heart trouble you had. For the Lord has healed you…?… God bless…?… The Lord Jesus Christ make you whole.</w:t>
      </w:r>
    </w:p>
    <w:p>
      <w:r>
        <w:t>40. Let's bow our heads and pray. Our Heavenly Father, we thank Thee from the depths of our heart for the Spirit of our Friend, Jesus Christ; Who saves, heals, and makes well. God bless everyone in here tonight. May all this audience around everywhere believe on You just now, and be healed everyone, Lord. May the Holy Spirit just move right down into this audience and heal all the sick and the afflicted. Save the unsaved, bring them to a knowledge of Thee, and let them know that soon You're coming, dear Jesus, to catch away a people who's Spirit-filled, Blood-washed, ready to go and meet you. Hear the cry of Thy humble sevant, in Jesus Name. Amen.</w:t>
        <w:br/>
        <w:t>All right, everybody be reverent. Somebody right in here is praying. All right, be reverent, everyone…?… friend. I think it's someone standing there in the line that hasn't… prayed the other night to get in the line, somebody and I keep contacting.</w:t>
        <w:br/>
        <w:t>Good evening, sister…?… Do you love Him with all your heart?…?… Could you trust Him with all your heart? You believe that, that what you feel is Him now? All right, then go home and that female trouble you had has left you now. You can go home and be well. Jesus Christ make you well. Let's say, "Praise the Lord." That's the way you're supposed to believe. Amen.</w:t>
      </w:r>
    </w:p>
    <w:p>
      <w:r>
        <w:t>41. Sister, you're trying awfully hard, aren't you? Well, looky here, I want you to look this way. I seen you move twice, and I want to ask you something, laying down in that cot. You're a stranger to me. You're laying there disappointed because you couldn't get a prayer card, isn't that right? You wanted a card so bad. I don't know you sister, but I do know now what's wrong with you. And I know that you're not going to live but a very few days if something isn't done for you, because you're suffering with cancer, isn't that right? That's right. You can't live unless something's done for you, now I'm going to ask you to do it, as your brother. Why do you lay there till you die? Nothing can be done for you in medical aid. Only faith, is only thing can help you tonight, isn't that right? Then why not believe God's Word? Why not? Do you believe this, the discernment the Spirit moving the very… That's the very God of creation, do you believe that? Do you accept me as His servant? Do you believe on me as His prophet? You do? Will you obey me the same way? Then, in the Name of Jesus Christ the Son of God, rise up from there and go home and be well. That's it. Just raise up.</w:t>
        <w:br/>
        <w:t>Lady, you with the red coat on, sitting there also, you're suffer of cancer, aren't you? All right, raise your hands up if that ain't the…?… there ought to be two stand up on their feet, Jesus Christ has made you whole. Let's say, "Praise the Lord." Do you believe He's with you? He's here, let's stand and give Him praise, everybody. Let's just praise Him right now. Will you believe Him? Will you accept Him…?… Accept Him now. You sister, do you believe Him now with your heart? Accept Him just now, say…?… Let's raise our hands to the Lord Jesus.</w:t>
        <w:br/>
        <w:t>Father, move into this hearts of this people, just now. Now may the Holy Spirit confirm the Word just now, with signs and wonders, in the Name of Jesus the Son of God</w:t>
        <w:br/>
        <w:t>Now audience, listen closely. Notice…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